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A910" w14:textId="77777777" w:rsidR="008B0574" w:rsidRPr="00BF5E73" w:rsidRDefault="002202DE">
      <w:pPr>
        <w:pStyle w:val="Title"/>
        <w:jc w:val="center"/>
        <w:rPr>
          <w:rFonts w:ascii="Times New Roman" w:hAnsi="Times New Roman" w:cs="Times New Roman"/>
        </w:rPr>
      </w:pPr>
      <w:r w:rsidRPr="00BF5E73">
        <w:rPr>
          <w:rFonts w:ascii="Times New Roman" w:hAnsi="Times New Roman" w:cs="Times New Roman"/>
        </w:rPr>
        <w:t>AYUDA DE MEMORIA</w:t>
      </w:r>
    </w:p>
    <w:p w14:paraId="24CD7234" w14:textId="15A14285" w:rsidR="00B82CDA" w:rsidRDefault="002202DE" w:rsidP="00B82CDA">
      <w:pPr>
        <w:jc w:val="center"/>
        <w:rPr>
          <w:rFonts w:ascii="Times New Roman" w:hAnsi="Times New Roman" w:cs="Times New Roman"/>
          <w:b/>
        </w:rPr>
      </w:pPr>
      <w:r w:rsidRPr="00BF5E73">
        <w:rPr>
          <w:rFonts w:ascii="Times New Roman" w:hAnsi="Times New Roman" w:cs="Times New Roman"/>
          <w:b/>
        </w:rPr>
        <w:t xml:space="preserve">Mesa de </w:t>
      </w:r>
      <w:proofErr w:type="spellStart"/>
      <w:r w:rsidRPr="00BF5E73">
        <w:rPr>
          <w:rFonts w:ascii="Times New Roman" w:hAnsi="Times New Roman" w:cs="Times New Roman"/>
          <w:b/>
        </w:rPr>
        <w:t>Trabajo</w:t>
      </w:r>
      <w:proofErr w:type="spellEnd"/>
      <w:r w:rsidRPr="00BF5E73">
        <w:rPr>
          <w:rFonts w:ascii="Times New Roman" w:hAnsi="Times New Roman" w:cs="Times New Roman"/>
          <w:b/>
        </w:rPr>
        <w:t xml:space="preserve"> </w:t>
      </w:r>
      <w:proofErr w:type="spellStart"/>
      <w:r w:rsidRPr="00BF5E73">
        <w:rPr>
          <w:rFonts w:ascii="Times New Roman" w:hAnsi="Times New Roman" w:cs="Times New Roman"/>
          <w:b/>
        </w:rPr>
        <w:t>Multiactor</w:t>
      </w:r>
      <w:proofErr w:type="spellEnd"/>
      <w:r w:rsidRPr="00BF5E73">
        <w:rPr>
          <w:rFonts w:ascii="Times New Roman" w:hAnsi="Times New Roman" w:cs="Times New Roman"/>
          <w:b/>
        </w:rPr>
        <w:t xml:space="preserve">: </w:t>
      </w:r>
      <w:proofErr w:type="spellStart"/>
      <w:r w:rsidRPr="00BF5E73">
        <w:rPr>
          <w:rFonts w:ascii="Times New Roman" w:hAnsi="Times New Roman" w:cs="Times New Roman"/>
          <w:b/>
        </w:rPr>
        <w:t>Compromiso</w:t>
      </w:r>
      <w:proofErr w:type="spellEnd"/>
      <w:r w:rsidRPr="00BF5E73">
        <w:rPr>
          <w:rFonts w:ascii="Times New Roman" w:hAnsi="Times New Roman" w:cs="Times New Roman"/>
          <w:b/>
        </w:rPr>
        <w:t xml:space="preserve"> de </w:t>
      </w:r>
      <w:proofErr w:type="spellStart"/>
      <w:r w:rsidR="00FB55A5">
        <w:rPr>
          <w:rFonts w:ascii="Times New Roman" w:hAnsi="Times New Roman" w:cs="Times New Roman"/>
          <w:b/>
        </w:rPr>
        <w:t>Transformación</w:t>
      </w:r>
      <w:proofErr w:type="spellEnd"/>
      <w:r w:rsidR="00FB55A5">
        <w:rPr>
          <w:rFonts w:ascii="Times New Roman" w:hAnsi="Times New Roman" w:cs="Times New Roman"/>
          <w:b/>
        </w:rPr>
        <w:t xml:space="preserve"> Digital</w:t>
      </w:r>
    </w:p>
    <w:p w14:paraId="2EBBB9A3" w14:textId="3EBE4798" w:rsidR="008B0574" w:rsidRPr="00BF5E73" w:rsidRDefault="002202DE" w:rsidP="00B82CDA">
      <w:pPr>
        <w:jc w:val="center"/>
        <w:rPr>
          <w:rFonts w:ascii="Times New Roman" w:hAnsi="Times New Roman" w:cs="Times New Roman"/>
          <w:b/>
        </w:rPr>
      </w:pPr>
      <w:r w:rsidRPr="00BF5E73">
        <w:rPr>
          <w:rFonts w:ascii="Times New Roman" w:hAnsi="Times New Roman" w:cs="Times New Roman"/>
          <w:b/>
        </w:rPr>
        <w:t xml:space="preserve">7o. Plan de </w:t>
      </w:r>
      <w:proofErr w:type="spellStart"/>
      <w:r w:rsidRPr="00BF5E73">
        <w:rPr>
          <w:rFonts w:ascii="Times New Roman" w:hAnsi="Times New Roman" w:cs="Times New Roman"/>
          <w:b/>
        </w:rPr>
        <w:t>Acción</w:t>
      </w:r>
      <w:proofErr w:type="spellEnd"/>
      <w:r w:rsidRPr="00BF5E73">
        <w:rPr>
          <w:rFonts w:ascii="Times New Roman" w:hAnsi="Times New Roman" w:cs="Times New Roman"/>
          <w:b/>
        </w:rPr>
        <w:t xml:space="preserve"> Nacional de </w:t>
      </w:r>
      <w:proofErr w:type="spellStart"/>
      <w:r w:rsidRPr="00BF5E73">
        <w:rPr>
          <w:rFonts w:ascii="Times New Roman" w:hAnsi="Times New Roman" w:cs="Times New Roman"/>
          <w:b/>
        </w:rPr>
        <w:t>Gobierno</w:t>
      </w:r>
      <w:proofErr w:type="spellEnd"/>
      <w:r w:rsidRPr="00BF5E73">
        <w:rPr>
          <w:rFonts w:ascii="Times New Roman" w:hAnsi="Times New Roman" w:cs="Times New Roman"/>
          <w:b/>
        </w:rPr>
        <w:t xml:space="preserve"> Abierto 2026-2027</w:t>
      </w:r>
    </w:p>
    <w:p w14:paraId="4BC768AD" w14:textId="77777777" w:rsidR="008B0574" w:rsidRPr="00BF5E73" w:rsidRDefault="002202DE">
      <w:pPr>
        <w:pStyle w:val="Heading1"/>
        <w:rPr>
          <w:rFonts w:ascii="Times New Roman" w:hAnsi="Times New Roman" w:cs="Times New Roman"/>
        </w:rPr>
      </w:pPr>
      <w:r w:rsidRPr="00BF5E73">
        <w:rPr>
          <w:rFonts w:ascii="Times New Roman" w:hAnsi="Times New Roman" w:cs="Times New Roman"/>
        </w:rPr>
        <w:t xml:space="preserve">1. Datos Generales de la </w:t>
      </w:r>
      <w:proofErr w:type="spellStart"/>
      <w:r w:rsidRPr="00BF5E73">
        <w:rPr>
          <w:rFonts w:ascii="Times New Roman" w:hAnsi="Times New Roman" w:cs="Times New Roman"/>
        </w:rPr>
        <w:t>Reunión</w:t>
      </w:r>
      <w:proofErr w:type="spellEnd"/>
    </w:p>
    <w:p w14:paraId="3C07A012" w14:textId="7779A441" w:rsidR="008B0574" w:rsidRPr="00BF5E73" w:rsidRDefault="12209E9D" w:rsidP="00B02F4A">
      <w:pPr>
        <w:rPr>
          <w:rFonts w:ascii="Times New Roman" w:hAnsi="Times New Roman" w:cs="Times New Roman"/>
        </w:rPr>
      </w:pPr>
      <w:r w:rsidRPr="3D60D166">
        <w:rPr>
          <w:rFonts w:ascii="Times New Roman" w:hAnsi="Times New Roman" w:cs="Times New Roman"/>
          <w:b/>
          <w:bCs/>
          <w:lang w:val="es-ES"/>
        </w:rPr>
        <w:t xml:space="preserve">Fecha: </w:t>
      </w:r>
      <w:r w:rsidRPr="3D60D166">
        <w:rPr>
          <w:rFonts w:ascii="Times New Roman" w:hAnsi="Times New Roman" w:cs="Times New Roman"/>
          <w:lang w:val="es-ES"/>
        </w:rPr>
        <w:t xml:space="preserve"> </w:t>
      </w:r>
      <w:r w:rsidR="5556647B" w:rsidRPr="3D60D166">
        <w:rPr>
          <w:rFonts w:ascii="Times New Roman" w:hAnsi="Times New Roman" w:cs="Times New Roman"/>
          <w:lang w:val="es-ES"/>
        </w:rPr>
        <w:t>1</w:t>
      </w:r>
      <w:r w:rsidR="7478246D" w:rsidRPr="3D60D166">
        <w:rPr>
          <w:rFonts w:ascii="Times New Roman" w:hAnsi="Times New Roman" w:cs="Times New Roman"/>
          <w:lang w:val="es-ES"/>
        </w:rPr>
        <w:t>8</w:t>
      </w:r>
      <w:r w:rsidRPr="3D60D166">
        <w:rPr>
          <w:rFonts w:ascii="Times New Roman" w:hAnsi="Times New Roman" w:cs="Times New Roman"/>
          <w:lang w:val="es-ES"/>
        </w:rPr>
        <w:t xml:space="preserve"> de junio 2026</w:t>
      </w:r>
      <w:r w:rsidR="6A56F920">
        <w:br/>
      </w:r>
      <w:r w:rsidRPr="3D60D166">
        <w:rPr>
          <w:rFonts w:ascii="Times New Roman" w:hAnsi="Times New Roman" w:cs="Times New Roman"/>
          <w:b/>
          <w:bCs/>
          <w:lang w:val="es-ES"/>
        </w:rPr>
        <w:t xml:space="preserve">Hora de Inicio: </w:t>
      </w:r>
      <w:r w:rsidRPr="3D60D166">
        <w:rPr>
          <w:rFonts w:ascii="Times New Roman" w:hAnsi="Times New Roman" w:cs="Times New Roman"/>
          <w:lang w:val="es-ES"/>
        </w:rPr>
        <w:t xml:space="preserve">9:00 | </w:t>
      </w:r>
      <w:r w:rsidRPr="3D60D166">
        <w:rPr>
          <w:rFonts w:ascii="Times New Roman" w:hAnsi="Times New Roman" w:cs="Times New Roman"/>
          <w:b/>
          <w:bCs/>
          <w:lang w:val="es-ES"/>
        </w:rPr>
        <w:t xml:space="preserve">Hora de Finalización: </w:t>
      </w:r>
      <w:r w:rsidR="44E2FAA2" w:rsidRPr="3D60D166">
        <w:rPr>
          <w:rFonts w:ascii="Times New Roman" w:hAnsi="Times New Roman" w:cs="Times New Roman"/>
          <w:lang w:val="es-ES"/>
        </w:rPr>
        <w:t>11:</w:t>
      </w:r>
      <w:r w:rsidR="512608F2" w:rsidRPr="3D60D166">
        <w:rPr>
          <w:rFonts w:ascii="Times New Roman" w:hAnsi="Times New Roman" w:cs="Times New Roman"/>
          <w:lang w:val="es-ES"/>
        </w:rPr>
        <w:t>2</w:t>
      </w:r>
      <w:r w:rsidR="44E2FAA2" w:rsidRPr="3D60D166">
        <w:rPr>
          <w:rFonts w:ascii="Times New Roman" w:hAnsi="Times New Roman" w:cs="Times New Roman"/>
          <w:lang w:val="es-ES"/>
        </w:rPr>
        <w:t>0</w:t>
      </w:r>
      <w:r w:rsidR="6A56F920">
        <w:br/>
      </w:r>
      <w:r w:rsidRPr="3D60D166">
        <w:rPr>
          <w:rFonts w:ascii="Times New Roman" w:hAnsi="Times New Roman" w:cs="Times New Roman"/>
          <w:b/>
          <w:bCs/>
          <w:lang w:val="es-ES"/>
        </w:rPr>
        <w:t xml:space="preserve">Lugar / Modalidad: </w:t>
      </w:r>
      <w:r w:rsidRPr="3D60D166">
        <w:rPr>
          <w:rFonts w:ascii="Times New Roman" w:hAnsi="Times New Roman" w:cs="Times New Roman"/>
          <w:lang w:val="es-ES"/>
        </w:rPr>
        <w:t xml:space="preserve">Salón </w:t>
      </w:r>
      <w:r w:rsidR="6B984609" w:rsidRPr="3D60D166">
        <w:rPr>
          <w:rFonts w:ascii="Times New Roman" w:hAnsi="Times New Roman" w:cs="Times New Roman"/>
          <w:lang w:val="es-ES"/>
        </w:rPr>
        <w:t>2d</w:t>
      </w:r>
      <w:r w:rsidRPr="3D60D166">
        <w:rPr>
          <w:rFonts w:ascii="Times New Roman" w:hAnsi="Times New Roman" w:cs="Times New Roman"/>
          <w:lang w:val="es-ES"/>
        </w:rPr>
        <w:t xml:space="preserve">o. Nivel Comisión Presidencial de Gobierno Abierto y Electrónico (4ta. Calle 6-17, zona 1, Guatemala). De forma presencial: </w:t>
      </w:r>
      <w:r w:rsidR="5CF9FB63" w:rsidRPr="3D60D166">
        <w:rPr>
          <w:rFonts w:ascii="Times New Roman" w:hAnsi="Times New Roman" w:cs="Times New Roman"/>
          <w:lang w:val="es-ES"/>
        </w:rPr>
        <w:t xml:space="preserve">representantes de </w:t>
      </w:r>
      <w:r w:rsidRPr="3D60D166">
        <w:rPr>
          <w:rFonts w:ascii="Times New Roman" w:hAnsi="Times New Roman" w:cs="Times New Roman"/>
          <w:lang w:val="es-ES"/>
        </w:rPr>
        <w:t>Instituciones Públicas</w:t>
      </w:r>
      <w:r w:rsidR="0367F1F7" w:rsidRPr="3D60D166">
        <w:rPr>
          <w:rFonts w:ascii="Times New Roman" w:hAnsi="Times New Roman" w:cs="Times New Roman"/>
          <w:lang w:val="es-ES"/>
        </w:rPr>
        <w:t xml:space="preserve"> y organizaciones de sociedad civil</w:t>
      </w:r>
      <w:r w:rsidR="174F4500" w:rsidRPr="3D60D166">
        <w:rPr>
          <w:rFonts w:ascii="Times New Roman" w:hAnsi="Times New Roman" w:cs="Times New Roman"/>
          <w:lang w:val="es-ES"/>
        </w:rPr>
        <w:t xml:space="preserve"> </w:t>
      </w:r>
      <w:r w:rsidR="22DD2EF2" w:rsidRPr="3D60D166">
        <w:rPr>
          <w:rFonts w:ascii="Times New Roman" w:hAnsi="Times New Roman" w:cs="Times New Roman"/>
          <w:lang w:val="es-ES"/>
        </w:rPr>
        <w:t xml:space="preserve">y de forma virtual: </w:t>
      </w:r>
      <w:r w:rsidR="5B634769" w:rsidRPr="3D60D166">
        <w:rPr>
          <w:rFonts w:ascii="Times New Roman" w:hAnsi="Times New Roman" w:cs="Times New Roman"/>
          <w:lang w:val="es-ES"/>
        </w:rPr>
        <w:t>A</w:t>
      </w:r>
      <w:r w:rsidR="22DD2EF2" w:rsidRPr="3D60D166">
        <w:rPr>
          <w:rFonts w:ascii="Times New Roman" w:hAnsi="Times New Roman" w:cs="Times New Roman"/>
          <w:lang w:val="es-ES"/>
        </w:rPr>
        <w:t xml:space="preserve">lgunos representantes del foro multiactor (enlace: </w:t>
      </w:r>
      <w:hyperlink r:id="rId8">
        <w:r w:rsidR="37DAF95A" w:rsidRPr="3D60D166">
          <w:rPr>
            <w:rStyle w:val="Hyperlink"/>
            <w:rFonts w:ascii="Times New Roman" w:hAnsi="Times New Roman" w:cs="Times New Roman"/>
            <w:lang w:val="es-ES"/>
          </w:rPr>
          <w:t>https://teams.microsoft.com/meet/41782040884808?p=FTmORWmv0d4T6AAg7g</w:t>
        </w:r>
      </w:hyperlink>
      <w:r w:rsidRPr="3D60D166">
        <w:rPr>
          <w:rFonts w:ascii="Times New Roman" w:hAnsi="Times New Roman" w:cs="Times New Roman"/>
          <w:lang w:val="es-ES"/>
        </w:rPr>
        <w:t>)</w:t>
      </w:r>
      <w:r w:rsidR="6A56F920">
        <w:br/>
      </w:r>
      <w:r w:rsidRPr="3D60D166">
        <w:rPr>
          <w:rFonts w:ascii="Times New Roman" w:hAnsi="Times New Roman" w:cs="Times New Roman"/>
          <w:b/>
          <w:bCs/>
          <w:lang w:val="es-ES"/>
        </w:rPr>
        <w:t xml:space="preserve">Convocado por: </w:t>
      </w:r>
      <w:r w:rsidRPr="3D60D166">
        <w:rPr>
          <w:rFonts w:ascii="Times New Roman" w:hAnsi="Times New Roman" w:cs="Times New Roman"/>
          <w:lang w:val="es-ES"/>
        </w:rPr>
        <w:t>Dirección de Gobierno Abierto, Comisión Presidencial de Gobierno Abierto y Electrónico -GAE-</w:t>
      </w:r>
      <w:r w:rsidR="6A56F920">
        <w:br/>
      </w:r>
      <w:r w:rsidRPr="3D60D166">
        <w:rPr>
          <w:rFonts w:ascii="Times New Roman" w:hAnsi="Times New Roman" w:cs="Times New Roman"/>
          <w:b/>
          <w:bCs/>
          <w:lang w:val="es-ES"/>
        </w:rPr>
        <w:t xml:space="preserve">Moderador/a: </w:t>
      </w:r>
      <w:r w:rsidRPr="3D60D166">
        <w:rPr>
          <w:rFonts w:ascii="Times New Roman" w:hAnsi="Times New Roman" w:cs="Times New Roman"/>
          <w:lang w:val="es-ES"/>
        </w:rPr>
        <w:t>Mgtr. Zaira Mejia, Directora de Gobierno Abierto/GAE -PoC</w:t>
      </w:r>
    </w:p>
    <w:p w14:paraId="0B94A99C" w14:textId="77777777" w:rsidR="008B0574" w:rsidRPr="00BF5E73" w:rsidRDefault="2A946C7F">
      <w:pPr>
        <w:pStyle w:val="Heading1"/>
        <w:rPr>
          <w:rFonts w:ascii="Times New Roman" w:hAnsi="Times New Roman" w:cs="Times New Roman"/>
          <w:b w:val="0"/>
          <w:bCs w:val="0"/>
        </w:rPr>
      </w:pPr>
      <w:r w:rsidRPr="00BF5E73">
        <w:rPr>
          <w:rFonts w:ascii="Times New Roman" w:hAnsi="Times New Roman" w:cs="Times New Roman"/>
        </w:rPr>
        <w:t xml:space="preserve">2. </w:t>
      </w:r>
      <w:proofErr w:type="spellStart"/>
      <w:r w:rsidRPr="00BF5E73">
        <w:rPr>
          <w:rFonts w:ascii="Times New Roman" w:hAnsi="Times New Roman" w:cs="Times New Roman"/>
        </w:rPr>
        <w:t>Objetivo</w:t>
      </w:r>
      <w:proofErr w:type="spellEnd"/>
      <w:r w:rsidRPr="00BF5E73">
        <w:rPr>
          <w:rFonts w:ascii="Times New Roman" w:hAnsi="Times New Roman" w:cs="Times New Roman"/>
        </w:rPr>
        <w:t xml:space="preserve"> de la </w:t>
      </w:r>
      <w:proofErr w:type="spellStart"/>
      <w:r w:rsidRPr="00BF5E73">
        <w:rPr>
          <w:rFonts w:ascii="Times New Roman" w:hAnsi="Times New Roman" w:cs="Times New Roman"/>
        </w:rPr>
        <w:t>Sesión</w:t>
      </w:r>
      <w:proofErr w:type="spellEnd"/>
    </w:p>
    <w:p w14:paraId="7B267E79" w14:textId="69314E95" w:rsidR="004E6E9E" w:rsidRDefault="2A946C7F" w:rsidP="006C16CE">
      <w:pPr>
        <w:jc w:val="both"/>
        <w:rPr>
          <w:rFonts w:ascii="Times New Roman" w:hAnsi="Times New Roman" w:cs="Times New Roman"/>
          <w:b/>
          <w:bCs/>
          <w:i/>
          <w:iCs/>
          <w:lang w:val="es-ES"/>
        </w:rPr>
      </w:pPr>
      <w:r w:rsidRPr="00BF5E73">
        <w:rPr>
          <w:rFonts w:ascii="Times New Roman" w:hAnsi="Times New Roman" w:cs="Times New Roman"/>
          <w:lang w:val="es-ES"/>
        </w:rPr>
        <w:t xml:space="preserve">Establecer el primer acercamiento de la mesa de trabajo </w:t>
      </w:r>
      <w:proofErr w:type="spellStart"/>
      <w:r w:rsidRPr="00BF5E73">
        <w:rPr>
          <w:rFonts w:ascii="Times New Roman" w:hAnsi="Times New Roman" w:cs="Times New Roman"/>
          <w:lang w:val="es-ES"/>
        </w:rPr>
        <w:t>multiactor</w:t>
      </w:r>
      <w:proofErr w:type="spellEnd"/>
      <w:r w:rsidRPr="00BF5E73">
        <w:rPr>
          <w:rFonts w:ascii="Times New Roman" w:hAnsi="Times New Roman" w:cs="Times New Roman"/>
          <w:lang w:val="es-ES"/>
        </w:rPr>
        <w:t xml:space="preserve"> del eje de</w:t>
      </w:r>
      <w:r w:rsidR="001E136D">
        <w:rPr>
          <w:rFonts w:ascii="Times New Roman" w:hAnsi="Times New Roman" w:cs="Times New Roman"/>
          <w:lang w:val="es-ES"/>
        </w:rPr>
        <w:t xml:space="preserve"> Transformación Digital</w:t>
      </w:r>
      <w:r w:rsidRPr="00BF5E73">
        <w:rPr>
          <w:rFonts w:ascii="Times New Roman" w:hAnsi="Times New Roman" w:cs="Times New Roman"/>
          <w:lang w:val="es-ES"/>
        </w:rPr>
        <w:t xml:space="preserve">, así como el abordaje del avance en el cumplimiento de los </w:t>
      </w:r>
      <w:r w:rsidR="002F75EF">
        <w:rPr>
          <w:rFonts w:ascii="Times New Roman" w:hAnsi="Times New Roman" w:cs="Times New Roman"/>
          <w:lang w:val="es-ES"/>
        </w:rPr>
        <w:t>cuatro (4)</w:t>
      </w:r>
      <w:r w:rsidRPr="00A847B0">
        <w:rPr>
          <w:rFonts w:ascii="Times New Roman" w:hAnsi="Times New Roman" w:cs="Times New Roman"/>
          <w:lang w:val="es-ES"/>
        </w:rPr>
        <w:t xml:space="preserve"> h</w:t>
      </w:r>
      <w:r w:rsidRPr="00BF5E73">
        <w:rPr>
          <w:rFonts w:ascii="Times New Roman" w:hAnsi="Times New Roman" w:cs="Times New Roman"/>
          <w:lang w:val="es-ES"/>
        </w:rPr>
        <w:t>itos que conforman el compromiso</w:t>
      </w:r>
      <w:r w:rsidRPr="00046A99">
        <w:rPr>
          <w:rFonts w:ascii="Times New Roman" w:hAnsi="Times New Roman" w:cs="Times New Roman"/>
          <w:lang w:val="es-ES"/>
        </w:rPr>
        <w:t>: “</w:t>
      </w:r>
      <w:r w:rsidR="00681BC2" w:rsidRPr="00681BC2">
        <w:rPr>
          <w:rFonts w:ascii="Times New Roman" w:hAnsi="Times New Roman" w:cs="Times New Roman"/>
          <w:b/>
          <w:bCs/>
          <w:i/>
          <w:iCs/>
          <w:lang w:val="es-ES"/>
        </w:rPr>
        <w:t>Transformación digital y gestión ágil de los servicios del Régimen de Clases Pasivas Civiles del Estado</w:t>
      </w:r>
      <w:r w:rsidR="004E3D28" w:rsidRPr="004E3D28">
        <w:rPr>
          <w:rFonts w:ascii="Times New Roman" w:hAnsi="Times New Roman" w:cs="Times New Roman"/>
          <w:b/>
          <w:bCs/>
          <w:i/>
          <w:iCs/>
          <w:lang w:val="es-ES"/>
        </w:rPr>
        <w:t>.</w:t>
      </w:r>
      <w:r w:rsidRPr="00046A99">
        <w:rPr>
          <w:rFonts w:ascii="Times New Roman" w:hAnsi="Times New Roman" w:cs="Times New Roman"/>
          <w:b/>
          <w:bCs/>
          <w:i/>
          <w:iCs/>
          <w:lang w:val="es-ES"/>
        </w:rPr>
        <w:t>”</w:t>
      </w:r>
    </w:p>
    <w:p w14:paraId="5AEB5545" w14:textId="6B32C5E0" w:rsidR="009442F7" w:rsidRPr="00BF5E73" w:rsidRDefault="009442F7" w:rsidP="009442F7">
      <w:pPr>
        <w:pStyle w:val="Heading1"/>
        <w:spacing w:after="240"/>
        <w:rPr>
          <w:rFonts w:ascii="Times New Roman" w:hAnsi="Times New Roman" w:cs="Times New Roman"/>
          <w:sz w:val="24"/>
          <w:szCs w:val="24"/>
        </w:rPr>
      </w:pPr>
      <w:r>
        <w:rPr>
          <w:rFonts w:ascii="Times New Roman" w:hAnsi="Times New Roman" w:cs="Times New Roman"/>
        </w:rPr>
        <w:t>3</w:t>
      </w:r>
      <w:r w:rsidRPr="00BF5E73">
        <w:rPr>
          <w:rFonts w:ascii="Times New Roman" w:hAnsi="Times New Roman" w:cs="Times New Roman"/>
        </w:rPr>
        <w:t xml:space="preserve">. </w:t>
      </w:r>
      <w:proofErr w:type="spellStart"/>
      <w:r w:rsidRPr="00BF5E73">
        <w:rPr>
          <w:rFonts w:ascii="Times New Roman" w:hAnsi="Times New Roman" w:cs="Times New Roman"/>
        </w:rPr>
        <w:t>Participantes</w:t>
      </w:r>
      <w:proofErr w:type="spellEnd"/>
    </w:p>
    <w:p w14:paraId="11332F48" w14:textId="018EAB62" w:rsidR="009442F7" w:rsidRPr="00BF5E73" w:rsidRDefault="009442F7" w:rsidP="009442F7">
      <w:pPr>
        <w:rPr>
          <w:rFonts w:ascii="Times New Roman" w:hAnsi="Times New Roman" w:cs="Times New Roman"/>
          <w:b/>
          <w:bCs/>
        </w:rPr>
      </w:pPr>
      <w:r>
        <w:rPr>
          <w:rFonts w:ascii="Times New Roman" w:hAnsi="Times New Roman" w:cs="Times New Roman"/>
          <w:b/>
          <w:bCs/>
        </w:rPr>
        <w:t>3</w:t>
      </w:r>
      <w:r w:rsidRPr="00BF5E73">
        <w:rPr>
          <w:rFonts w:ascii="Times New Roman" w:hAnsi="Times New Roman" w:cs="Times New Roman"/>
          <w:b/>
          <w:bCs/>
        </w:rPr>
        <w:t xml:space="preserve">.1 </w:t>
      </w:r>
      <w:proofErr w:type="spellStart"/>
      <w:r w:rsidRPr="00BF5E73">
        <w:rPr>
          <w:rFonts w:ascii="Times New Roman" w:hAnsi="Times New Roman" w:cs="Times New Roman"/>
          <w:b/>
          <w:bCs/>
        </w:rPr>
        <w:t>Participantes</w:t>
      </w:r>
      <w:proofErr w:type="spellEnd"/>
      <w:r w:rsidRPr="00BF5E73">
        <w:rPr>
          <w:rFonts w:ascii="Times New Roman" w:hAnsi="Times New Roman" w:cs="Times New Roman"/>
          <w:b/>
          <w:bCs/>
        </w:rPr>
        <w:t xml:space="preserve"> </w:t>
      </w:r>
      <w:proofErr w:type="spellStart"/>
      <w:r w:rsidRPr="00BF5E73">
        <w:rPr>
          <w:rFonts w:ascii="Times New Roman" w:hAnsi="Times New Roman" w:cs="Times New Roman"/>
          <w:b/>
          <w:bCs/>
        </w:rPr>
        <w:t>Presenciales</w:t>
      </w:r>
      <w:proofErr w:type="spellEnd"/>
    </w:p>
    <w:tbl>
      <w:tblPr>
        <w:tblStyle w:val="TableGrid"/>
        <w:tblW w:w="8926" w:type="dxa"/>
        <w:tblLook w:val="04A0" w:firstRow="1" w:lastRow="0" w:firstColumn="1" w:lastColumn="0" w:noHBand="0" w:noVBand="1"/>
      </w:tblPr>
      <w:tblGrid>
        <w:gridCol w:w="480"/>
        <w:gridCol w:w="4051"/>
        <w:gridCol w:w="4395"/>
      </w:tblGrid>
      <w:tr w:rsidR="009442F7" w:rsidRPr="00BF5E73" w14:paraId="4E86ED9F" w14:textId="77777777">
        <w:tc>
          <w:tcPr>
            <w:tcW w:w="480" w:type="dxa"/>
          </w:tcPr>
          <w:p w14:paraId="73A99041" w14:textId="77777777" w:rsidR="009442F7" w:rsidRPr="00BF5E73" w:rsidRDefault="009442F7" w:rsidP="003201EB">
            <w:pPr>
              <w:jc w:val="center"/>
              <w:rPr>
                <w:rFonts w:ascii="Times New Roman" w:eastAsia="Cambria" w:hAnsi="Times New Roman" w:cs="Times New Roman"/>
              </w:rPr>
            </w:pPr>
          </w:p>
        </w:tc>
        <w:tc>
          <w:tcPr>
            <w:tcW w:w="4051" w:type="dxa"/>
          </w:tcPr>
          <w:p w14:paraId="4B10092B" w14:textId="77777777" w:rsidR="009442F7" w:rsidRPr="00BF5E73" w:rsidRDefault="009442F7" w:rsidP="003201EB">
            <w:pPr>
              <w:jc w:val="center"/>
              <w:rPr>
                <w:rFonts w:ascii="Times New Roman" w:eastAsia="Cambria" w:hAnsi="Times New Roman" w:cs="Times New Roman"/>
                <w:b/>
                <w:bCs/>
              </w:rPr>
            </w:pPr>
            <w:r w:rsidRPr="00BF5E73">
              <w:rPr>
                <w:rFonts w:ascii="Times New Roman" w:eastAsia="Cambria" w:hAnsi="Times New Roman" w:cs="Times New Roman"/>
                <w:b/>
                <w:bCs/>
              </w:rPr>
              <w:t xml:space="preserve">Nombre </w:t>
            </w:r>
            <w:proofErr w:type="spellStart"/>
            <w:r w:rsidRPr="00BF5E73">
              <w:rPr>
                <w:rFonts w:ascii="Times New Roman" w:eastAsia="Cambria" w:hAnsi="Times New Roman" w:cs="Times New Roman"/>
                <w:b/>
                <w:bCs/>
              </w:rPr>
              <w:t>Completo</w:t>
            </w:r>
            <w:proofErr w:type="spellEnd"/>
          </w:p>
        </w:tc>
        <w:tc>
          <w:tcPr>
            <w:tcW w:w="4395" w:type="dxa"/>
          </w:tcPr>
          <w:p w14:paraId="413CA4B1" w14:textId="77777777" w:rsidR="009442F7" w:rsidRPr="00BF5E73" w:rsidRDefault="009442F7" w:rsidP="003201EB">
            <w:pPr>
              <w:jc w:val="center"/>
              <w:rPr>
                <w:rFonts w:ascii="Times New Roman" w:eastAsia="Cambria" w:hAnsi="Times New Roman" w:cs="Times New Roman"/>
                <w:b/>
                <w:bCs/>
              </w:rPr>
            </w:pPr>
            <w:proofErr w:type="spellStart"/>
            <w:r w:rsidRPr="00BF5E73">
              <w:rPr>
                <w:rFonts w:ascii="Times New Roman" w:eastAsia="Cambria" w:hAnsi="Times New Roman" w:cs="Times New Roman"/>
                <w:b/>
                <w:bCs/>
              </w:rPr>
              <w:t>Institución</w:t>
            </w:r>
            <w:proofErr w:type="spellEnd"/>
            <w:r w:rsidRPr="00BF5E73">
              <w:rPr>
                <w:rFonts w:ascii="Times New Roman" w:eastAsia="Cambria" w:hAnsi="Times New Roman" w:cs="Times New Roman"/>
                <w:b/>
                <w:bCs/>
              </w:rPr>
              <w:t xml:space="preserve"> / Organización</w:t>
            </w:r>
          </w:p>
        </w:tc>
      </w:tr>
      <w:tr w:rsidR="009442F7" w:rsidRPr="00BF5E73" w14:paraId="3E92EAFD" w14:textId="77777777">
        <w:tc>
          <w:tcPr>
            <w:tcW w:w="480" w:type="dxa"/>
          </w:tcPr>
          <w:p w14:paraId="2956C601" w14:textId="77777777" w:rsidR="009442F7" w:rsidRPr="00BF5E73" w:rsidRDefault="009442F7" w:rsidP="003201EB">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00F6D4A8" w14:textId="77777777" w:rsidR="009442F7" w:rsidRPr="00BF5E73" w:rsidRDefault="009442F7" w:rsidP="003201EB">
            <w:pPr>
              <w:rPr>
                <w:rFonts w:ascii="Times New Roman" w:eastAsia="Cambria" w:hAnsi="Times New Roman" w:cs="Times New Roman"/>
                <w:color w:val="000000" w:themeColor="text1"/>
              </w:rPr>
            </w:pPr>
            <w:r w:rsidRPr="2FE613FB">
              <w:rPr>
                <w:rFonts w:ascii="Times New Roman" w:eastAsia="Cambria" w:hAnsi="Times New Roman" w:cs="Times New Roman"/>
                <w:color w:val="000000" w:themeColor="text1"/>
              </w:rPr>
              <w:t xml:space="preserve">Wendy </w:t>
            </w:r>
            <w:r w:rsidRPr="743C3CBC">
              <w:rPr>
                <w:rFonts w:ascii="Times New Roman" w:eastAsia="Cambria" w:hAnsi="Times New Roman" w:cs="Times New Roman"/>
                <w:color w:val="000000" w:themeColor="text1"/>
              </w:rPr>
              <w:t>Miranda</w:t>
            </w:r>
          </w:p>
        </w:tc>
        <w:tc>
          <w:tcPr>
            <w:tcW w:w="4395" w:type="dxa"/>
          </w:tcPr>
          <w:p w14:paraId="1848DEAA" w14:textId="77777777" w:rsidR="009442F7" w:rsidRPr="00BF5E73" w:rsidRDefault="009442F7" w:rsidP="003201EB">
            <w:pPr>
              <w:rPr>
                <w:rFonts w:ascii="Times New Roman" w:eastAsia="Cambria" w:hAnsi="Times New Roman" w:cs="Times New Roman"/>
              </w:rPr>
            </w:pPr>
            <w:r w:rsidRPr="7B3DA090">
              <w:rPr>
                <w:rFonts w:ascii="Times New Roman" w:eastAsia="Cambria" w:hAnsi="Times New Roman" w:cs="Times New Roman"/>
              </w:rPr>
              <w:t xml:space="preserve">Comisión </w:t>
            </w:r>
            <w:proofErr w:type="spellStart"/>
            <w:r w:rsidRPr="7B3DA090">
              <w:rPr>
                <w:rFonts w:ascii="Times New Roman" w:eastAsia="Cambria" w:hAnsi="Times New Roman" w:cs="Times New Roman"/>
              </w:rPr>
              <w:t>Presidencial</w:t>
            </w:r>
            <w:proofErr w:type="spellEnd"/>
            <w:r w:rsidRPr="7B3DA090">
              <w:rPr>
                <w:rFonts w:ascii="Times New Roman" w:eastAsia="Cambria" w:hAnsi="Times New Roman" w:cs="Times New Roman"/>
              </w:rPr>
              <w:t xml:space="preserve"> de </w:t>
            </w:r>
            <w:proofErr w:type="spellStart"/>
            <w:r w:rsidRPr="7B3DA090">
              <w:rPr>
                <w:rFonts w:ascii="Times New Roman" w:eastAsia="Cambria" w:hAnsi="Times New Roman" w:cs="Times New Roman"/>
              </w:rPr>
              <w:t>Gobierno</w:t>
            </w:r>
            <w:proofErr w:type="spellEnd"/>
            <w:r w:rsidRPr="7B3DA090">
              <w:rPr>
                <w:rFonts w:ascii="Times New Roman" w:eastAsia="Cambria" w:hAnsi="Times New Roman" w:cs="Times New Roman"/>
              </w:rPr>
              <w:t xml:space="preserve"> Abierto y</w:t>
            </w:r>
            <w:r w:rsidRPr="2578CE35">
              <w:rPr>
                <w:rFonts w:ascii="Times New Roman" w:eastAsia="Cambria" w:hAnsi="Times New Roman" w:cs="Times New Roman"/>
              </w:rPr>
              <w:t xml:space="preserve"> </w:t>
            </w:r>
            <w:proofErr w:type="spellStart"/>
            <w:r w:rsidRPr="2578CE35">
              <w:rPr>
                <w:rFonts w:ascii="Times New Roman" w:eastAsia="Cambria" w:hAnsi="Times New Roman" w:cs="Times New Roman"/>
              </w:rPr>
              <w:t>Electrónico</w:t>
            </w:r>
            <w:proofErr w:type="spellEnd"/>
            <w:r w:rsidRPr="2578CE35">
              <w:rPr>
                <w:rFonts w:ascii="Times New Roman" w:eastAsia="Cambria" w:hAnsi="Times New Roman" w:cs="Times New Roman"/>
              </w:rPr>
              <w:t xml:space="preserve"> </w:t>
            </w:r>
            <w:r w:rsidRPr="30A59BFC">
              <w:rPr>
                <w:rFonts w:ascii="Times New Roman" w:eastAsia="Cambria" w:hAnsi="Times New Roman" w:cs="Times New Roman"/>
              </w:rPr>
              <w:t>-GAE-</w:t>
            </w:r>
          </w:p>
        </w:tc>
      </w:tr>
      <w:tr w:rsidR="009442F7" w14:paraId="153FE2BA" w14:textId="77777777">
        <w:trPr>
          <w:trHeight w:val="300"/>
        </w:trPr>
        <w:tc>
          <w:tcPr>
            <w:tcW w:w="480" w:type="dxa"/>
          </w:tcPr>
          <w:p w14:paraId="254DB8FA" w14:textId="77777777" w:rsidR="009442F7" w:rsidRDefault="009442F7" w:rsidP="003201EB">
            <w:pPr>
              <w:rPr>
                <w:rFonts w:ascii="Times New Roman" w:eastAsia="Cambria" w:hAnsi="Times New Roman" w:cs="Times New Roman"/>
              </w:rPr>
            </w:pPr>
            <w:r w:rsidRPr="772AE6E2">
              <w:rPr>
                <w:rFonts w:ascii="Times New Roman" w:eastAsia="Cambria" w:hAnsi="Times New Roman" w:cs="Times New Roman"/>
              </w:rPr>
              <w:t>2</w:t>
            </w:r>
          </w:p>
        </w:tc>
        <w:tc>
          <w:tcPr>
            <w:tcW w:w="4051" w:type="dxa"/>
          </w:tcPr>
          <w:p w14:paraId="31BE0E83" w14:textId="77777777" w:rsidR="009442F7" w:rsidRDefault="009442F7" w:rsidP="003201EB">
            <w:pPr>
              <w:rPr>
                <w:rFonts w:ascii="Times New Roman" w:eastAsia="Cambria" w:hAnsi="Times New Roman" w:cs="Times New Roman"/>
                <w:color w:val="000000" w:themeColor="text1"/>
              </w:rPr>
            </w:pPr>
            <w:r w:rsidRPr="4AAF7910">
              <w:rPr>
                <w:rFonts w:ascii="Times New Roman" w:eastAsia="Cambria" w:hAnsi="Times New Roman" w:cs="Times New Roman"/>
                <w:color w:val="000000" w:themeColor="text1"/>
              </w:rPr>
              <w:t xml:space="preserve">Zaira </w:t>
            </w:r>
            <w:r w:rsidRPr="44E377B5">
              <w:rPr>
                <w:rFonts w:ascii="Times New Roman" w:eastAsia="Cambria" w:hAnsi="Times New Roman" w:cs="Times New Roman"/>
                <w:color w:val="000000" w:themeColor="text1"/>
              </w:rPr>
              <w:t>Mejia</w:t>
            </w:r>
          </w:p>
        </w:tc>
        <w:tc>
          <w:tcPr>
            <w:tcW w:w="4395" w:type="dxa"/>
          </w:tcPr>
          <w:p w14:paraId="633F7A33" w14:textId="77777777" w:rsidR="009442F7" w:rsidRDefault="009442F7" w:rsidP="003201EB">
            <w:pPr>
              <w:rPr>
                <w:rFonts w:ascii="Times New Roman" w:eastAsia="Cambria" w:hAnsi="Times New Roman" w:cs="Times New Roman"/>
              </w:rPr>
            </w:pPr>
            <w:r w:rsidRPr="690326D4">
              <w:rPr>
                <w:rFonts w:ascii="Times New Roman" w:eastAsia="Cambria" w:hAnsi="Times New Roman" w:cs="Times New Roman"/>
              </w:rPr>
              <w:t xml:space="preserve">Comisión </w:t>
            </w:r>
            <w:proofErr w:type="spellStart"/>
            <w:r w:rsidRPr="690326D4">
              <w:rPr>
                <w:rFonts w:ascii="Times New Roman" w:eastAsia="Cambria" w:hAnsi="Times New Roman" w:cs="Times New Roman"/>
              </w:rPr>
              <w:t>Presidencial</w:t>
            </w:r>
            <w:proofErr w:type="spellEnd"/>
            <w:r w:rsidRPr="690326D4">
              <w:rPr>
                <w:rFonts w:ascii="Times New Roman" w:eastAsia="Cambria" w:hAnsi="Times New Roman" w:cs="Times New Roman"/>
              </w:rPr>
              <w:t xml:space="preserve"> de </w:t>
            </w:r>
            <w:proofErr w:type="spellStart"/>
            <w:r w:rsidRPr="690326D4">
              <w:rPr>
                <w:rFonts w:ascii="Times New Roman" w:eastAsia="Cambria" w:hAnsi="Times New Roman" w:cs="Times New Roman"/>
              </w:rPr>
              <w:t>Gobierno</w:t>
            </w:r>
            <w:proofErr w:type="spellEnd"/>
            <w:r w:rsidRPr="690326D4">
              <w:rPr>
                <w:rFonts w:ascii="Times New Roman" w:eastAsia="Cambria" w:hAnsi="Times New Roman" w:cs="Times New Roman"/>
              </w:rPr>
              <w:t xml:space="preserve"> Abierto y </w:t>
            </w:r>
            <w:proofErr w:type="spellStart"/>
            <w:r w:rsidRPr="690326D4">
              <w:rPr>
                <w:rFonts w:ascii="Times New Roman" w:eastAsia="Cambria" w:hAnsi="Times New Roman" w:cs="Times New Roman"/>
              </w:rPr>
              <w:t>Electrónico</w:t>
            </w:r>
            <w:proofErr w:type="spellEnd"/>
            <w:r w:rsidRPr="690326D4">
              <w:rPr>
                <w:rFonts w:ascii="Times New Roman" w:eastAsia="Cambria" w:hAnsi="Times New Roman" w:cs="Times New Roman"/>
              </w:rPr>
              <w:t xml:space="preserve"> -GAE-</w:t>
            </w:r>
          </w:p>
        </w:tc>
      </w:tr>
      <w:tr w:rsidR="009442F7" w:rsidRPr="00BF5E73" w14:paraId="08F15AEC" w14:textId="77777777">
        <w:tc>
          <w:tcPr>
            <w:tcW w:w="480" w:type="dxa"/>
          </w:tcPr>
          <w:p w14:paraId="4EE9B823" w14:textId="77777777" w:rsidR="009442F7" w:rsidRPr="00BF5E73" w:rsidRDefault="009442F7" w:rsidP="003201EB">
            <w:pPr>
              <w:rPr>
                <w:rFonts w:ascii="Times New Roman" w:eastAsia="Cambria" w:hAnsi="Times New Roman" w:cs="Times New Roman"/>
              </w:rPr>
            </w:pPr>
            <w:r w:rsidRPr="772AE6E2">
              <w:rPr>
                <w:rFonts w:ascii="Times New Roman" w:eastAsia="Cambria" w:hAnsi="Times New Roman" w:cs="Times New Roman"/>
              </w:rPr>
              <w:t>3</w:t>
            </w:r>
          </w:p>
        </w:tc>
        <w:tc>
          <w:tcPr>
            <w:tcW w:w="4051" w:type="dxa"/>
          </w:tcPr>
          <w:p w14:paraId="7749E3E3" w14:textId="77777777" w:rsidR="009442F7" w:rsidRPr="00BF5E73" w:rsidRDefault="009442F7" w:rsidP="003201EB">
            <w:pPr>
              <w:rPr>
                <w:rFonts w:ascii="Times New Roman" w:eastAsia="Cambria" w:hAnsi="Times New Roman" w:cs="Times New Roman"/>
              </w:rPr>
            </w:pPr>
            <w:r w:rsidRPr="0482A0E2">
              <w:rPr>
                <w:rFonts w:ascii="Times New Roman" w:eastAsia="Cambria" w:hAnsi="Times New Roman" w:cs="Times New Roman"/>
              </w:rPr>
              <w:t xml:space="preserve">Marissa Anleu </w:t>
            </w:r>
          </w:p>
        </w:tc>
        <w:tc>
          <w:tcPr>
            <w:tcW w:w="4395" w:type="dxa"/>
          </w:tcPr>
          <w:p w14:paraId="68B87F1D" w14:textId="77777777" w:rsidR="009442F7" w:rsidRPr="00BF5E73" w:rsidRDefault="009442F7" w:rsidP="003201EB">
            <w:pPr>
              <w:rPr>
                <w:rFonts w:ascii="Times New Roman" w:eastAsia="Cambria" w:hAnsi="Times New Roman" w:cs="Times New Roman"/>
                <w:lang w:val="es-ES"/>
              </w:rPr>
            </w:pPr>
            <w:r w:rsidRPr="3C4F0342">
              <w:rPr>
                <w:rFonts w:ascii="Times New Roman" w:eastAsia="Cambria" w:hAnsi="Times New Roman" w:cs="Times New Roman"/>
                <w:lang w:val="es-ES"/>
              </w:rPr>
              <w:t>Oficina Nacional de Servicio Civil –ONSEC-</w:t>
            </w:r>
          </w:p>
        </w:tc>
      </w:tr>
      <w:tr w:rsidR="009442F7" w:rsidRPr="00BF5E73" w14:paraId="4D32E387" w14:textId="77777777">
        <w:trPr>
          <w:trHeight w:val="300"/>
        </w:trPr>
        <w:tc>
          <w:tcPr>
            <w:tcW w:w="480" w:type="dxa"/>
          </w:tcPr>
          <w:p w14:paraId="2E39CBFA" w14:textId="77777777" w:rsidR="009442F7" w:rsidRPr="00BF5E73" w:rsidRDefault="009442F7" w:rsidP="003201EB">
            <w:pPr>
              <w:rPr>
                <w:rFonts w:ascii="Times New Roman" w:eastAsia="Cambria" w:hAnsi="Times New Roman" w:cs="Times New Roman"/>
              </w:rPr>
            </w:pPr>
            <w:r w:rsidRPr="432FD996">
              <w:rPr>
                <w:rFonts w:ascii="Times New Roman" w:eastAsia="Cambria" w:hAnsi="Times New Roman" w:cs="Times New Roman"/>
              </w:rPr>
              <w:t>4</w:t>
            </w:r>
          </w:p>
        </w:tc>
        <w:tc>
          <w:tcPr>
            <w:tcW w:w="4051" w:type="dxa"/>
          </w:tcPr>
          <w:p w14:paraId="7A531128" w14:textId="77777777" w:rsidR="009442F7" w:rsidRPr="00BF5E73" w:rsidRDefault="009442F7" w:rsidP="003201EB">
            <w:pPr>
              <w:rPr>
                <w:rFonts w:ascii="Times New Roman" w:eastAsia="Cambria" w:hAnsi="Times New Roman" w:cs="Times New Roman"/>
                <w:color w:val="000000" w:themeColor="text1"/>
              </w:rPr>
            </w:pPr>
            <w:r w:rsidRPr="5A79114C">
              <w:rPr>
                <w:rFonts w:ascii="Times New Roman" w:eastAsia="Cambria" w:hAnsi="Times New Roman" w:cs="Times New Roman"/>
                <w:color w:val="000000" w:themeColor="text1"/>
              </w:rPr>
              <w:t>Victoria Quiñonez</w:t>
            </w:r>
          </w:p>
        </w:tc>
        <w:tc>
          <w:tcPr>
            <w:tcW w:w="4395" w:type="dxa"/>
          </w:tcPr>
          <w:p w14:paraId="5FC6157A" w14:textId="77777777" w:rsidR="009442F7" w:rsidRPr="00BF5E73" w:rsidRDefault="009442F7" w:rsidP="003201EB">
            <w:pPr>
              <w:rPr>
                <w:rFonts w:ascii="Times New Roman" w:eastAsia="Cambria" w:hAnsi="Times New Roman" w:cs="Times New Roman"/>
                <w:lang w:val="es-ES"/>
              </w:rPr>
            </w:pPr>
            <w:r w:rsidRPr="5DBC8443">
              <w:rPr>
                <w:rFonts w:ascii="Times New Roman" w:eastAsia="Cambria" w:hAnsi="Times New Roman" w:cs="Times New Roman"/>
                <w:lang w:val="es-ES"/>
              </w:rPr>
              <w:t>Oficina Nacional de Servicio Civil –ONSEC-</w:t>
            </w:r>
          </w:p>
        </w:tc>
      </w:tr>
      <w:tr w:rsidR="009442F7" w:rsidRPr="00BF5E73" w14:paraId="14569194" w14:textId="77777777">
        <w:trPr>
          <w:trHeight w:val="300"/>
        </w:trPr>
        <w:tc>
          <w:tcPr>
            <w:tcW w:w="480" w:type="dxa"/>
          </w:tcPr>
          <w:p w14:paraId="344F95B3" w14:textId="77777777" w:rsidR="009442F7" w:rsidRPr="00BF5E73" w:rsidRDefault="009442F7" w:rsidP="003201EB">
            <w:pPr>
              <w:rPr>
                <w:rFonts w:ascii="Times New Roman" w:eastAsia="Cambria" w:hAnsi="Times New Roman" w:cs="Times New Roman"/>
              </w:rPr>
            </w:pPr>
            <w:r w:rsidRPr="3FDB2477">
              <w:rPr>
                <w:rFonts w:ascii="Times New Roman" w:eastAsia="Cambria" w:hAnsi="Times New Roman" w:cs="Times New Roman"/>
              </w:rPr>
              <w:t>5</w:t>
            </w:r>
          </w:p>
        </w:tc>
        <w:tc>
          <w:tcPr>
            <w:tcW w:w="4051" w:type="dxa"/>
          </w:tcPr>
          <w:p w14:paraId="6C2EBDD4" w14:textId="77777777" w:rsidR="009442F7" w:rsidRPr="00BF5E73" w:rsidRDefault="009442F7" w:rsidP="003201EB">
            <w:pPr>
              <w:rPr>
                <w:rFonts w:ascii="Times New Roman" w:eastAsia="Cambria" w:hAnsi="Times New Roman" w:cs="Times New Roman"/>
                <w:color w:val="000000" w:themeColor="text1"/>
              </w:rPr>
            </w:pPr>
            <w:r w:rsidRPr="5DBC8443">
              <w:rPr>
                <w:rFonts w:ascii="Times New Roman" w:eastAsia="Cambria" w:hAnsi="Times New Roman" w:cs="Times New Roman"/>
                <w:color w:val="000000" w:themeColor="text1"/>
              </w:rPr>
              <w:t xml:space="preserve">Sheyla Pablo </w:t>
            </w:r>
          </w:p>
        </w:tc>
        <w:tc>
          <w:tcPr>
            <w:tcW w:w="4395" w:type="dxa"/>
          </w:tcPr>
          <w:p w14:paraId="58356AFF" w14:textId="77777777" w:rsidR="009442F7" w:rsidRPr="00BF5E73" w:rsidRDefault="009442F7" w:rsidP="003201EB">
            <w:pPr>
              <w:rPr>
                <w:rFonts w:ascii="Times New Roman" w:eastAsia="Cambria" w:hAnsi="Times New Roman" w:cs="Times New Roman"/>
              </w:rPr>
            </w:pPr>
            <w:proofErr w:type="spellStart"/>
            <w:r w:rsidRPr="5DBC8443">
              <w:rPr>
                <w:rFonts w:ascii="Times New Roman" w:eastAsia="Cambria" w:hAnsi="Times New Roman" w:cs="Times New Roman"/>
              </w:rPr>
              <w:t>Ministerio</w:t>
            </w:r>
            <w:proofErr w:type="spellEnd"/>
            <w:r w:rsidRPr="5DBC8443">
              <w:rPr>
                <w:rFonts w:ascii="Times New Roman" w:eastAsia="Cambria" w:hAnsi="Times New Roman" w:cs="Times New Roman"/>
              </w:rPr>
              <w:t xml:space="preserve"> de </w:t>
            </w:r>
            <w:proofErr w:type="spellStart"/>
            <w:r w:rsidRPr="5DBC8443">
              <w:rPr>
                <w:rFonts w:ascii="Times New Roman" w:eastAsia="Cambria" w:hAnsi="Times New Roman" w:cs="Times New Roman"/>
              </w:rPr>
              <w:t>Gobernación</w:t>
            </w:r>
            <w:proofErr w:type="spellEnd"/>
            <w:r w:rsidRPr="5DBC8443">
              <w:rPr>
                <w:rFonts w:ascii="Times New Roman" w:eastAsia="Cambria" w:hAnsi="Times New Roman" w:cs="Times New Roman"/>
              </w:rPr>
              <w:t xml:space="preserve"> -MINGOB-</w:t>
            </w:r>
          </w:p>
        </w:tc>
      </w:tr>
      <w:tr w:rsidR="009442F7" w:rsidRPr="00BF5E73" w14:paraId="3CA6E1DF" w14:textId="77777777">
        <w:trPr>
          <w:trHeight w:val="300"/>
        </w:trPr>
        <w:tc>
          <w:tcPr>
            <w:tcW w:w="480" w:type="dxa"/>
          </w:tcPr>
          <w:p w14:paraId="581BA58B" w14:textId="77777777" w:rsidR="009442F7" w:rsidRPr="00BF5E73" w:rsidRDefault="009442F7" w:rsidP="003201EB">
            <w:pPr>
              <w:rPr>
                <w:rFonts w:ascii="Times New Roman" w:eastAsia="Cambria" w:hAnsi="Times New Roman" w:cs="Times New Roman"/>
              </w:rPr>
            </w:pPr>
            <w:r w:rsidRPr="3FDB2477">
              <w:rPr>
                <w:rFonts w:ascii="Times New Roman" w:eastAsia="Cambria" w:hAnsi="Times New Roman" w:cs="Times New Roman"/>
              </w:rPr>
              <w:t>6</w:t>
            </w:r>
          </w:p>
        </w:tc>
        <w:tc>
          <w:tcPr>
            <w:tcW w:w="4051" w:type="dxa"/>
          </w:tcPr>
          <w:p w14:paraId="37AAA9FA" w14:textId="77777777" w:rsidR="009442F7" w:rsidRPr="00BF5E73" w:rsidRDefault="009442F7" w:rsidP="003201EB">
            <w:pPr>
              <w:rPr>
                <w:rFonts w:ascii="Times New Roman" w:eastAsia="Cambria" w:hAnsi="Times New Roman" w:cs="Times New Roman"/>
              </w:rPr>
            </w:pPr>
            <w:r w:rsidRPr="5DBC8443">
              <w:rPr>
                <w:rFonts w:ascii="Times New Roman" w:eastAsia="Cambria" w:hAnsi="Times New Roman" w:cs="Times New Roman"/>
              </w:rPr>
              <w:t>José Mendoza</w:t>
            </w:r>
          </w:p>
        </w:tc>
        <w:tc>
          <w:tcPr>
            <w:tcW w:w="4395" w:type="dxa"/>
          </w:tcPr>
          <w:p w14:paraId="2947A58D" w14:textId="77777777" w:rsidR="009442F7" w:rsidRPr="00BF5E73" w:rsidRDefault="009442F7" w:rsidP="003201EB">
            <w:pPr>
              <w:rPr>
                <w:rFonts w:ascii="Times New Roman" w:eastAsia="Cambria" w:hAnsi="Times New Roman" w:cs="Times New Roman"/>
                <w:lang w:val="es-ES"/>
              </w:rPr>
            </w:pPr>
            <w:r w:rsidRPr="5DBC8443">
              <w:rPr>
                <w:rFonts w:ascii="Times New Roman" w:eastAsia="Cambria" w:hAnsi="Times New Roman" w:cs="Times New Roman"/>
              </w:rPr>
              <w:t xml:space="preserve">Comisión </w:t>
            </w:r>
            <w:proofErr w:type="spellStart"/>
            <w:r w:rsidRPr="5DBC8443">
              <w:rPr>
                <w:rFonts w:ascii="Times New Roman" w:eastAsia="Cambria" w:hAnsi="Times New Roman" w:cs="Times New Roman"/>
              </w:rPr>
              <w:t>Presidencial</w:t>
            </w:r>
            <w:proofErr w:type="spellEnd"/>
            <w:r w:rsidRPr="5DBC8443">
              <w:rPr>
                <w:rFonts w:ascii="Times New Roman" w:eastAsia="Cambria" w:hAnsi="Times New Roman" w:cs="Times New Roman"/>
              </w:rPr>
              <w:t xml:space="preserve"> de </w:t>
            </w:r>
            <w:proofErr w:type="spellStart"/>
            <w:r w:rsidRPr="5DBC8443">
              <w:rPr>
                <w:rFonts w:ascii="Times New Roman" w:eastAsia="Cambria" w:hAnsi="Times New Roman" w:cs="Times New Roman"/>
              </w:rPr>
              <w:t>Gobierno</w:t>
            </w:r>
            <w:proofErr w:type="spellEnd"/>
            <w:r w:rsidRPr="5DBC8443">
              <w:rPr>
                <w:rFonts w:ascii="Times New Roman" w:eastAsia="Cambria" w:hAnsi="Times New Roman" w:cs="Times New Roman"/>
              </w:rPr>
              <w:t xml:space="preserve"> Abierto y </w:t>
            </w:r>
            <w:proofErr w:type="spellStart"/>
            <w:r w:rsidRPr="5DBC8443">
              <w:rPr>
                <w:rFonts w:ascii="Times New Roman" w:eastAsia="Cambria" w:hAnsi="Times New Roman" w:cs="Times New Roman"/>
              </w:rPr>
              <w:t>Electrónico</w:t>
            </w:r>
            <w:proofErr w:type="spellEnd"/>
            <w:r w:rsidRPr="5DBC8443">
              <w:rPr>
                <w:rFonts w:ascii="Times New Roman" w:eastAsia="Cambria" w:hAnsi="Times New Roman" w:cs="Times New Roman"/>
              </w:rPr>
              <w:t xml:space="preserve"> -GAE-</w:t>
            </w:r>
          </w:p>
        </w:tc>
      </w:tr>
      <w:tr w:rsidR="009442F7" w:rsidRPr="00BF5E73" w14:paraId="52230D93" w14:textId="77777777">
        <w:trPr>
          <w:trHeight w:val="300"/>
        </w:trPr>
        <w:tc>
          <w:tcPr>
            <w:tcW w:w="480" w:type="dxa"/>
          </w:tcPr>
          <w:p w14:paraId="69340512" w14:textId="77777777" w:rsidR="009442F7" w:rsidRPr="00BF5E73" w:rsidRDefault="009442F7" w:rsidP="003201EB">
            <w:pPr>
              <w:rPr>
                <w:rFonts w:ascii="Times New Roman" w:eastAsia="Cambria" w:hAnsi="Times New Roman" w:cs="Times New Roman"/>
              </w:rPr>
            </w:pPr>
            <w:r w:rsidRPr="3FDB2477">
              <w:rPr>
                <w:rFonts w:ascii="Times New Roman" w:eastAsia="Cambria" w:hAnsi="Times New Roman" w:cs="Times New Roman"/>
              </w:rPr>
              <w:t>7</w:t>
            </w:r>
          </w:p>
        </w:tc>
        <w:tc>
          <w:tcPr>
            <w:tcW w:w="4051" w:type="dxa"/>
          </w:tcPr>
          <w:p w14:paraId="0BB3744F" w14:textId="77777777" w:rsidR="009442F7" w:rsidRPr="00BF5E73" w:rsidRDefault="009442F7" w:rsidP="003201EB">
            <w:pPr>
              <w:rPr>
                <w:rFonts w:ascii="Times New Roman" w:eastAsia="Cambria" w:hAnsi="Times New Roman" w:cs="Times New Roman"/>
              </w:rPr>
            </w:pPr>
            <w:r w:rsidRPr="5B0369B3">
              <w:rPr>
                <w:rFonts w:ascii="Times New Roman" w:eastAsia="Cambria" w:hAnsi="Times New Roman" w:cs="Times New Roman"/>
              </w:rPr>
              <w:t>Yuri Castro</w:t>
            </w:r>
          </w:p>
        </w:tc>
        <w:tc>
          <w:tcPr>
            <w:tcW w:w="4395" w:type="dxa"/>
          </w:tcPr>
          <w:p w14:paraId="7E81BC55" w14:textId="77777777" w:rsidR="009442F7" w:rsidRPr="00BF5E73" w:rsidRDefault="009442F7" w:rsidP="003201EB">
            <w:r>
              <w:t xml:space="preserve">Instituto Guatemalteco de </w:t>
            </w:r>
            <w:proofErr w:type="spellStart"/>
            <w:r>
              <w:t>Migración</w:t>
            </w:r>
            <w:proofErr w:type="spellEnd"/>
            <w:r>
              <w:t xml:space="preserve"> -IGM-</w:t>
            </w:r>
          </w:p>
        </w:tc>
      </w:tr>
      <w:tr w:rsidR="009442F7" w:rsidRPr="00BF5E73" w14:paraId="7DB4F62E" w14:textId="77777777">
        <w:trPr>
          <w:trHeight w:val="300"/>
        </w:trPr>
        <w:tc>
          <w:tcPr>
            <w:tcW w:w="480" w:type="dxa"/>
          </w:tcPr>
          <w:p w14:paraId="25CCB49E" w14:textId="77777777" w:rsidR="009442F7" w:rsidRPr="00BF5E73" w:rsidRDefault="009442F7" w:rsidP="003201EB">
            <w:pPr>
              <w:rPr>
                <w:rFonts w:ascii="Times New Roman" w:eastAsia="Cambria" w:hAnsi="Times New Roman" w:cs="Times New Roman"/>
              </w:rPr>
            </w:pPr>
            <w:r w:rsidRPr="3FDB2477">
              <w:rPr>
                <w:rFonts w:ascii="Times New Roman" w:eastAsia="Cambria" w:hAnsi="Times New Roman" w:cs="Times New Roman"/>
              </w:rPr>
              <w:t>8</w:t>
            </w:r>
          </w:p>
        </w:tc>
        <w:tc>
          <w:tcPr>
            <w:tcW w:w="4051" w:type="dxa"/>
          </w:tcPr>
          <w:p w14:paraId="3939E0AC" w14:textId="77777777" w:rsidR="009442F7" w:rsidRPr="00BF5E73" w:rsidRDefault="009442F7" w:rsidP="003201EB">
            <w:pPr>
              <w:rPr>
                <w:rFonts w:ascii="Times New Roman" w:eastAsia="Cambria" w:hAnsi="Times New Roman" w:cs="Times New Roman"/>
              </w:rPr>
            </w:pPr>
            <w:r w:rsidRPr="542E4843">
              <w:rPr>
                <w:rFonts w:ascii="Times New Roman" w:eastAsia="Cambria" w:hAnsi="Times New Roman" w:cs="Times New Roman"/>
              </w:rPr>
              <w:t>Ludmila Trujillo</w:t>
            </w:r>
          </w:p>
        </w:tc>
        <w:tc>
          <w:tcPr>
            <w:tcW w:w="4395" w:type="dxa"/>
          </w:tcPr>
          <w:p w14:paraId="7C6D0710" w14:textId="77777777" w:rsidR="009442F7" w:rsidRPr="00BF5E73" w:rsidRDefault="009442F7" w:rsidP="003201EB">
            <w:pPr>
              <w:rPr>
                <w:rFonts w:ascii="Times New Roman" w:eastAsia="Cambria" w:hAnsi="Times New Roman" w:cs="Times New Roman"/>
              </w:rPr>
            </w:pPr>
            <w:proofErr w:type="spellStart"/>
            <w:r w:rsidRPr="495E8F94">
              <w:rPr>
                <w:rFonts w:ascii="Times New Roman" w:eastAsia="Cambria" w:hAnsi="Times New Roman" w:cs="Times New Roman"/>
              </w:rPr>
              <w:t>Asociación</w:t>
            </w:r>
            <w:proofErr w:type="spellEnd"/>
            <w:r w:rsidRPr="495E8F94">
              <w:rPr>
                <w:rFonts w:ascii="Times New Roman" w:eastAsia="Cambria" w:hAnsi="Times New Roman" w:cs="Times New Roman"/>
              </w:rPr>
              <w:t xml:space="preserve"> Red de </w:t>
            </w:r>
            <w:proofErr w:type="spellStart"/>
            <w:r w:rsidRPr="495E8F94">
              <w:rPr>
                <w:rFonts w:ascii="Times New Roman" w:eastAsia="Cambria" w:hAnsi="Times New Roman" w:cs="Times New Roman"/>
              </w:rPr>
              <w:t>Jóvenes</w:t>
            </w:r>
            <w:proofErr w:type="spellEnd"/>
            <w:r w:rsidRPr="495E8F94">
              <w:rPr>
                <w:rFonts w:ascii="Times New Roman" w:eastAsia="Cambria" w:hAnsi="Times New Roman" w:cs="Times New Roman"/>
              </w:rPr>
              <w:t xml:space="preserve"> para la </w:t>
            </w:r>
            <w:proofErr w:type="spellStart"/>
            <w:r w:rsidRPr="495E8F94">
              <w:rPr>
                <w:rFonts w:ascii="Times New Roman" w:eastAsia="Cambria" w:hAnsi="Times New Roman" w:cs="Times New Roman"/>
              </w:rPr>
              <w:t>Incidencia</w:t>
            </w:r>
            <w:proofErr w:type="spellEnd"/>
            <w:r w:rsidRPr="495E8F94">
              <w:rPr>
                <w:rFonts w:ascii="Times New Roman" w:eastAsia="Cambria" w:hAnsi="Times New Roman" w:cs="Times New Roman"/>
              </w:rPr>
              <w:t xml:space="preserve"> Política</w:t>
            </w:r>
            <w:r w:rsidRPr="5878CCC1">
              <w:rPr>
                <w:rFonts w:ascii="Times New Roman" w:eastAsia="Cambria" w:hAnsi="Times New Roman" w:cs="Times New Roman"/>
              </w:rPr>
              <w:t xml:space="preserve"> </w:t>
            </w:r>
            <w:r w:rsidRPr="495E8F94">
              <w:rPr>
                <w:rFonts w:ascii="Times New Roman" w:eastAsia="Cambria" w:hAnsi="Times New Roman" w:cs="Times New Roman"/>
              </w:rPr>
              <w:t>-INCIDEJOVEN-</w:t>
            </w:r>
          </w:p>
        </w:tc>
      </w:tr>
      <w:tr w:rsidR="009442F7" w:rsidRPr="00BF5E73" w14:paraId="48262551" w14:textId="77777777">
        <w:trPr>
          <w:trHeight w:val="300"/>
        </w:trPr>
        <w:tc>
          <w:tcPr>
            <w:tcW w:w="480" w:type="dxa"/>
          </w:tcPr>
          <w:p w14:paraId="22554F34" w14:textId="77777777" w:rsidR="009442F7" w:rsidRPr="00BF5E73" w:rsidRDefault="009442F7" w:rsidP="003201EB">
            <w:pPr>
              <w:rPr>
                <w:rFonts w:ascii="Times New Roman" w:eastAsia="Cambria" w:hAnsi="Times New Roman" w:cs="Times New Roman"/>
              </w:rPr>
            </w:pPr>
            <w:r w:rsidRPr="3FDB2477">
              <w:rPr>
                <w:rFonts w:ascii="Times New Roman" w:eastAsia="Cambria" w:hAnsi="Times New Roman" w:cs="Times New Roman"/>
              </w:rPr>
              <w:t>9</w:t>
            </w:r>
          </w:p>
        </w:tc>
        <w:tc>
          <w:tcPr>
            <w:tcW w:w="4051" w:type="dxa"/>
          </w:tcPr>
          <w:p w14:paraId="3DCC478C" w14:textId="77777777" w:rsidR="009442F7" w:rsidRPr="00BF5E73" w:rsidRDefault="009442F7" w:rsidP="003201EB">
            <w:r>
              <w:t>Edgar Ramos</w:t>
            </w:r>
          </w:p>
        </w:tc>
        <w:tc>
          <w:tcPr>
            <w:tcW w:w="4395" w:type="dxa"/>
          </w:tcPr>
          <w:p w14:paraId="60E18E8A" w14:textId="77777777" w:rsidR="009442F7" w:rsidRPr="00BF5E73" w:rsidRDefault="009442F7" w:rsidP="003201EB">
            <w:r>
              <w:t xml:space="preserve">Comisión </w:t>
            </w:r>
            <w:proofErr w:type="spellStart"/>
            <w:r>
              <w:t>Presidencial</w:t>
            </w:r>
            <w:proofErr w:type="spellEnd"/>
            <w:r>
              <w:t xml:space="preserve"> de </w:t>
            </w:r>
            <w:proofErr w:type="spellStart"/>
            <w:r>
              <w:t>Gobierno</w:t>
            </w:r>
            <w:proofErr w:type="spellEnd"/>
            <w:r>
              <w:t xml:space="preserve"> Abierto y </w:t>
            </w:r>
            <w:proofErr w:type="spellStart"/>
            <w:r>
              <w:t>Electrónico</w:t>
            </w:r>
            <w:proofErr w:type="spellEnd"/>
            <w:r>
              <w:t xml:space="preserve"> -GAE-</w:t>
            </w:r>
          </w:p>
        </w:tc>
      </w:tr>
    </w:tbl>
    <w:p w14:paraId="7A725E74" w14:textId="77777777" w:rsidR="009442F7" w:rsidRDefault="009442F7" w:rsidP="009442F7"/>
    <w:p w14:paraId="109E73AA" w14:textId="254BBE36" w:rsidR="009442F7" w:rsidRPr="00BF5E73" w:rsidRDefault="009442F7" w:rsidP="009442F7">
      <w:pPr>
        <w:rPr>
          <w:rFonts w:ascii="Times New Roman" w:hAnsi="Times New Roman" w:cs="Times New Roman"/>
          <w:b/>
          <w:bCs/>
        </w:rPr>
      </w:pPr>
      <w:r>
        <w:rPr>
          <w:rFonts w:ascii="Times New Roman" w:hAnsi="Times New Roman" w:cs="Times New Roman"/>
          <w:b/>
          <w:bCs/>
        </w:rPr>
        <w:t>3</w:t>
      </w:r>
      <w:r w:rsidRPr="00BF5E73">
        <w:rPr>
          <w:rFonts w:ascii="Times New Roman" w:hAnsi="Times New Roman" w:cs="Times New Roman"/>
          <w:b/>
          <w:bCs/>
        </w:rPr>
        <w:t xml:space="preserve">.2 </w:t>
      </w:r>
      <w:proofErr w:type="spellStart"/>
      <w:r w:rsidRPr="00BF5E73">
        <w:rPr>
          <w:rFonts w:ascii="Times New Roman" w:hAnsi="Times New Roman" w:cs="Times New Roman"/>
          <w:b/>
          <w:bCs/>
        </w:rPr>
        <w:t>Participantes</w:t>
      </w:r>
      <w:proofErr w:type="spellEnd"/>
      <w:r w:rsidRPr="00BF5E73">
        <w:rPr>
          <w:rFonts w:ascii="Times New Roman" w:hAnsi="Times New Roman" w:cs="Times New Roman"/>
          <w:b/>
          <w:bCs/>
        </w:rPr>
        <w:t xml:space="preserve"> </w:t>
      </w:r>
      <w:proofErr w:type="spellStart"/>
      <w:r w:rsidRPr="00BF5E73">
        <w:rPr>
          <w:rFonts w:ascii="Times New Roman" w:hAnsi="Times New Roman" w:cs="Times New Roman"/>
          <w:b/>
          <w:bCs/>
        </w:rPr>
        <w:t>en</w:t>
      </w:r>
      <w:proofErr w:type="spellEnd"/>
      <w:r w:rsidRPr="00BF5E73">
        <w:rPr>
          <w:rFonts w:ascii="Times New Roman" w:hAnsi="Times New Roman" w:cs="Times New Roman"/>
          <w:b/>
          <w:bCs/>
        </w:rPr>
        <w:t xml:space="preserve"> Linea</w:t>
      </w:r>
    </w:p>
    <w:tbl>
      <w:tblPr>
        <w:tblStyle w:val="TableGrid"/>
        <w:tblW w:w="8926" w:type="dxa"/>
        <w:tblLook w:val="04A0" w:firstRow="1" w:lastRow="0" w:firstColumn="1" w:lastColumn="0" w:noHBand="0" w:noVBand="1"/>
      </w:tblPr>
      <w:tblGrid>
        <w:gridCol w:w="480"/>
        <w:gridCol w:w="4051"/>
        <w:gridCol w:w="4395"/>
      </w:tblGrid>
      <w:tr w:rsidR="009442F7" w:rsidRPr="00BF5E73" w14:paraId="4F8124FA" w14:textId="77777777">
        <w:trPr>
          <w:trHeight w:val="300"/>
        </w:trPr>
        <w:tc>
          <w:tcPr>
            <w:tcW w:w="480" w:type="dxa"/>
          </w:tcPr>
          <w:p w14:paraId="29C80D69" w14:textId="77777777" w:rsidR="009442F7" w:rsidRPr="00BF5E73" w:rsidRDefault="009442F7" w:rsidP="003201EB">
            <w:pPr>
              <w:jc w:val="center"/>
              <w:rPr>
                <w:rFonts w:ascii="Times New Roman" w:eastAsia="Cambria" w:hAnsi="Times New Roman" w:cs="Times New Roman"/>
              </w:rPr>
            </w:pPr>
          </w:p>
        </w:tc>
        <w:tc>
          <w:tcPr>
            <w:tcW w:w="4051" w:type="dxa"/>
          </w:tcPr>
          <w:p w14:paraId="7AB74803" w14:textId="77777777" w:rsidR="009442F7" w:rsidRPr="00BF5E73" w:rsidRDefault="009442F7" w:rsidP="003201EB">
            <w:pPr>
              <w:jc w:val="center"/>
              <w:rPr>
                <w:rFonts w:ascii="Times New Roman" w:eastAsia="Cambria" w:hAnsi="Times New Roman" w:cs="Times New Roman"/>
                <w:b/>
                <w:bCs/>
              </w:rPr>
            </w:pPr>
            <w:r w:rsidRPr="00BF5E73">
              <w:rPr>
                <w:rFonts w:ascii="Times New Roman" w:eastAsia="Cambria" w:hAnsi="Times New Roman" w:cs="Times New Roman"/>
                <w:b/>
                <w:bCs/>
              </w:rPr>
              <w:t xml:space="preserve">Nombre </w:t>
            </w:r>
            <w:proofErr w:type="spellStart"/>
            <w:r w:rsidRPr="00BF5E73">
              <w:rPr>
                <w:rFonts w:ascii="Times New Roman" w:eastAsia="Cambria" w:hAnsi="Times New Roman" w:cs="Times New Roman"/>
                <w:b/>
                <w:bCs/>
              </w:rPr>
              <w:t>Completo</w:t>
            </w:r>
            <w:proofErr w:type="spellEnd"/>
          </w:p>
        </w:tc>
        <w:tc>
          <w:tcPr>
            <w:tcW w:w="4395" w:type="dxa"/>
          </w:tcPr>
          <w:p w14:paraId="6452973E" w14:textId="77777777" w:rsidR="009442F7" w:rsidRPr="00BF5E73" w:rsidRDefault="009442F7" w:rsidP="003201EB">
            <w:pPr>
              <w:jc w:val="center"/>
              <w:rPr>
                <w:rFonts w:ascii="Times New Roman" w:eastAsia="Cambria" w:hAnsi="Times New Roman" w:cs="Times New Roman"/>
                <w:b/>
                <w:bCs/>
              </w:rPr>
            </w:pPr>
            <w:proofErr w:type="spellStart"/>
            <w:r w:rsidRPr="00BF5E73">
              <w:rPr>
                <w:rFonts w:ascii="Times New Roman" w:eastAsia="Cambria" w:hAnsi="Times New Roman" w:cs="Times New Roman"/>
                <w:b/>
                <w:bCs/>
              </w:rPr>
              <w:t>Institución</w:t>
            </w:r>
            <w:proofErr w:type="spellEnd"/>
            <w:r w:rsidRPr="00BF5E73">
              <w:rPr>
                <w:rFonts w:ascii="Times New Roman" w:eastAsia="Cambria" w:hAnsi="Times New Roman" w:cs="Times New Roman"/>
                <w:b/>
                <w:bCs/>
              </w:rPr>
              <w:t xml:space="preserve"> / Organización</w:t>
            </w:r>
          </w:p>
        </w:tc>
      </w:tr>
      <w:tr w:rsidR="009442F7" w:rsidRPr="00BF5E73" w14:paraId="40E987DC" w14:textId="77777777">
        <w:trPr>
          <w:trHeight w:val="300"/>
        </w:trPr>
        <w:tc>
          <w:tcPr>
            <w:tcW w:w="480" w:type="dxa"/>
          </w:tcPr>
          <w:p w14:paraId="2874638A" w14:textId="77777777" w:rsidR="009442F7" w:rsidRPr="00BF5E73" w:rsidRDefault="009442F7" w:rsidP="003201EB">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141B5B02" w14:textId="77777777" w:rsidR="009442F7" w:rsidRPr="00BF5E73" w:rsidRDefault="009442F7" w:rsidP="003201EB">
            <w:pPr>
              <w:rPr>
                <w:rFonts w:ascii="Times New Roman" w:eastAsia="Cambria" w:hAnsi="Times New Roman" w:cs="Times New Roman"/>
                <w:color w:val="000000" w:themeColor="text1"/>
              </w:rPr>
            </w:pPr>
            <w:r w:rsidRPr="3F1B479E">
              <w:rPr>
                <w:rFonts w:ascii="Times New Roman" w:eastAsia="Cambria" w:hAnsi="Times New Roman" w:cs="Times New Roman"/>
                <w:color w:val="000000" w:themeColor="text1"/>
              </w:rPr>
              <w:t>Lilian Sierra</w:t>
            </w:r>
          </w:p>
        </w:tc>
        <w:tc>
          <w:tcPr>
            <w:tcW w:w="4395" w:type="dxa"/>
          </w:tcPr>
          <w:p w14:paraId="787F2634" w14:textId="77777777" w:rsidR="009442F7" w:rsidRPr="00BF5E73" w:rsidRDefault="009442F7" w:rsidP="003201EB">
            <w:pPr>
              <w:rPr>
                <w:rFonts w:ascii="Times New Roman" w:eastAsia="Times New Roman" w:hAnsi="Times New Roman" w:cs="Times New Roman"/>
                <w:sz w:val="21"/>
                <w:szCs w:val="21"/>
              </w:rPr>
            </w:pPr>
            <w:r w:rsidRPr="31584592">
              <w:rPr>
                <w:rFonts w:ascii="Times New Roman" w:eastAsia="Times New Roman" w:hAnsi="Times New Roman" w:cs="Times New Roman"/>
                <w:sz w:val="21"/>
                <w:szCs w:val="21"/>
              </w:rPr>
              <w:t xml:space="preserve">Instituto </w:t>
            </w:r>
            <w:proofErr w:type="spellStart"/>
            <w:r w:rsidRPr="31584592">
              <w:rPr>
                <w:rFonts w:ascii="Times New Roman" w:eastAsia="Times New Roman" w:hAnsi="Times New Roman" w:cs="Times New Roman"/>
                <w:sz w:val="21"/>
                <w:szCs w:val="21"/>
              </w:rPr>
              <w:t>Centroamericano</w:t>
            </w:r>
            <w:proofErr w:type="spellEnd"/>
            <w:r w:rsidRPr="31584592">
              <w:rPr>
                <w:rFonts w:ascii="Times New Roman" w:eastAsia="Times New Roman" w:hAnsi="Times New Roman" w:cs="Times New Roman"/>
                <w:sz w:val="21"/>
                <w:szCs w:val="21"/>
              </w:rPr>
              <w:t xml:space="preserve"> de </w:t>
            </w:r>
            <w:proofErr w:type="spellStart"/>
            <w:r w:rsidRPr="31584592">
              <w:rPr>
                <w:rFonts w:ascii="Times New Roman" w:eastAsia="Times New Roman" w:hAnsi="Times New Roman" w:cs="Times New Roman"/>
                <w:sz w:val="21"/>
                <w:szCs w:val="21"/>
              </w:rPr>
              <w:t>Estudios</w:t>
            </w:r>
            <w:proofErr w:type="spellEnd"/>
            <w:r w:rsidRPr="31584592">
              <w:rPr>
                <w:rFonts w:ascii="Times New Roman" w:eastAsia="Times New Roman" w:hAnsi="Times New Roman" w:cs="Times New Roman"/>
                <w:sz w:val="21"/>
                <w:szCs w:val="21"/>
              </w:rPr>
              <w:t xml:space="preserve"> </w:t>
            </w:r>
            <w:proofErr w:type="spellStart"/>
            <w:r w:rsidRPr="31584592">
              <w:rPr>
                <w:rFonts w:ascii="Times New Roman" w:eastAsia="Times New Roman" w:hAnsi="Times New Roman" w:cs="Times New Roman"/>
                <w:sz w:val="21"/>
                <w:szCs w:val="21"/>
              </w:rPr>
              <w:t>Fiscales</w:t>
            </w:r>
            <w:proofErr w:type="spellEnd"/>
            <w:r w:rsidRPr="31584592">
              <w:rPr>
                <w:rFonts w:ascii="Times New Roman" w:eastAsia="Times New Roman" w:hAnsi="Times New Roman" w:cs="Times New Roman"/>
                <w:sz w:val="21"/>
                <w:szCs w:val="21"/>
              </w:rPr>
              <w:t xml:space="preserve"> –ICEFI-</w:t>
            </w:r>
          </w:p>
        </w:tc>
      </w:tr>
      <w:tr w:rsidR="009442F7" w:rsidRPr="00BF5E73" w14:paraId="196DC4A1" w14:textId="77777777">
        <w:trPr>
          <w:trHeight w:val="300"/>
        </w:trPr>
        <w:tc>
          <w:tcPr>
            <w:tcW w:w="480" w:type="dxa"/>
          </w:tcPr>
          <w:p w14:paraId="5A0DDD36" w14:textId="77777777" w:rsidR="009442F7" w:rsidRPr="00BF5E73" w:rsidRDefault="009442F7" w:rsidP="003201EB">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60EC35BC" w14:textId="77777777" w:rsidR="009442F7" w:rsidRPr="00BF5E73" w:rsidRDefault="009442F7" w:rsidP="003201EB">
            <w:pPr>
              <w:rPr>
                <w:rFonts w:ascii="Times New Roman" w:eastAsia="Cambria" w:hAnsi="Times New Roman" w:cs="Times New Roman"/>
                <w:color w:val="000000" w:themeColor="text1"/>
              </w:rPr>
            </w:pPr>
            <w:r w:rsidRPr="76F14FF6">
              <w:rPr>
                <w:rFonts w:ascii="Times New Roman" w:eastAsia="Cambria" w:hAnsi="Times New Roman" w:cs="Times New Roman"/>
                <w:color w:val="000000" w:themeColor="text1"/>
              </w:rPr>
              <w:t>Karen Velásquez</w:t>
            </w:r>
          </w:p>
        </w:tc>
        <w:tc>
          <w:tcPr>
            <w:tcW w:w="4395" w:type="dxa"/>
          </w:tcPr>
          <w:p w14:paraId="60D65452" w14:textId="77777777" w:rsidR="009442F7" w:rsidRPr="00BF5E73" w:rsidRDefault="009442F7" w:rsidP="003201EB">
            <w:pPr>
              <w:rPr>
                <w:rFonts w:ascii="Times New Roman" w:eastAsia="Cambria" w:hAnsi="Times New Roman" w:cs="Times New Roman"/>
                <w:lang w:val="es-ES"/>
              </w:rPr>
            </w:pPr>
            <w:r w:rsidRPr="3FB2E886">
              <w:rPr>
                <w:rFonts w:ascii="Times New Roman" w:eastAsia="Cambria" w:hAnsi="Times New Roman" w:cs="Times New Roman"/>
                <w:lang w:val="es-ES"/>
              </w:rPr>
              <w:t xml:space="preserve">Comisión Nacional </w:t>
            </w:r>
            <w:r w:rsidRPr="4AEAFE94">
              <w:rPr>
                <w:rFonts w:ascii="Times New Roman" w:eastAsia="Cambria" w:hAnsi="Times New Roman" w:cs="Times New Roman"/>
                <w:lang w:val="es-ES"/>
              </w:rPr>
              <w:t>contra la Corrupción -CNC-</w:t>
            </w:r>
          </w:p>
        </w:tc>
      </w:tr>
      <w:tr w:rsidR="009442F7" w:rsidRPr="00BF5E73" w14:paraId="631183F0" w14:textId="77777777">
        <w:trPr>
          <w:trHeight w:val="300"/>
        </w:trPr>
        <w:tc>
          <w:tcPr>
            <w:tcW w:w="480" w:type="dxa"/>
          </w:tcPr>
          <w:p w14:paraId="231D0B1D" w14:textId="77777777" w:rsidR="009442F7" w:rsidRPr="00BF5E73" w:rsidRDefault="009442F7" w:rsidP="003201EB">
            <w:pPr>
              <w:rPr>
                <w:rFonts w:ascii="Times New Roman" w:eastAsia="Cambria" w:hAnsi="Times New Roman" w:cs="Times New Roman"/>
              </w:rPr>
            </w:pPr>
            <w:r>
              <w:rPr>
                <w:rFonts w:ascii="Times New Roman" w:eastAsia="Cambria" w:hAnsi="Times New Roman" w:cs="Times New Roman"/>
              </w:rPr>
              <w:t>3</w:t>
            </w:r>
          </w:p>
        </w:tc>
        <w:tc>
          <w:tcPr>
            <w:tcW w:w="4051" w:type="dxa"/>
          </w:tcPr>
          <w:p w14:paraId="2C401AF9" w14:textId="77777777" w:rsidR="009442F7" w:rsidRPr="76F14FF6" w:rsidRDefault="009442F7" w:rsidP="003201EB">
            <w:pPr>
              <w:rPr>
                <w:rFonts w:ascii="Times New Roman" w:eastAsia="Cambria" w:hAnsi="Times New Roman" w:cs="Times New Roman"/>
                <w:color w:val="000000" w:themeColor="text1"/>
              </w:rPr>
            </w:pPr>
            <w:r>
              <w:rPr>
                <w:rFonts w:ascii="Times New Roman" w:eastAsia="Cambria" w:hAnsi="Times New Roman" w:cs="Times New Roman"/>
                <w:color w:val="000000" w:themeColor="text1"/>
              </w:rPr>
              <w:t>Yonni Aguilar</w:t>
            </w:r>
          </w:p>
        </w:tc>
        <w:tc>
          <w:tcPr>
            <w:tcW w:w="4395" w:type="dxa"/>
          </w:tcPr>
          <w:p w14:paraId="32578837" w14:textId="77777777" w:rsidR="009442F7" w:rsidRPr="3FB2E886" w:rsidRDefault="009442F7" w:rsidP="003201EB">
            <w:pPr>
              <w:rPr>
                <w:rFonts w:ascii="Times New Roman" w:eastAsia="Cambria" w:hAnsi="Times New Roman" w:cs="Times New Roman"/>
                <w:lang w:val="es-ES"/>
              </w:rPr>
            </w:pPr>
            <w:r w:rsidRPr="7D4BC46E">
              <w:rPr>
                <w:rFonts w:ascii="Times New Roman" w:eastAsia="Cambria" w:hAnsi="Times New Roman" w:cs="Times New Roman"/>
                <w:lang w:val="es-ES"/>
              </w:rPr>
              <w:t xml:space="preserve">Centro Internacional </w:t>
            </w:r>
            <w:r w:rsidRPr="57AAC5B8">
              <w:rPr>
                <w:rFonts w:ascii="Times New Roman" w:eastAsia="Cambria" w:hAnsi="Times New Roman" w:cs="Times New Roman"/>
                <w:lang w:val="es-ES"/>
              </w:rPr>
              <w:t>para</w:t>
            </w:r>
            <w:r w:rsidRPr="7D4BC46E">
              <w:rPr>
                <w:rFonts w:ascii="Times New Roman" w:eastAsia="Cambria" w:hAnsi="Times New Roman" w:cs="Times New Roman"/>
                <w:lang w:val="es-ES"/>
              </w:rPr>
              <w:t xml:space="preserve"> Investigaciones en Derechos Humanos </w:t>
            </w:r>
            <w:r w:rsidRPr="0E3D5313">
              <w:rPr>
                <w:rFonts w:ascii="Times New Roman" w:eastAsia="Cambria" w:hAnsi="Times New Roman" w:cs="Times New Roman"/>
                <w:lang w:val="es-ES"/>
              </w:rPr>
              <w:t>–</w:t>
            </w:r>
            <w:proofErr w:type="spellStart"/>
            <w:r w:rsidRPr="7D4BC46E">
              <w:rPr>
                <w:rFonts w:ascii="Times New Roman" w:eastAsia="Cambria" w:hAnsi="Times New Roman" w:cs="Times New Roman"/>
                <w:lang w:val="es-ES"/>
              </w:rPr>
              <w:t>CiiDH</w:t>
            </w:r>
            <w:proofErr w:type="spellEnd"/>
            <w:r w:rsidRPr="0E3D5313">
              <w:rPr>
                <w:rFonts w:ascii="Times New Roman" w:eastAsia="Cambria" w:hAnsi="Times New Roman" w:cs="Times New Roman"/>
                <w:lang w:val="es-ES"/>
              </w:rPr>
              <w:t>-</w:t>
            </w:r>
          </w:p>
        </w:tc>
      </w:tr>
      <w:tr w:rsidR="009442F7" w14:paraId="0BD96C71" w14:textId="77777777">
        <w:trPr>
          <w:trHeight w:val="300"/>
        </w:trPr>
        <w:tc>
          <w:tcPr>
            <w:tcW w:w="480" w:type="dxa"/>
          </w:tcPr>
          <w:p w14:paraId="31FF85D9" w14:textId="77777777" w:rsidR="009442F7" w:rsidRDefault="009442F7" w:rsidP="003201EB">
            <w:pPr>
              <w:rPr>
                <w:rFonts w:ascii="Times New Roman" w:eastAsia="Cambria" w:hAnsi="Times New Roman" w:cs="Times New Roman"/>
              </w:rPr>
            </w:pPr>
            <w:r w:rsidRPr="7FBC6DBC">
              <w:rPr>
                <w:rFonts w:ascii="Times New Roman" w:eastAsia="Cambria" w:hAnsi="Times New Roman" w:cs="Times New Roman"/>
              </w:rPr>
              <w:t>3</w:t>
            </w:r>
          </w:p>
        </w:tc>
        <w:tc>
          <w:tcPr>
            <w:tcW w:w="4051" w:type="dxa"/>
          </w:tcPr>
          <w:p w14:paraId="32BEB2BF" w14:textId="77777777" w:rsidR="009442F7" w:rsidRDefault="009442F7" w:rsidP="003201EB">
            <w:pPr>
              <w:rPr>
                <w:rFonts w:ascii="Times New Roman" w:eastAsia="Cambria" w:hAnsi="Times New Roman" w:cs="Times New Roman"/>
                <w:color w:val="000000" w:themeColor="text1"/>
              </w:rPr>
            </w:pPr>
            <w:r w:rsidRPr="110356C9">
              <w:rPr>
                <w:rFonts w:ascii="Times New Roman" w:eastAsia="Cambria" w:hAnsi="Times New Roman" w:cs="Times New Roman"/>
                <w:color w:val="000000" w:themeColor="text1"/>
              </w:rPr>
              <w:t>Silvia Márquez</w:t>
            </w:r>
          </w:p>
        </w:tc>
        <w:tc>
          <w:tcPr>
            <w:tcW w:w="4395" w:type="dxa"/>
          </w:tcPr>
          <w:p w14:paraId="58DC05DA" w14:textId="77777777" w:rsidR="009442F7" w:rsidRDefault="009442F7" w:rsidP="003201EB">
            <w:pPr>
              <w:rPr>
                <w:rFonts w:ascii="Times New Roman" w:eastAsia="Cambria" w:hAnsi="Times New Roman" w:cs="Times New Roman"/>
                <w:lang w:val="es-ES"/>
              </w:rPr>
            </w:pPr>
            <w:r w:rsidRPr="2FB04ACD">
              <w:rPr>
                <w:rFonts w:ascii="Times New Roman" w:eastAsia="Cambria" w:hAnsi="Times New Roman" w:cs="Times New Roman"/>
                <w:lang w:val="es-ES"/>
              </w:rPr>
              <w:t>Ministerio de Finanzas Públicas -MINFIN-</w:t>
            </w:r>
          </w:p>
        </w:tc>
      </w:tr>
    </w:tbl>
    <w:p w14:paraId="2F21E246" w14:textId="77777777" w:rsidR="009442F7" w:rsidRPr="00BF5E73" w:rsidRDefault="009442F7" w:rsidP="009442F7">
      <w:pPr>
        <w:rPr>
          <w:rFonts w:ascii="Times New Roman" w:hAnsi="Times New Roman" w:cs="Times New Roman"/>
          <w:b/>
          <w:bCs/>
        </w:rPr>
      </w:pPr>
    </w:p>
    <w:p w14:paraId="41F26C40" w14:textId="7F2D83FD" w:rsidR="009442F7" w:rsidRDefault="009442F7" w:rsidP="009442F7">
      <w:pPr>
        <w:rPr>
          <w:rFonts w:ascii="Times New Roman" w:hAnsi="Times New Roman" w:cs="Times New Roman"/>
          <w:b/>
          <w:bCs/>
        </w:rPr>
      </w:pPr>
      <w:r>
        <w:rPr>
          <w:rFonts w:ascii="Times New Roman" w:hAnsi="Times New Roman" w:cs="Times New Roman"/>
          <w:b/>
          <w:bCs/>
        </w:rPr>
        <w:t>3</w:t>
      </w:r>
      <w:r w:rsidRPr="5B2F3069">
        <w:rPr>
          <w:rFonts w:ascii="Times New Roman" w:hAnsi="Times New Roman" w:cs="Times New Roman"/>
          <w:b/>
          <w:bCs/>
        </w:rPr>
        <w:t xml:space="preserve">.3 Equipo Técnico de </w:t>
      </w:r>
      <w:proofErr w:type="spellStart"/>
      <w:r w:rsidRPr="38FBC635">
        <w:rPr>
          <w:rFonts w:ascii="Times New Roman" w:hAnsi="Times New Roman" w:cs="Times New Roman"/>
          <w:b/>
          <w:bCs/>
        </w:rPr>
        <w:t>Gobierno</w:t>
      </w:r>
      <w:proofErr w:type="spellEnd"/>
      <w:r w:rsidRPr="38FBC635">
        <w:rPr>
          <w:rFonts w:ascii="Times New Roman" w:hAnsi="Times New Roman" w:cs="Times New Roman"/>
          <w:b/>
          <w:bCs/>
        </w:rPr>
        <w:t xml:space="preserve"> Abierto</w:t>
      </w:r>
    </w:p>
    <w:tbl>
      <w:tblPr>
        <w:tblStyle w:val="TableGrid"/>
        <w:tblW w:w="8926" w:type="dxa"/>
        <w:tblLook w:val="04A0" w:firstRow="1" w:lastRow="0" w:firstColumn="1" w:lastColumn="0" w:noHBand="0" w:noVBand="1"/>
      </w:tblPr>
      <w:tblGrid>
        <w:gridCol w:w="474"/>
        <w:gridCol w:w="3931"/>
        <w:gridCol w:w="4521"/>
      </w:tblGrid>
      <w:tr w:rsidR="009442F7" w14:paraId="52C3145D" w14:textId="77777777">
        <w:trPr>
          <w:trHeight w:val="300"/>
        </w:trPr>
        <w:tc>
          <w:tcPr>
            <w:tcW w:w="474" w:type="dxa"/>
          </w:tcPr>
          <w:p w14:paraId="0C2F9E68" w14:textId="77777777" w:rsidR="009442F7" w:rsidRDefault="009442F7" w:rsidP="003201EB">
            <w:pPr>
              <w:rPr>
                <w:rFonts w:ascii="Times New Roman" w:hAnsi="Times New Roman" w:cs="Times New Roman"/>
              </w:rPr>
            </w:pPr>
            <w:r w:rsidRPr="6ACCC120">
              <w:rPr>
                <w:rFonts w:ascii="Times New Roman" w:eastAsia="Cambria" w:hAnsi="Times New Roman" w:cs="Times New Roman"/>
              </w:rPr>
              <w:t>1</w:t>
            </w:r>
          </w:p>
        </w:tc>
        <w:tc>
          <w:tcPr>
            <w:tcW w:w="3931" w:type="dxa"/>
          </w:tcPr>
          <w:p w14:paraId="19DCB661" w14:textId="77777777" w:rsidR="009442F7" w:rsidRDefault="009442F7" w:rsidP="003201EB">
            <w:pPr>
              <w:rPr>
                <w:rFonts w:ascii="Times New Roman" w:eastAsia="Cambria" w:hAnsi="Times New Roman" w:cs="Times New Roman"/>
                <w:color w:val="000000" w:themeColor="text1"/>
              </w:rPr>
            </w:pPr>
            <w:r w:rsidRPr="6ACCC120">
              <w:rPr>
                <w:rFonts w:ascii="Times New Roman" w:eastAsia="Cambria" w:hAnsi="Times New Roman" w:cs="Times New Roman"/>
                <w:color w:val="000000" w:themeColor="text1"/>
              </w:rPr>
              <w:t>Christa Morales</w:t>
            </w:r>
          </w:p>
        </w:tc>
        <w:tc>
          <w:tcPr>
            <w:tcW w:w="4521" w:type="dxa"/>
            <w:vMerge w:val="restart"/>
          </w:tcPr>
          <w:p w14:paraId="434D5C5D" w14:textId="77777777" w:rsidR="009442F7" w:rsidRDefault="009442F7" w:rsidP="003201EB">
            <w:pPr>
              <w:jc w:val="center"/>
              <w:rPr>
                <w:rFonts w:ascii="Times New Roman" w:eastAsia="Cambria" w:hAnsi="Times New Roman" w:cs="Times New Roman"/>
              </w:rPr>
            </w:pPr>
          </w:p>
          <w:p w14:paraId="09DD2D50" w14:textId="77777777" w:rsidR="009442F7" w:rsidRDefault="009442F7" w:rsidP="003201EB">
            <w:pPr>
              <w:jc w:val="center"/>
              <w:rPr>
                <w:rFonts w:ascii="Times New Roman" w:eastAsia="Cambria" w:hAnsi="Times New Roman" w:cs="Times New Roman"/>
              </w:rPr>
            </w:pPr>
          </w:p>
          <w:p w14:paraId="051FFB28" w14:textId="77777777" w:rsidR="009442F7" w:rsidRDefault="009442F7" w:rsidP="003201EB">
            <w:pPr>
              <w:jc w:val="center"/>
              <w:rPr>
                <w:rFonts w:ascii="Times New Roman" w:eastAsia="Cambria" w:hAnsi="Times New Roman" w:cs="Times New Roman"/>
              </w:rPr>
            </w:pPr>
          </w:p>
          <w:p w14:paraId="36F2DDA3" w14:textId="77777777" w:rsidR="009442F7" w:rsidRDefault="009442F7" w:rsidP="003201EB">
            <w:pPr>
              <w:jc w:val="center"/>
              <w:rPr>
                <w:rFonts w:ascii="Times New Roman" w:eastAsia="Cambria" w:hAnsi="Times New Roman" w:cs="Times New Roman"/>
              </w:rPr>
            </w:pPr>
            <w:r>
              <w:rPr>
                <w:rFonts w:ascii="Times New Roman" w:eastAsia="Cambria" w:hAnsi="Times New Roman" w:cs="Times New Roman"/>
              </w:rPr>
              <w:t>DGA/GAE</w:t>
            </w:r>
          </w:p>
          <w:p w14:paraId="1E2D8138" w14:textId="77777777" w:rsidR="009442F7" w:rsidRDefault="009442F7" w:rsidP="003201EB">
            <w:pPr>
              <w:jc w:val="center"/>
              <w:rPr>
                <w:rFonts w:ascii="Times New Roman" w:eastAsia="Cambria" w:hAnsi="Times New Roman" w:cs="Times New Roman"/>
              </w:rPr>
            </w:pPr>
          </w:p>
        </w:tc>
      </w:tr>
      <w:tr w:rsidR="009442F7" w14:paraId="3BC0DA7E" w14:textId="77777777">
        <w:trPr>
          <w:trHeight w:val="300"/>
        </w:trPr>
        <w:tc>
          <w:tcPr>
            <w:tcW w:w="474" w:type="dxa"/>
          </w:tcPr>
          <w:p w14:paraId="20F11784" w14:textId="77777777" w:rsidR="009442F7" w:rsidRDefault="009442F7" w:rsidP="003201EB">
            <w:pPr>
              <w:rPr>
                <w:rFonts w:ascii="Times New Roman" w:eastAsia="Cambria" w:hAnsi="Times New Roman" w:cs="Times New Roman"/>
              </w:rPr>
            </w:pPr>
            <w:r w:rsidRPr="6ACCC120">
              <w:rPr>
                <w:rFonts w:ascii="Times New Roman" w:eastAsia="Cambria" w:hAnsi="Times New Roman" w:cs="Times New Roman"/>
              </w:rPr>
              <w:t>2</w:t>
            </w:r>
          </w:p>
        </w:tc>
        <w:tc>
          <w:tcPr>
            <w:tcW w:w="3931" w:type="dxa"/>
          </w:tcPr>
          <w:p w14:paraId="5C1FF3B9" w14:textId="77777777" w:rsidR="009442F7" w:rsidRDefault="009442F7" w:rsidP="003201EB">
            <w:pPr>
              <w:rPr>
                <w:rFonts w:ascii="Times New Roman" w:eastAsia="Cambria" w:hAnsi="Times New Roman" w:cs="Times New Roman"/>
                <w:color w:val="000000" w:themeColor="text1"/>
              </w:rPr>
            </w:pPr>
            <w:r w:rsidRPr="3899D5B1">
              <w:rPr>
                <w:rFonts w:ascii="Times New Roman" w:eastAsia="Cambria" w:hAnsi="Times New Roman" w:cs="Times New Roman"/>
                <w:color w:val="000000" w:themeColor="text1"/>
              </w:rPr>
              <w:t>Dolores Sales</w:t>
            </w:r>
          </w:p>
        </w:tc>
        <w:tc>
          <w:tcPr>
            <w:tcW w:w="4521" w:type="dxa"/>
            <w:vMerge/>
          </w:tcPr>
          <w:p w14:paraId="50D5F911" w14:textId="77777777" w:rsidR="009442F7" w:rsidRDefault="009442F7" w:rsidP="003201EB">
            <w:pPr>
              <w:jc w:val="center"/>
              <w:rPr>
                <w:rFonts w:ascii="Times New Roman" w:eastAsia="Cambria" w:hAnsi="Times New Roman" w:cs="Times New Roman"/>
              </w:rPr>
            </w:pPr>
          </w:p>
        </w:tc>
      </w:tr>
      <w:tr w:rsidR="009442F7" w14:paraId="15059520" w14:textId="77777777">
        <w:trPr>
          <w:trHeight w:val="300"/>
        </w:trPr>
        <w:tc>
          <w:tcPr>
            <w:tcW w:w="474" w:type="dxa"/>
          </w:tcPr>
          <w:p w14:paraId="708ADB07" w14:textId="77777777" w:rsidR="009442F7" w:rsidRDefault="009442F7" w:rsidP="003201EB">
            <w:pPr>
              <w:rPr>
                <w:rFonts w:ascii="Times New Roman" w:eastAsia="Cambria" w:hAnsi="Times New Roman" w:cs="Times New Roman"/>
              </w:rPr>
            </w:pPr>
            <w:r w:rsidRPr="3A11A6DB">
              <w:rPr>
                <w:rFonts w:ascii="Times New Roman" w:eastAsia="Cambria" w:hAnsi="Times New Roman" w:cs="Times New Roman"/>
              </w:rPr>
              <w:t>3</w:t>
            </w:r>
          </w:p>
        </w:tc>
        <w:tc>
          <w:tcPr>
            <w:tcW w:w="3931" w:type="dxa"/>
          </w:tcPr>
          <w:p w14:paraId="1A0191C8" w14:textId="77777777" w:rsidR="009442F7" w:rsidRDefault="009442F7" w:rsidP="003201EB">
            <w:r w:rsidRPr="549F975F">
              <w:rPr>
                <w:rFonts w:ascii="Times New Roman" w:eastAsia="Cambria" w:hAnsi="Times New Roman" w:cs="Times New Roman"/>
              </w:rPr>
              <w:t xml:space="preserve">Jonathan </w:t>
            </w:r>
            <w:r w:rsidRPr="5BE12F98">
              <w:rPr>
                <w:rFonts w:ascii="Times New Roman" w:eastAsia="Cambria" w:hAnsi="Times New Roman" w:cs="Times New Roman"/>
              </w:rPr>
              <w:t>Subuyuj</w:t>
            </w:r>
          </w:p>
        </w:tc>
        <w:tc>
          <w:tcPr>
            <w:tcW w:w="4521" w:type="dxa"/>
            <w:vMerge/>
          </w:tcPr>
          <w:p w14:paraId="49427169" w14:textId="77777777" w:rsidR="009442F7" w:rsidRDefault="009442F7" w:rsidP="003201EB">
            <w:pPr>
              <w:jc w:val="center"/>
              <w:rPr>
                <w:rFonts w:ascii="Times New Roman" w:eastAsia="Cambria" w:hAnsi="Times New Roman" w:cs="Times New Roman"/>
              </w:rPr>
            </w:pPr>
          </w:p>
        </w:tc>
      </w:tr>
      <w:tr w:rsidR="009442F7" w14:paraId="41C61F2B" w14:textId="77777777">
        <w:trPr>
          <w:trHeight w:val="300"/>
        </w:trPr>
        <w:tc>
          <w:tcPr>
            <w:tcW w:w="474" w:type="dxa"/>
          </w:tcPr>
          <w:p w14:paraId="1236A726" w14:textId="77777777" w:rsidR="009442F7" w:rsidRDefault="009442F7" w:rsidP="003201EB">
            <w:pPr>
              <w:rPr>
                <w:rFonts w:ascii="Times New Roman" w:eastAsia="Cambria" w:hAnsi="Times New Roman" w:cs="Times New Roman"/>
              </w:rPr>
            </w:pPr>
            <w:r w:rsidRPr="3A11A6DB">
              <w:rPr>
                <w:rFonts w:ascii="Times New Roman" w:eastAsia="Cambria" w:hAnsi="Times New Roman" w:cs="Times New Roman"/>
              </w:rPr>
              <w:t>4</w:t>
            </w:r>
          </w:p>
        </w:tc>
        <w:tc>
          <w:tcPr>
            <w:tcW w:w="3931" w:type="dxa"/>
          </w:tcPr>
          <w:p w14:paraId="55B70AF6" w14:textId="77777777" w:rsidR="009442F7" w:rsidRDefault="009442F7" w:rsidP="003201EB">
            <w:pPr>
              <w:rPr>
                <w:rFonts w:ascii="Times New Roman" w:eastAsia="Cambria" w:hAnsi="Times New Roman" w:cs="Times New Roman"/>
              </w:rPr>
            </w:pPr>
            <w:r w:rsidRPr="76542035">
              <w:rPr>
                <w:rFonts w:ascii="Times New Roman" w:eastAsia="Cambria" w:hAnsi="Times New Roman" w:cs="Times New Roman"/>
              </w:rPr>
              <w:t>Jennifer Villatoro</w:t>
            </w:r>
          </w:p>
        </w:tc>
        <w:tc>
          <w:tcPr>
            <w:tcW w:w="4521" w:type="dxa"/>
            <w:vMerge/>
          </w:tcPr>
          <w:p w14:paraId="6A2C5502" w14:textId="77777777" w:rsidR="009442F7" w:rsidRDefault="009442F7" w:rsidP="003201EB">
            <w:pPr>
              <w:jc w:val="center"/>
              <w:rPr>
                <w:rFonts w:ascii="Times New Roman" w:eastAsia="Cambria" w:hAnsi="Times New Roman" w:cs="Times New Roman"/>
              </w:rPr>
            </w:pPr>
          </w:p>
        </w:tc>
      </w:tr>
      <w:tr w:rsidR="009442F7" w14:paraId="7A94D44F" w14:textId="77777777">
        <w:trPr>
          <w:trHeight w:val="300"/>
        </w:trPr>
        <w:tc>
          <w:tcPr>
            <w:tcW w:w="474" w:type="dxa"/>
          </w:tcPr>
          <w:p w14:paraId="68A68E9C" w14:textId="77777777" w:rsidR="009442F7" w:rsidRDefault="009442F7" w:rsidP="003201EB">
            <w:pPr>
              <w:rPr>
                <w:rFonts w:ascii="Times New Roman" w:eastAsia="Cambria" w:hAnsi="Times New Roman" w:cs="Times New Roman"/>
              </w:rPr>
            </w:pPr>
            <w:r w:rsidRPr="07BB00B3">
              <w:rPr>
                <w:rFonts w:ascii="Times New Roman" w:eastAsia="Cambria" w:hAnsi="Times New Roman" w:cs="Times New Roman"/>
              </w:rPr>
              <w:t>5</w:t>
            </w:r>
          </w:p>
        </w:tc>
        <w:tc>
          <w:tcPr>
            <w:tcW w:w="3931" w:type="dxa"/>
          </w:tcPr>
          <w:p w14:paraId="58B9D647" w14:textId="77777777" w:rsidR="009442F7" w:rsidRDefault="009442F7" w:rsidP="003201EB">
            <w:pPr>
              <w:rPr>
                <w:rFonts w:ascii="Times New Roman" w:eastAsia="Cambria" w:hAnsi="Times New Roman" w:cs="Times New Roman"/>
              </w:rPr>
            </w:pPr>
            <w:r w:rsidRPr="4EB2352D">
              <w:rPr>
                <w:rFonts w:ascii="Times New Roman" w:eastAsia="Cambria" w:hAnsi="Times New Roman" w:cs="Times New Roman"/>
              </w:rPr>
              <w:t>Adriana Melgar</w:t>
            </w:r>
          </w:p>
        </w:tc>
        <w:tc>
          <w:tcPr>
            <w:tcW w:w="4521" w:type="dxa"/>
            <w:vMerge/>
          </w:tcPr>
          <w:p w14:paraId="6C5E594D" w14:textId="77777777" w:rsidR="009442F7" w:rsidRDefault="009442F7" w:rsidP="003201EB">
            <w:pPr>
              <w:jc w:val="center"/>
              <w:rPr>
                <w:rFonts w:ascii="Times New Roman" w:eastAsia="Cambria" w:hAnsi="Times New Roman" w:cs="Times New Roman"/>
              </w:rPr>
            </w:pPr>
          </w:p>
        </w:tc>
      </w:tr>
    </w:tbl>
    <w:p w14:paraId="1C36217D" w14:textId="4E16C614" w:rsidR="008B0574" w:rsidRPr="00BF5E73" w:rsidRDefault="009442F7">
      <w:pPr>
        <w:pStyle w:val="Heading1"/>
        <w:rPr>
          <w:rFonts w:ascii="Times New Roman" w:hAnsi="Times New Roman" w:cs="Times New Roman"/>
        </w:rPr>
      </w:pPr>
      <w:r>
        <w:rPr>
          <w:rFonts w:ascii="Times New Roman" w:hAnsi="Times New Roman" w:cs="Times New Roman"/>
        </w:rPr>
        <w:t>4</w:t>
      </w:r>
      <w:r w:rsidR="2A946C7F" w:rsidRPr="00BF5E73">
        <w:rPr>
          <w:rFonts w:ascii="Times New Roman" w:hAnsi="Times New Roman" w:cs="Times New Roman"/>
        </w:rPr>
        <w:t>. Desarrollo de la Agenda y Puntos Clave</w:t>
      </w:r>
    </w:p>
    <w:p w14:paraId="608A9E6E" w14:textId="26798D11" w:rsidR="008B0574" w:rsidRPr="00BF5E73" w:rsidRDefault="009442F7" w:rsidP="00B02F4A">
      <w:pPr>
        <w:jc w:val="both"/>
        <w:rPr>
          <w:rFonts w:ascii="Times New Roman" w:hAnsi="Times New Roman" w:cs="Times New Roman"/>
        </w:rPr>
      </w:pPr>
      <w:r>
        <w:rPr>
          <w:rFonts w:ascii="Times New Roman" w:hAnsi="Times New Roman" w:cs="Times New Roman"/>
          <w:b/>
          <w:bCs/>
        </w:rPr>
        <w:t>4</w:t>
      </w:r>
      <w:r w:rsidR="2A946C7F" w:rsidRPr="00C94522">
        <w:rPr>
          <w:rFonts w:ascii="Times New Roman" w:hAnsi="Times New Roman" w:cs="Times New Roman"/>
          <w:b/>
          <w:bCs/>
        </w:rPr>
        <w:t xml:space="preserve">.1 Apertura y </w:t>
      </w:r>
      <w:proofErr w:type="spellStart"/>
      <w:r w:rsidR="2A946C7F" w:rsidRPr="00C94522">
        <w:rPr>
          <w:rFonts w:ascii="Times New Roman" w:hAnsi="Times New Roman" w:cs="Times New Roman"/>
          <w:b/>
          <w:bCs/>
        </w:rPr>
        <w:t>contextualización</w:t>
      </w:r>
      <w:proofErr w:type="spellEnd"/>
      <w:r w:rsidR="2A946C7F" w:rsidRPr="00C94522">
        <w:rPr>
          <w:rFonts w:ascii="Times New Roman" w:hAnsi="Times New Roman" w:cs="Times New Roman"/>
          <w:b/>
          <w:bCs/>
        </w:rPr>
        <w:t xml:space="preserve"> de la </w:t>
      </w:r>
      <w:proofErr w:type="spellStart"/>
      <w:r w:rsidR="2A946C7F" w:rsidRPr="00C94522">
        <w:rPr>
          <w:rFonts w:ascii="Times New Roman" w:hAnsi="Times New Roman" w:cs="Times New Roman"/>
          <w:b/>
          <w:bCs/>
        </w:rPr>
        <w:t>actividad</w:t>
      </w:r>
      <w:proofErr w:type="spellEnd"/>
      <w:r w:rsidR="2A946C7F" w:rsidRPr="00BF5E73">
        <w:rPr>
          <w:rFonts w:ascii="Times New Roman" w:hAnsi="Times New Roman" w:cs="Times New Roman"/>
        </w:rPr>
        <w:t xml:space="preserve"> </w:t>
      </w:r>
      <w:proofErr w:type="spellStart"/>
      <w:r w:rsidR="2A946C7F" w:rsidRPr="00BF5E73">
        <w:rPr>
          <w:rFonts w:ascii="Times New Roman" w:hAnsi="Times New Roman" w:cs="Times New Roman"/>
        </w:rPr>
        <w:t>por</w:t>
      </w:r>
      <w:proofErr w:type="spellEnd"/>
      <w:r w:rsidR="2A946C7F" w:rsidRPr="00BF5E73">
        <w:rPr>
          <w:rFonts w:ascii="Times New Roman" w:hAnsi="Times New Roman" w:cs="Times New Roman"/>
        </w:rPr>
        <w:t xml:space="preserve"> </w:t>
      </w:r>
      <w:proofErr w:type="spellStart"/>
      <w:r w:rsidR="2A946C7F" w:rsidRPr="00BF5E73">
        <w:rPr>
          <w:rFonts w:ascii="Times New Roman" w:hAnsi="Times New Roman" w:cs="Times New Roman"/>
        </w:rPr>
        <w:t>parte</w:t>
      </w:r>
      <w:proofErr w:type="spellEnd"/>
      <w:r w:rsidR="2A946C7F" w:rsidRPr="00BF5E73">
        <w:rPr>
          <w:rFonts w:ascii="Times New Roman" w:hAnsi="Times New Roman" w:cs="Times New Roman"/>
        </w:rPr>
        <w:t xml:space="preserve"> de </w:t>
      </w:r>
      <w:proofErr w:type="spellStart"/>
      <w:r w:rsidR="2A946C7F" w:rsidRPr="00BF5E73">
        <w:rPr>
          <w:rFonts w:ascii="Times New Roman" w:hAnsi="Times New Roman" w:cs="Times New Roman"/>
        </w:rPr>
        <w:t>Mgtr</w:t>
      </w:r>
      <w:proofErr w:type="spellEnd"/>
      <w:r w:rsidR="2A946C7F" w:rsidRPr="00BF5E73">
        <w:rPr>
          <w:rFonts w:ascii="Times New Roman" w:hAnsi="Times New Roman" w:cs="Times New Roman"/>
        </w:rPr>
        <w:t xml:space="preserve">. Zaira Mejia, </w:t>
      </w:r>
      <w:proofErr w:type="spellStart"/>
      <w:r w:rsidR="2A946C7F" w:rsidRPr="00BF5E73">
        <w:rPr>
          <w:rFonts w:ascii="Times New Roman" w:hAnsi="Times New Roman" w:cs="Times New Roman"/>
        </w:rPr>
        <w:t>Directora</w:t>
      </w:r>
      <w:proofErr w:type="spellEnd"/>
      <w:r w:rsidR="2A946C7F" w:rsidRPr="00BF5E73">
        <w:rPr>
          <w:rFonts w:ascii="Times New Roman" w:hAnsi="Times New Roman" w:cs="Times New Roman"/>
        </w:rPr>
        <w:t xml:space="preserve"> de </w:t>
      </w:r>
      <w:proofErr w:type="spellStart"/>
      <w:r w:rsidR="2A946C7F" w:rsidRPr="00BF5E73">
        <w:rPr>
          <w:rFonts w:ascii="Times New Roman" w:hAnsi="Times New Roman" w:cs="Times New Roman"/>
        </w:rPr>
        <w:t>Gobierno</w:t>
      </w:r>
      <w:proofErr w:type="spellEnd"/>
      <w:r w:rsidR="2A946C7F" w:rsidRPr="00BF5E73">
        <w:rPr>
          <w:rFonts w:ascii="Times New Roman" w:hAnsi="Times New Roman" w:cs="Times New Roman"/>
        </w:rPr>
        <w:t xml:space="preserve"> Abierto (PoC)</w:t>
      </w:r>
    </w:p>
    <w:p w14:paraId="60D1BA2C" w14:textId="59CEA21D" w:rsidR="2A946C7F" w:rsidRPr="00756975" w:rsidRDefault="009442F7" w:rsidP="00B02F4A">
      <w:pPr>
        <w:jc w:val="both"/>
        <w:rPr>
          <w:rFonts w:ascii="Times New Roman" w:hAnsi="Times New Roman" w:cs="Times New Roman"/>
        </w:rPr>
      </w:pPr>
      <w:r>
        <w:rPr>
          <w:rFonts w:ascii="Times New Roman" w:hAnsi="Times New Roman" w:cs="Times New Roman"/>
          <w:b/>
          <w:bCs/>
          <w:lang w:val="es-ES"/>
        </w:rPr>
        <w:t>4</w:t>
      </w:r>
      <w:r w:rsidR="008425CC" w:rsidRPr="00C94522">
        <w:rPr>
          <w:rFonts w:ascii="Times New Roman" w:hAnsi="Times New Roman" w:cs="Times New Roman"/>
          <w:b/>
          <w:bCs/>
          <w:lang w:val="es-ES"/>
        </w:rPr>
        <w:t>.2 Bienvenida</w:t>
      </w:r>
      <w:r w:rsidR="2A946C7F" w:rsidRPr="00C94522">
        <w:rPr>
          <w:rFonts w:ascii="Times New Roman" w:hAnsi="Times New Roman" w:cs="Times New Roman"/>
          <w:b/>
          <w:bCs/>
          <w:lang w:val="es-ES"/>
        </w:rPr>
        <w:t xml:space="preserve"> a cargo de Autoridad Superior de </w:t>
      </w:r>
      <w:r w:rsidR="00A014CE" w:rsidRPr="00C94522">
        <w:rPr>
          <w:rFonts w:ascii="Times New Roman" w:hAnsi="Times New Roman" w:cs="Times New Roman"/>
          <w:b/>
          <w:bCs/>
          <w:lang w:val="es-ES"/>
        </w:rPr>
        <w:t>GAE</w:t>
      </w:r>
      <w:r w:rsidR="00A014CE" w:rsidRPr="000D7106">
        <w:rPr>
          <w:rFonts w:ascii="Times New Roman" w:hAnsi="Times New Roman" w:cs="Times New Roman"/>
          <w:lang w:val="es-ES"/>
        </w:rPr>
        <w:t>,</w:t>
      </w:r>
      <w:r w:rsidR="000D7106">
        <w:rPr>
          <w:rFonts w:ascii="Times New Roman" w:hAnsi="Times New Roman" w:cs="Times New Roman"/>
          <w:lang w:val="es-ES"/>
        </w:rPr>
        <w:t xml:space="preserve"> Inga. Wendy Miranda</w:t>
      </w:r>
      <w:r w:rsidR="2A946C7F" w:rsidRPr="000D7106">
        <w:rPr>
          <w:rFonts w:ascii="Times New Roman" w:hAnsi="Times New Roman" w:cs="Times New Roman"/>
          <w:lang w:val="es-ES"/>
        </w:rPr>
        <w:t>, Coordinadora</w:t>
      </w:r>
      <w:r w:rsidR="2A946C7F" w:rsidRPr="00BF5E73">
        <w:rPr>
          <w:rFonts w:ascii="Times New Roman" w:hAnsi="Times New Roman" w:cs="Times New Roman"/>
          <w:lang w:val="es-ES"/>
        </w:rPr>
        <w:t xml:space="preserve"> y Directora Ejecutiva de Comisión GAE</w:t>
      </w:r>
      <w:r w:rsidR="00B65A7E">
        <w:rPr>
          <w:rFonts w:ascii="Times New Roman" w:hAnsi="Times New Roman" w:cs="Times New Roman"/>
          <w:lang w:val="es-ES"/>
        </w:rPr>
        <w:t xml:space="preserve">, </w:t>
      </w:r>
      <w:r w:rsidR="00963877">
        <w:rPr>
          <w:rFonts w:ascii="Times New Roman" w:hAnsi="Times New Roman" w:cs="Times New Roman"/>
          <w:lang w:val="es-ES"/>
        </w:rPr>
        <w:t>ofrece</w:t>
      </w:r>
      <w:r w:rsidR="2A946C7F" w:rsidRPr="00BF5E73">
        <w:rPr>
          <w:rFonts w:ascii="Times New Roman" w:hAnsi="Times New Roman" w:cs="Times New Roman"/>
          <w:lang w:val="es-ES"/>
        </w:rPr>
        <w:t xml:space="preserve"> palabras de bienvenida a la actividad, invitando a </w:t>
      </w:r>
      <w:r w:rsidR="00B65A7E">
        <w:rPr>
          <w:rFonts w:ascii="Times New Roman" w:hAnsi="Times New Roman" w:cs="Times New Roman"/>
          <w:lang w:val="es-ES"/>
        </w:rPr>
        <w:t>la</w:t>
      </w:r>
      <w:r w:rsidR="2A946C7F" w:rsidRPr="00BF5E73">
        <w:rPr>
          <w:rFonts w:ascii="Times New Roman" w:hAnsi="Times New Roman" w:cs="Times New Roman"/>
          <w:lang w:val="es-ES"/>
        </w:rPr>
        <w:t xml:space="preserve"> participación en las mesas de trabajo</w:t>
      </w:r>
      <w:r w:rsidR="00B02F4A">
        <w:rPr>
          <w:rFonts w:ascii="Times New Roman" w:hAnsi="Times New Roman" w:cs="Times New Roman"/>
          <w:lang w:val="es-ES"/>
        </w:rPr>
        <w:t xml:space="preserve"> </w:t>
      </w:r>
      <w:proofErr w:type="spellStart"/>
      <w:r w:rsidR="00B02F4A">
        <w:rPr>
          <w:rFonts w:ascii="Times New Roman" w:hAnsi="Times New Roman" w:cs="Times New Roman"/>
          <w:lang w:val="es-ES"/>
        </w:rPr>
        <w:t>multiactor</w:t>
      </w:r>
      <w:proofErr w:type="spellEnd"/>
      <w:r w:rsidR="00B02F4A">
        <w:rPr>
          <w:rFonts w:ascii="Times New Roman" w:hAnsi="Times New Roman" w:cs="Times New Roman"/>
          <w:lang w:val="es-ES"/>
        </w:rPr>
        <w:t xml:space="preserve"> del 7º. Plan</w:t>
      </w:r>
      <w:r w:rsidR="2A946C7F" w:rsidRPr="00BF5E73">
        <w:rPr>
          <w:rFonts w:ascii="Times New Roman" w:hAnsi="Times New Roman" w:cs="Times New Roman"/>
          <w:lang w:val="es-ES"/>
        </w:rPr>
        <w:t xml:space="preserve">. </w:t>
      </w:r>
    </w:p>
    <w:p w14:paraId="7B19729E" w14:textId="798C2498" w:rsidR="004231D0" w:rsidRDefault="000F2480" w:rsidP="00B02F4A">
      <w:pPr>
        <w:jc w:val="both"/>
        <w:rPr>
          <w:rFonts w:ascii="Times New Roman" w:hAnsi="Times New Roman" w:cs="Times New Roman"/>
          <w:lang w:val="es-ES"/>
        </w:rPr>
      </w:pPr>
      <w:r w:rsidRPr="00E13D5C">
        <w:rPr>
          <w:rFonts w:ascii="Times New Roman" w:hAnsi="Times New Roman" w:cs="Times New Roman"/>
          <w:lang w:val="es-ES"/>
        </w:rPr>
        <w:t xml:space="preserve">Previo a continuar con la agenda, se hace una ronda de presentación de los participantes, mencionando nombre </w:t>
      </w:r>
      <w:r w:rsidR="00BF69D0" w:rsidRPr="00E13D5C">
        <w:rPr>
          <w:rFonts w:ascii="Times New Roman" w:hAnsi="Times New Roman" w:cs="Times New Roman"/>
          <w:lang w:val="es-ES"/>
        </w:rPr>
        <w:t>e institución</w:t>
      </w:r>
      <w:r w:rsidR="00F15009" w:rsidRPr="00E13D5C">
        <w:rPr>
          <w:rFonts w:ascii="Times New Roman" w:hAnsi="Times New Roman" w:cs="Times New Roman"/>
          <w:lang w:val="es-ES"/>
        </w:rPr>
        <w:t>, entidad u organización a la que representa.</w:t>
      </w:r>
    </w:p>
    <w:p w14:paraId="23B4A002" w14:textId="6C415C59" w:rsidR="00432089" w:rsidRDefault="00341441" w:rsidP="00341441">
      <w:pPr>
        <w:jc w:val="both"/>
        <w:rPr>
          <w:rFonts w:ascii="Times New Roman" w:hAnsi="Times New Roman" w:cs="Times New Roman"/>
          <w:lang w:val="es-ES"/>
        </w:rPr>
      </w:pPr>
      <w:proofErr w:type="spellStart"/>
      <w:r w:rsidRPr="00597299">
        <w:rPr>
          <w:rFonts w:ascii="Times New Roman" w:hAnsi="Times New Roman" w:cs="Times New Roman"/>
          <w:lang w:val="es-ES"/>
        </w:rPr>
        <w:t>Mgtr</w:t>
      </w:r>
      <w:proofErr w:type="spellEnd"/>
      <w:r w:rsidRPr="00597299">
        <w:rPr>
          <w:rFonts w:ascii="Times New Roman" w:hAnsi="Times New Roman" w:cs="Times New Roman"/>
          <w:lang w:val="es-ES"/>
        </w:rPr>
        <w:t>. Zaira Mejia expone la estructura de Gobierno Abierto, destaca la importancia de la atención a las comunicaciones de Gobierno Abierto, y menciona la disponibilidad para que las instituciones se acerquen a la DGA cuando lo requieran.</w:t>
      </w:r>
    </w:p>
    <w:p w14:paraId="7AEC12B1" w14:textId="6D9A852A" w:rsidR="00AB66E5" w:rsidRPr="00597299" w:rsidRDefault="009442F7" w:rsidP="00B02F4A">
      <w:pPr>
        <w:spacing w:line="240" w:lineRule="auto"/>
        <w:jc w:val="both"/>
        <w:rPr>
          <w:rFonts w:ascii="Times New Roman" w:hAnsi="Times New Roman" w:cs="Times New Roman"/>
          <w:b/>
          <w:bCs/>
          <w:sz w:val="24"/>
          <w:szCs w:val="24"/>
        </w:rPr>
      </w:pPr>
      <w:r>
        <w:rPr>
          <w:rFonts w:ascii="Times New Roman" w:hAnsi="Times New Roman" w:cs="Times New Roman"/>
          <w:b/>
          <w:bCs/>
        </w:rPr>
        <w:t>4</w:t>
      </w:r>
      <w:r w:rsidR="001B474F" w:rsidRPr="00B02F4A">
        <w:rPr>
          <w:rFonts w:ascii="Times New Roman" w:hAnsi="Times New Roman" w:cs="Times New Roman"/>
          <w:b/>
          <w:bCs/>
        </w:rPr>
        <w:t xml:space="preserve">.3 </w:t>
      </w:r>
      <w:r w:rsidR="00AB66E5" w:rsidRPr="00B02F4A">
        <w:rPr>
          <w:rFonts w:ascii="Times New Roman" w:hAnsi="Times New Roman" w:cs="Times New Roman"/>
          <w:b/>
          <w:bCs/>
        </w:rPr>
        <w:t xml:space="preserve">Presentación de primeros </w:t>
      </w:r>
      <w:proofErr w:type="spellStart"/>
      <w:r w:rsidR="00AB66E5" w:rsidRPr="00B02F4A">
        <w:rPr>
          <w:rFonts w:ascii="Times New Roman" w:hAnsi="Times New Roman" w:cs="Times New Roman"/>
          <w:b/>
          <w:bCs/>
        </w:rPr>
        <w:t>avances</w:t>
      </w:r>
      <w:proofErr w:type="spellEnd"/>
      <w:r w:rsidR="00AB66E5" w:rsidRPr="00B02F4A">
        <w:rPr>
          <w:rFonts w:ascii="Times New Roman" w:hAnsi="Times New Roman" w:cs="Times New Roman"/>
          <w:b/>
          <w:bCs/>
        </w:rPr>
        <w:t xml:space="preserve"> </w:t>
      </w:r>
      <w:proofErr w:type="spellStart"/>
      <w:r w:rsidR="00AB66E5" w:rsidRPr="00B02F4A">
        <w:rPr>
          <w:rFonts w:ascii="Times New Roman" w:hAnsi="Times New Roman" w:cs="Times New Roman"/>
          <w:b/>
          <w:bCs/>
        </w:rPr>
        <w:t>en</w:t>
      </w:r>
      <w:proofErr w:type="spellEnd"/>
      <w:r w:rsidR="00AB66E5" w:rsidRPr="00B02F4A">
        <w:rPr>
          <w:rFonts w:ascii="Times New Roman" w:hAnsi="Times New Roman" w:cs="Times New Roman"/>
          <w:b/>
          <w:bCs/>
        </w:rPr>
        <w:t xml:space="preserve"> la </w:t>
      </w:r>
      <w:proofErr w:type="spellStart"/>
      <w:r w:rsidR="00AB66E5" w:rsidRPr="00B02F4A">
        <w:rPr>
          <w:rFonts w:ascii="Times New Roman" w:hAnsi="Times New Roman" w:cs="Times New Roman"/>
          <w:b/>
          <w:bCs/>
        </w:rPr>
        <w:t>ejecución</w:t>
      </w:r>
      <w:proofErr w:type="spellEnd"/>
      <w:r w:rsidR="00AB66E5" w:rsidRPr="00B02F4A">
        <w:rPr>
          <w:rFonts w:ascii="Times New Roman" w:hAnsi="Times New Roman" w:cs="Times New Roman"/>
          <w:b/>
          <w:bCs/>
        </w:rPr>
        <w:t xml:space="preserve"> de </w:t>
      </w:r>
      <w:proofErr w:type="spellStart"/>
      <w:r w:rsidR="00AB66E5" w:rsidRPr="00B02F4A">
        <w:rPr>
          <w:rFonts w:ascii="Times New Roman" w:hAnsi="Times New Roman" w:cs="Times New Roman"/>
          <w:b/>
          <w:bCs/>
        </w:rPr>
        <w:t>los</w:t>
      </w:r>
      <w:proofErr w:type="spellEnd"/>
      <w:r w:rsidR="00AB66E5" w:rsidRPr="00B02F4A">
        <w:rPr>
          <w:rFonts w:ascii="Times New Roman" w:hAnsi="Times New Roman" w:cs="Times New Roman"/>
          <w:b/>
          <w:bCs/>
        </w:rPr>
        <w:t xml:space="preserve"> </w:t>
      </w:r>
      <w:proofErr w:type="spellStart"/>
      <w:r w:rsidR="00AB66E5" w:rsidRPr="00B02F4A">
        <w:rPr>
          <w:rFonts w:ascii="Times New Roman" w:hAnsi="Times New Roman" w:cs="Times New Roman"/>
          <w:b/>
          <w:bCs/>
        </w:rPr>
        <w:t>hitos</w:t>
      </w:r>
      <w:proofErr w:type="spellEnd"/>
      <w:r w:rsidR="00AB66E5" w:rsidRPr="00B02F4A">
        <w:rPr>
          <w:rFonts w:ascii="Times New Roman" w:hAnsi="Times New Roman" w:cs="Times New Roman"/>
          <w:b/>
          <w:bCs/>
        </w:rPr>
        <w:t xml:space="preserve"> con sus </w:t>
      </w:r>
      <w:proofErr w:type="spellStart"/>
      <w:r w:rsidR="00AB66E5" w:rsidRPr="00B02F4A">
        <w:rPr>
          <w:rFonts w:ascii="Times New Roman" w:hAnsi="Times New Roman" w:cs="Times New Roman"/>
          <w:b/>
          <w:bCs/>
        </w:rPr>
        <w:t>medios</w:t>
      </w:r>
      <w:proofErr w:type="spellEnd"/>
      <w:r w:rsidR="00AB66E5" w:rsidRPr="00B02F4A">
        <w:rPr>
          <w:rFonts w:ascii="Times New Roman" w:hAnsi="Times New Roman" w:cs="Times New Roman"/>
          <w:b/>
          <w:bCs/>
        </w:rPr>
        <w:t xml:space="preserve"> de </w:t>
      </w:r>
      <w:proofErr w:type="spellStart"/>
      <w:r w:rsidR="00AB66E5" w:rsidRPr="00597299">
        <w:rPr>
          <w:rFonts w:ascii="Times New Roman" w:hAnsi="Times New Roman" w:cs="Times New Roman"/>
          <w:b/>
          <w:bCs/>
          <w:sz w:val="24"/>
          <w:szCs w:val="24"/>
        </w:rPr>
        <w:t>verificación</w:t>
      </w:r>
      <w:proofErr w:type="spellEnd"/>
      <w:r w:rsidR="00AB66E5" w:rsidRPr="00597299">
        <w:rPr>
          <w:rFonts w:ascii="Times New Roman" w:hAnsi="Times New Roman" w:cs="Times New Roman"/>
          <w:b/>
          <w:bCs/>
          <w:sz w:val="24"/>
          <w:szCs w:val="24"/>
        </w:rPr>
        <w:t xml:space="preserve"> (</w:t>
      </w:r>
      <w:proofErr w:type="spellStart"/>
      <w:r w:rsidR="00AB66E5" w:rsidRPr="00597299">
        <w:rPr>
          <w:rFonts w:ascii="Times New Roman" w:hAnsi="Times New Roman" w:cs="Times New Roman"/>
          <w:b/>
          <w:bCs/>
          <w:sz w:val="24"/>
          <w:szCs w:val="24"/>
        </w:rPr>
        <w:t>evidencia</w:t>
      </w:r>
      <w:proofErr w:type="spellEnd"/>
      <w:r w:rsidR="00AB66E5" w:rsidRPr="00597299">
        <w:rPr>
          <w:rFonts w:ascii="Times New Roman" w:hAnsi="Times New Roman" w:cs="Times New Roman"/>
          <w:b/>
          <w:bCs/>
          <w:sz w:val="24"/>
          <w:szCs w:val="24"/>
        </w:rPr>
        <w:t xml:space="preserve">). </w:t>
      </w:r>
    </w:p>
    <w:p w14:paraId="4696BBE0" w14:textId="53E95E86" w:rsidR="000015A8" w:rsidRPr="007A0B1A" w:rsidRDefault="00E03A2C" w:rsidP="000015A8">
      <w:pPr>
        <w:jc w:val="both"/>
        <w:rPr>
          <w:rFonts w:ascii="Times New Roman" w:hAnsi="Times New Roman" w:cs="Times New Roman"/>
          <w:b/>
          <w:bCs/>
        </w:rPr>
      </w:pPr>
      <w:r>
        <w:rPr>
          <w:rFonts w:ascii="Times New Roman" w:hAnsi="Times New Roman" w:cs="Times New Roman"/>
          <w:lang w:val="es-ES"/>
        </w:rPr>
        <w:t xml:space="preserve">Previo a la presentación de avances, </w:t>
      </w:r>
      <w:r w:rsidR="000015A8">
        <w:rPr>
          <w:rFonts w:ascii="Times New Roman" w:hAnsi="Times New Roman" w:cs="Times New Roman"/>
          <w:lang w:val="es-ES"/>
        </w:rPr>
        <w:t xml:space="preserve"> </w:t>
      </w:r>
      <w:proofErr w:type="spellStart"/>
      <w:r w:rsidR="000015A8">
        <w:rPr>
          <w:rFonts w:ascii="Times New Roman" w:hAnsi="Times New Roman" w:cs="Times New Roman"/>
          <w:lang w:val="es-ES"/>
        </w:rPr>
        <w:t>Mgtr</w:t>
      </w:r>
      <w:proofErr w:type="spellEnd"/>
      <w:r w:rsidR="000015A8">
        <w:rPr>
          <w:rFonts w:ascii="Times New Roman" w:hAnsi="Times New Roman" w:cs="Times New Roman"/>
          <w:lang w:val="es-ES"/>
        </w:rPr>
        <w:t>. Zaira Mejia</w:t>
      </w:r>
      <w:r w:rsidR="5B60BE80" w:rsidRPr="5B742318">
        <w:rPr>
          <w:rFonts w:ascii="Times New Roman" w:hAnsi="Times New Roman" w:cs="Times New Roman"/>
          <w:lang w:val="es-ES"/>
        </w:rPr>
        <w:t>, GAE</w:t>
      </w:r>
      <w:r w:rsidR="5B60BE80" w:rsidRPr="04C1FE9D">
        <w:rPr>
          <w:rFonts w:ascii="Times New Roman" w:hAnsi="Times New Roman" w:cs="Times New Roman"/>
          <w:lang w:val="es-ES"/>
        </w:rPr>
        <w:t>,</w:t>
      </w:r>
      <w:r w:rsidR="000015A8">
        <w:rPr>
          <w:rFonts w:ascii="Times New Roman" w:hAnsi="Times New Roman" w:cs="Times New Roman"/>
          <w:lang w:val="es-ES"/>
        </w:rPr>
        <w:t xml:space="preserve"> c</w:t>
      </w:r>
      <w:r w:rsidR="000015A8" w:rsidRPr="000015A8">
        <w:rPr>
          <w:rFonts w:ascii="Times New Roman" w:hAnsi="Times New Roman" w:cs="Times New Roman"/>
          <w:lang w:val="es-ES"/>
        </w:rPr>
        <w:t xml:space="preserve">omparte que el miércoles 23 de junio del presente año, se realizará la capacitación sobre el tablero de cumplimiento, para esta actividad, se trasladará la invitación. </w:t>
      </w:r>
      <w:r w:rsidR="007A0B1A">
        <w:rPr>
          <w:rFonts w:ascii="Times New Roman" w:hAnsi="Times New Roman" w:cs="Times New Roman"/>
          <w:lang w:val="es-ES"/>
        </w:rPr>
        <w:t xml:space="preserve">Así también informa que el </w:t>
      </w:r>
      <w:r w:rsidR="007A0B1A" w:rsidRPr="007A0B1A">
        <w:rPr>
          <w:rFonts w:ascii="Times New Roman" w:hAnsi="Times New Roman" w:cs="Times New Roman"/>
          <w:b/>
          <w:bCs/>
          <w:lang w:val="es-ES"/>
        </w:rPr>
        <w:t>Tablero de Cumplimiento</w:t>
      </w:r>
      <w:r w:rsidR="007A0B1A">
        <w:rPr>
          <w:rFonts w:ascii="Times New Roman" w:hAnsi="Times New Roman" w:cs="Times New Roman"/>
          <w:lang w:val="es-ES"/>
        </w:rPr>
        <w:t xml:space="preserve"> estará disponible </w:t>
      </w:r>
      <w:r w:rsidR="00D8706C">
        <w:rPr>
          <w:rFonts w:ascii="Times New Roman" w:hAnsi="Times New Roman" w:cs="Times New Roman"/>
          <w:lang w:val="es-ES"/>
        </w:rPr>
        <w:t xml:space="preserve">al público </w:t>
      </w:r>
      <w:r w:rsidR="007A0B1A">
        <w:rPr>
          <w:rFonts w:ascii="Times New Roman" w:hAnsi="Times New Roman" w:cs="Times New Roman"/>
          <w:lang w:val="es-ES"/>
        </w:rPr>
        <w:t xml:space="preserve">a partir del </w:t>
      </w:r>
      <w:r w:rsidR="007A0B1A" w:rsidRPr="007A0B1A">
        <w:rPr>
          <w:rFonts w:ascii="Times New Roman" w:hAnsi="Times New Roman" w:cs="Times New Roman"/>
          <w:b/>
          <w:bCs/>
          <w:lang w:val="es-ES"/>
        </w:rPr>
        <w:t>1 de julio de 2026.</w:t>
      </w:r>
    </w:p>
    <w:p w14:paraId="44FB73E9" w14:textId="1664E7DE" w:rsidR="306095F5" w:rsidRDefault="306095F5" w:rsidP="306095F5">
      <w:pPr>
        <w:spacing w:after="0" w:line="240" w:lineRule="auto"/>
        <w:jc w:val="both"/>
        <w:rPr>
          <w:rFonts w:ascii="Times New Roman" w:hAnsi="Times New Roman" w:cs="Times New Roman"/>
          <w:b/>
          <w:bCs/>
          <w:highlight w:val="lightGray"/>
        </w:rPr>
      </w:pPr>
    </w:p>
    <w:p w14:paraId="2D037FA7" w14:textId="2DEE191A" w:rsidR="00DD3151" w:rsidRPr="00597299" w:rsidRDefault="00907863" w:rsidP="00811C7A">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Hito 1</w:t>
      </w:r>
      <w:r w:rsidR="00782552">
        <w:rPr>
          <w:rFonts w:ascii="Times New Roman" w:hAnsi="Times New Roman" w:cs="Times New Roman"/>
          <w:b/>
          <w:highlight w:val="lightGray"/>
        </w:rPr>
        <w:t xml:space="preserve">, </w:t>
      </w:r>
      <w:r w:rsidR="00DD3151" w:rsidRPr="00597299">
        <w:rPr>
          <w:rFonts w:ascii="Times New Roman" w:hAnsi="Times New Roman" w:cs="Times New Roman"/>
          <w:b/>
          <w:highlight w:val="lightGray"/>
        </w:rPr>
        <w:t>2</w:t>
      </w:r>
      <w:r w:rsidR="00782552">
        <w:rPr>
          <w:rFonts w:ascii="Times New Roman" w:hAnsi="Times New Roman" w:cs="Times New Roman"/>
          <w:b/>
          <w:highlight w:val="lightGray"/>
        </w:rPr>
        <w:t>, 3 y 4</w:t>
      </w:r>
      <w:r w:rsidRPr="00597299">
        <w:rPr>
          <w:rFonts w:ascii="Times New Roman" w:hAnsi="Times New Roman" w:cs="Times New Roman"/>
          <w:b/>
          <w:bCs/>
          <w:highlight w:val="lightGray"/>
        </w:rPr>
        <w:t>:</w:t>
      </w:r>
      <w:r w:rsidRPr="00597299">
        <w:rPr>
          <w:rFonts w:ascii="Times New Roman" w:hAnsi="Times New Roman" w:cs="Times New Roman"/>
          <w:b/>
          <w:highlight w:val="lightGray"/>
        </w:rPr>
        <w:t xml:space="preserve"> </w:t>
      </w:r>
      <w:r w:rsidR="00A82348">
        <w:rPr>
          <w:rFonts w:ascii="Times New Roman" w:hAnsi="Times New Roman" w:cs="Times New Roman"/>
          <w:b/>
          <w:highlight w:val="lightGray"/>
        </w:rPr>
        <w:t>ONSEC</w:t>
      </w:r>
      <w:r w:rsidR="00947C60" w:rsidRPr="00597299">
        <w:rPr>
          <w:rFonts w:ascii="Times New Roman" w:hAnsi="Times New Roman" w:cs="Times New Roman"/>
          <w:b/>
          <w:highlight w:val="lightGray"/>
        </w:rPr>
        <w:t xml:space="preserve"> </w:t>
      </w:r>
    </w:p>
    <w:p w14:paraId="40533D76" w14:textId="77777777" w:rsidR="00A965A2" w:rsidRPr="00597299" w:rsidRDefault="00A965A2" w:rsidP="00811C7A">
      <w:pPr>
        <w:spacing w:after="0" w:line="240" w:lineRule="auto"/>
        <w:jc w:val="both"/>
        <w:rPr>
          <w:rFonts w:ascii="Times New Roman" w:hAnsi="Times New Roman" w:cs="Times New Roman"/>
          <w:b/>
        </w:rPr>
      </w:pPr>
    </w:p>
    <w:p w14:paraId="3F1D0DD2" w14:textId="1998BF06" w:rsidR="49850F80" w:rsidRDefault="02B18982" w:rsidP="003D33D5">
      <w:pPr>
        <w:jc w:val="both"/>
        <w:rPr>
          <w:rFonts w:ascii="Times New Roman" w:hAnsi="Times New Roman" w:cs="Times New Roman"/>
          <w:b/>
          <w:bCs/>
        </w:rPr>
      </w:pPr>
      <w:r w:rsidRPr="3D60D166">
        <w:rPr>
          <w:rFonts w:ascii="Times New Roman" w:hAnsi="Times New Roman" w:cs="Times New Roman"/>
          <w:b/>
          <w:bCs/>
        </w:rPr>
        <w:t>Hito 1: “</w:t>
      </w:r>
      <w:r w:rsidR="5D984C86" w:rsidRPr="3D60D166">
        <w:rPr>
          <w:rFonts w:ascii="Times New Roman" w:hAnsi="Times New Roman" w:cs="Times New Roman"/>
          <w:b/>
          <w:bCs/>
        </w:rPr>
        <w:t xml:space="preserve">Elaboración de un diagnóstico integral del proceso de trámites del Régimen de Clases Pasivas Civiles del Estado, para identificar áreas de oportunidad y estructurar </w:t>
      </w:r>
      <w:r w:rsidR="6CD65CD9" w:rsidRPr="3D60D166">
        <w:rPr>
          <w:rFonts w:ascii="Times New Roman" w:hAnsi="Times New Roman" w:cs="Times New Roman"/>
          <w:b/>
          <w:bCs/>
        </w:rPr>
        <w:t>un</w:t>
      </w:r>
      <w:r w:rsidR="430848D6" w:rsidRPr="3D60D166">
        <w:rPr>
          <w:rFonts w:ascii="Times New Roman" w:hAnsi="Times New Roman" w:cs="Times New Roman"/>
          <w:b/>
          <w:bCs/>
        </w:rPr>
        <w:t xml:space="preserve"> </w:t>
      </w:r>
      <w:r w:rsidR="6CD65CD9" w:rsidRPr="3D60D166">
        <w:rPr>
          <w:rFonts w:ascii="Times New Roman" w:hAnsi="Times New Roman" w:cs="Times New Roman"/>
          <w:b/>
          <w:bCs/>
        </w:rPr>
        <w:t>plan</w:t>
      </w:r>
      <w:r w:rsidR="5D984C86" w:rsidRPr="3D60D166">
        <w:rPr>
          <w:rFonts w:ascii="Times New Roman" w:hAnsi="Times New Roman" w:cs="Times New Roman"/>
          <w:b/>
          <w:bCs/>
        </w:rPr>
        <w:t xml:space="preserve"> de acción a corto, mediano y largo plazo.</w:t>
      </w:r>
      <w:r w:rsidRPr="3D60D166">
        <w:rPr>
          <w:rFonts w:ascii="Times New Roman" w:hAnsi="Times New Roman" w:cs="Times New Roman"/>
          <w:b/>
          <w:bCs/>
        </w:rPr>
        <w:t>”</w:t>
      </w:r>
    </w:p>
    <w:p w14:paraId="6040ADDA" w14:textId="6DBA73E5" w:rsidR="003026FA" w:rsidRDefault="3A0CA517" w:rsidP="003D33D5">
      <w:pPr>
        <w:jc w:val="both"/>
        <w:rPr>
          <w:rFonts w:ascii="Times New Roman" w:hAnsi="Times New Roman" w:cs="Times New Roman"/>
          <w:lang w:val="es-ES"/>
        </w:rPr>
      </w:pPr>
      <w:r w:rsidRPr="3D60D166">
        <w:rPr>
          <w:rFonts w:ascii="Times New Roman" w:hAnsi="Times New Roman" w:cs="Times New Roman"/>
          <w:lang w:val="es-ES"/>
        </w:rPr>
        <w:t xml:space="preserve">Lcda. </w:t>
      </w:r>
      <w:r w:rsidR="2552270B" w:rsidRPr="3D60D166">
        <w:rPr>
          <w:rFonts w:ascii="Times New Roman" w:hAnsi="Times New Roman" w:cs="Times New Roman"/>
          <w:lang w:val="es-ES"/>
        </w:rPr>
        <w:t>Victoria Quiñonez</w:t>
      </w:r>
      <w:r w:rsidR="3136523F" w:rsidRPr="3D60D166">
        <w:rPr>
          <w:rFonts w:ascii="Times New Roman" w:hAnsi="Times New Roman" w:cs="Times New Roman"/>
          <w:lang w:val="es-ES"/>
        </w:rPr>
        <w:t>,</w:t>
      </w:r>
      <w:r w:rsidR="61A7D375" w:rsidRPr="3D60D166">
        <w:rPr>
          <w:rFonts w:ascii="Times New Roman" w:hAnsi="Times New Roman" w:cs="Times New Roman"/>
          <w:lang w:val="es-ES"/>
        </w:rPr>
        <w:t xml:space="preserve"> ONSEC,</w:t>
      </w:r>
      <w:r w:rsidR="3136523F" w:rsidRPr="3D60D166">
        <w:rPr>
          <w:rFonts w:ascii="Times New Roman" w:hAnsi="Times New Roman" w:cs="Times New Roman"/>
          <w:lang w:val="es-ES"/>
        </w:rPr>
        <w:t xml:space="preserve"> </w:t>
      </w:r>
      <w:r w:rsidRPr="3D60D166">
        <w:rPr>
          <w:rFonts w:ascii="Times New Roman" w:hAnsi="Times New Roman" w:cs="Times New Roman"/>
          <w:lang w:val="es-ES"/>
        </w:rPr>
        <w:t>muestra el cronograma y menciona que</w:t>
      </w:r>
      <w:r w:rsidR="1E89ABD3" w:rsidRPr="3D60D166">
        <w:rPr>
          <w:rFonts w:ascii="Times New Roman" w:hAnsi="Times New Roman" w:cs="Times New Roman"/>
          <w:lang w:val="es-ES"/>
        </w:rPr>
        <w:t xml:space="preserve"> son 4 hitos</w:t>
      </w:r>
      <w:r w:rsidR="35C45990" w:rsidRPr="3D60D166">
        <w:rPr>
          <w:rFonts w:ascii="Times New Roman" w:hAnsi="Times New Roman" w:cs="Times New Roman"/>
          <w:lang w:val="es-ES"/>
        </w:rPr>
        <w:t>;</w:t>
      </w:r>
      <w:r w:rsidR="61279AF5" w:rsidRPr="3D60D166">
        <w:rPr>
          <w:rFonts w:ascii="Times New Roman" w:hAnsi="Times New Roman" w:cs="Times New Roman"/>
          <w:lang w:val="es-ES"/>
        </w:rPr>
        <w:t xml:space="preserve"> </w:t>
      </w:r>
      <w:r w:rsidR="3AC76EFB" w:rsidRPr="3D60D166">
        <w:rPr>
          <w:rFonts w:ascii="Times New Roman" w:hAnsi="Times New Roman" w:cs="Times New Roman"/>
          <w:lang w:val="es-ES"/>
        </w:rPr>
        <w:t xml:space="preserve">la importancia de </w:t>
      </w:r>
      <w:r w:rsidR="65623769" w:rsidRPr="3D60D166">
        <w:rPr>
          <w:rFonts w:ascii="Times New Roman" w:hAnsi="Times New Roman" w:cs="Times New Roman"/>
          <w:lang w:val="es-ES"/>
        </w:rPr>
        <w:t xml:space="preserve">la participación de todos </w:t>
      </w:r>
      <w:r w:rsidR="3AC76EFB" w:rsidRPr="3D60D166">
        <w:rPr>
          <w:rFonts w:ascii="Times New Roman" w:hAnsi="Times New Roman" w:cs="Times New Roman"/>
          <w:lang w:val="es-ES"/>
        </w:rPr>
        <w:t xml:space="preserve">los actores </w:t>
      </w:r>
      <w:r w:rsidR="10792034" w:rsidRPr="3D60D166">
        <w:rPr>
          <w:rFonts w:ascii="Times New Roman" w:hAnsi="Times New Roman" w:cs="Times New Roman"/>
          <w:lang w:val="es-ES"/>
        </w:rPr>
        <w:t>involucrados dentro de los trámites</w:t>
      </w:r>
      <w:r w:rsidR="5C484906" w:rsidRPr="3D60D166">
        <w:rPr>
          <w:rFonts w:ascii="Times New Roman" w:hAnsi="Times New Roman" w:cs="Times New Roman"/>
          <w:lang w:val="es-ES"/>
        </w:rPr>
        <w:t xml:space="preserve"> que brinda ONSEC</w:t>
      </w:r>
      <w:r w:rsidR="10792034" w:rsidRPr="3D60D166">
        <w:rPr>
          <w:rFonts w:ascii="Times New Roman" w:hAnsi="Times New Roman" w:cs="Times New Roman"/>
          <w:lang w:val="es-ES"/>
        </w:rPr>
        <w:t xml:space="preserve"> </w:t>
      </w:r>
      <w:r w:rsidR="3AC76EFB" w:rsidRPr="3D60D166">
        <w:rPr>
          <w:rFonts w:ascii="Times New Roman" w:hAnsi="Times New Roman" w:cs="Times New Roman"/>
          <w:lang w:val="es-ES"/>
        </w:rPr>
        <w:t xml:space="preserve">para </w:t>
      </w:r>
      <w:r w:rsidR="27D9E807" w:rsidRPr="3D60D166">
        <w:rPr>
          <w:rFonts w:ascii="Times New Roman" w:hAnsi="Times New Roman" w:cs="Times New Roman"/>
          <w:lang w:val="es-ES"/>
        </w:rPr>
        <w:t>cumplir con</w:t>
      </w:r>
      <w:r w:rsidR="12E4FFD3" w:rsidRPr="3D60D166">
        <w:rPr>
          <w:rFonts w:ascii="Times New Roman" w:hAnsi="Times New Roman" w:cs="Times New Roman"/>
          <w:lang w:val="es-ES"/>
        </w:rPr>
        <w:t xml:space="preserve"> los procesos</w:t>
      </w:r>
      <w:r w:rsidR="27D9E807" w:rsidRPr="3D60D166">
        <w:rPr>
          <w:rFonts w:ascii="Times New Roman" w:hAnsi="Times New Roman" w:cs="Times New Roman"/>
          <w:lang w:val="es-ES"/>
        </w:rPr>
        <w:t xml:space="preserve"> </w:t>
      </w:r>
      <w:r w:rsidR="12E4FFD3" w:rsidRPr="3D60D166">
        <w:rPr>
          <w:rFonts w:ascii="Times New Roman" w:hAnsi="Times New Roman" w:cs="Times New Roman"/>
          <w:lang w:val="es-ES"/>
        </w:rPr>
        <w:t>correspondientes</w:t>
      </w:r>
      <w:r w:rsidR="65623769" w:rsidRPr="3D60D166">
        <w:rPr>
          <w:rFonts w:ascii="Times New Roman" w:hAnsi="Times New Roman" w:cs="Times New Roman"/>
          <w:lang w:val="es-ES"/>
        </w:rPr>
        <w:t xml:space="preserve">. </w:t>
      </w:r>
    </w:p>
    <w:p w14:paraId="385028BF" w14:textId="19073D81" w:rsidR="001116D5" w:rsidRDefault="005629F4" w:rsidP="003D33D5">
      <w:pPr>
        <w:jc w:val="both"/>
        <w:rPr>
          <w:rFonts w:ascii="Times New Roman" w:hAnsi="Times New Roman" w:cs="Times New Roman"/>
        </w:rPr>
      </w:pPr>
      <w:proofErr w:type="spellStart"/>
      <w:r>
        <w:rPr>
          <w:rFonts w:ascii="Times New Roman" w:hAnsi="Times New Roman" w:cs="Times New Roman"/>
        </w:rPr>
        <w:t>Destaca</w:t>
      </w:r>
      <w:proofErr w:type="spellEnd"/>
      <w:r>
        <w:rPr>
          <w:rFonts w:ascii="Times New Roman" w:hAnsi="Times New Roman" w:cs="Times New Roman"/>
        </w:rPr>
        <w:t xml:space="preserve"> la </w:t>
      </w:r>
      <w:proofErr w:type="spellStart"/>
      <w:r>
        <w:rPr>
          <w:rFonts w:ascii="Times New Roman" w:hAnsi="Times New Roman" w:cs="Times New Roman"/>
        </w:rPr>
        <w:t>diferencia</w:t>
      </w:r>
      <w:proofErr w:type="spellEnd"/>
      <w:r>
        <w:rPr>
          <w:rFonts w:ascii="Times New Roman" w:hAnsi="Times New Roman" w:cs="Times New Roman"/>
        </w:rPr>
        <w:t xml:space="preserve"> entre </w:t>
      </w:r>
      <w:proofErr w:type="spellStart"/>
      <w:r w:rsidR="0070335A">
        <w:rPr>
          <w:rFonts w:ascii="Times New Roman" w:hAnsi="Times New Roman" w:cs="Times New Roman"/>
        </w:rPr>
        <w:t>jubilación</w:t>
      </w:r>
      <w:proofErr w:type="spellEnd"/>
      <w:r>
        <w:rPr>
          <w:rFonts w:ascii="Times New Roman" w:hAnsi="Times New Roman" w:cs="Times New Roman"/>
        </w:rPr>
        <w:t xml:space="preserve"> y </w:t>
      </w:r>
      <w:proofErr w:type="spellStart"/>
      <w:r>
        <w:rPr>
          <w:rFonts w:ascii="Times New Roman" w:hAnsi="Times New Roman" w:cs="Times New Roman"/>
        </w:rPr>
        <w:t>pensión</w:t>
      </w:r>
      <w:proofErr w:type="spellEnd"/>
      <w:r w:rsidR="6C7F90ED" w:rsidRPr="2B9D8422">
        <w:rPr>
          <w:rFonts w:ascii="Times New Roman" w:hAnsi="Times New Roman" w:cs="Times New Roman"/>
        </w:rPr>
        <w:t>;</w:t>
      </w:r>
      <w:r>
        <w:rPr>
          <w:rFonts w:ascii="Times New Roman" w:hAnsi="Times New Roman" w:cs="Times New Roman"/>
        </w:rPr>
        <w:t xml:space="preserve"> </w:t>
      </w:r>
      <w:r w:rsidR="00C91A41">
        <w:rPr>
          <w:rFonts w:ascii="Times New Roman" w:hAnsi="Times New Roman" w:cs="Times New Roman"/>
        </w:rPr>
        <w:t xml:space="preserve">y la </w:t>
      </w:r>
      <w:proofErr w:type="spellStart"/>
      <w:r w:rsidR="00C91A41">
        <w:rPr>
          <w:rFonts w:ascii="Times New Roman" w:hAnsi="Times New Roman" w:cs="Times New Roman"/>
        </w:rPr>
        <w:t>importancia</w:t>
      </w:r>
      <w:proofErr w:type="spellEnd"/>
      <w:r w:rsidR="00C91A41">
        <w:rPr>
          <w:rFonts w:ascii="Times New Roman" w:hAnsi="Times New Roman" w:cs="Times New Roman"/>
        </w:rPr>
        <w:t xml:space="preserve"> de GAE para </w:t>
      </w:r>
      <w:proofErr w:type="spellStart"/>
      <w:r w:rsidR="00C91A41">
        <w:rPr>
          <w:rFonts w:ascii="Times New Roman" w:hAnsi="Times New Roman" w:cs="Times New Roman"/>
        </w:rPr>
        <w:t>apoyar</w:t>
      </w:r>
      <w:proofErr w:type="spellEnd"/>
      <w:r w:rsidR="00C91A41">
        <w:rPr>
          <w:rFonts w:ascii="Times New Roman" w:hAnsi="Times New Roman" w:cs="Times New Roman"/>
        </w:rPr>
        <w:t xml:space="preserve"> </w:t>
      </w:r>
      <w:r w:rsidR="00E32ABF">
        <w:rPr>
          <w:rFonts w:ascii="Times New Roman" w:hAnsi="Times New Roman" w:cs="Times New Roman"/>
        </w:rPr>
        <w:t xml:space="preserve">la </w:t>
      </w:r>
      <w:proofErr w:type="spellStart"/>
      <w:r w:rsidR="00E32ABF">
        <w:rPr>
          <w:rFonts w:ascii="Times New Roman" w:hAnsi="Times New Roman" w:cs="Times New Roman"/>
        </w:rPr>
        <w:t>socialización</w:t>
      </w:r>
      <w:proofErr w:type="spellEnd"/>
      <w:r w:rsidR="00E32ABF">
        <w:rPr>
          <w:rFonts w:ascii="Times New Roman" w:hAnsi="Times New Roman" w:cs="Times New Roman"/>
        </w:rPr>
        <w:t xml:space="preserve"> </w:t>
      </w:r>
      <w:r w:rsidR="001116D5">
        <w:rPr>
          <w:rFonts w:ascii="Times New Roman" w:hAnsi="Times New Roman" w:cs="Times New Roman"/>
        </w:rPr>
        <w:t xml:space="preserve">de la </w:t>
      </w:r>
      <w:proofErr w:type="spellStart"/>
      <w:r w:rsidR="001116D5">
        <w:rPr>
          <w:rFonts w:ascii="Times New Roman" w:hAnsi="Times New Roman" w:cs="Times New Roman"/>
        </w:rPr>
        <w:t>diferencia</w:t>
      </w:r>
      <w:proofErr w:type="spellEnd"/>
      <w:r w:rsidR="001116D5">
        <w:rPr>
          <w:rFonts w:ascii="Times New Roman" w:hAnsi="Times New Roman" w:cs="Times New Roman"/>
        </w:rPr>
        <w:t>.</w:t>
      </w:r>
    </w:p>
    <w:p w14:paraId="3ED61913" w14:textId="2290F01D" w:rsidR="00C91987" w:rsidRDefault="001116D5" w:rsidP="003D33D5">
      <w:pPr>
        <w:jc w:val="both"/>
        <w:rPr>
          <w:rFonts w:ascii="Times New Roman" w:hAnsi="Times New Roman" w:cs="Times New Roman"/>
        </w:rPr>
      </w:pPr>
      <w:r>
        <w:rPr>
          <w:rFonts w:ascii="Times New Roman" w:hAnsi="Times New Roman" w:cs="Times New Roman"/>
        </w:rPr>
        <w:t xml:space="preserve">Indica </w:t>
      </w:r>
      <w:proofErr w:type="spellStart"/>
      <w:r>
        <w:rPr>
          <w:rFonts w:ascii="Times New Roman" w:hAnsi="Times New Roman" w:cs="Times New Roman"/>
        </w:rPr>
        <w:t>que</w:t>
      </w:r>
      <w:proofErr w:type="spellEnd"/>
      <w:r>
        <w:rPr>
          <w:rFonts w:ascii="Times New Roman" w:hAnsi="Times New Roman" w:cs="Times New Roman"/>
        </w:rPr>
        <w:t xml:space="preserve"> </w:t>
      </w:r>
      <w:proofErr w:type="spellStart"/>
      <w:r>
        <w:rPr>
          <w:rFonts w:ascii="Times New Roman" w:hAnsi="Times New Roman" w:cs="Times New Roman"/>
        </w:rPr>
        <w:t>su</w:t>
      </w:r>
      <w:proofErr w:type="spellEnd"/>
      <w:r>
        <w:rPr>
          <w:rFonts w:ascii="Times New Roman" w:hAnsi="Times New Roman" w:cs="Times New Roman"/>
        </w:rPr>
        <w:t xml:space="preserve"> </w:t>
      </w:r>
      <w:proofErr w:type="spellStart"/>
      <w:r>
        <w:rPr>
          <w:rFonts w:ascii="Times New Roman" w:hAnsi="Times New Roman" w:cs="Times New Roman"/>
        </w:rPr>
        <w:t>fecha</w:t>
      </w:r>
      <w:proofErr w:type="spellEnd"/>
      <w:r>
        <w:rPr>
          <w:rFonts w:ascii="Times New Roman" w:hAnsi="Times New Roman" w:cs="Times New Roman"/>
        </w:rPr>
        <w:t xml:space="preserve"> de corte es </w:t>
      </w:r>
      <w:r w:rsidR="00C91987">
        <w:rPr>
          <w:rFonts w:ascii="Times New Roman" w:hAnsi="Times New Roman" w:cs="Times New Roman"/>
        </w:rPr>
        <w:t xml:space="preserve">a </w:t>
      </w:r>
      <w:proofErr w:type="spellStart"/>
      <w:r w:rsidR="00C91987">
        <w:rPr>
          <w:rFonts w:ascii="Times New Roman" w:hAnsi="Times New Roman" w:cs="Times New Roman"/>
        </w:rPr>
        <w:t>junio</w:t>
      </w:r>
      <w:proofErr w:type="spellEnd"/>
      <w:r w:rsidR="00FD1032">
        <w:rPr>
          <w:rFonts w:ascii="Times New Roman" w:hAnsi="Times New Roman" w:cs="Times New Roman"/>
        </w:rPr>
        <w:t xml:space="preserve">, </w:t>
      </w:r>
      <w:proofErr w:type="spellStart"/>
      <w:r w:rsidR="00FD1032">
        <w:rPr>
          <w:rFonts w:ascii="Times New Roman" w:hAnsi="Times New Roman" w:cs="Times New Roman"/>
        </w:rPr>
        <w:t>por</w:t>
      </w:r>
      <w:proofErr w:type="spellEnd"/>
      <w:r w:rsidR="00FD1032">
        <w:rPr>
          <w:rFonts w:ascii="Times New Roman" w:hAnsi="Times New Roman" w:cs="Times New Roman"/>
        </w:rPr>
        <w:t xml:space="preserve"> lo </w:t>
      </w:r>
      <w:proofErr w:type="spellStart"/>
      <w:r w:rsidR="00FD1032">
        <w:rPr>
          <w:rFonts w:ascii="Times New Roman" w:hAnsi="Times New Roman" w:cs="Times New Roman"/>
        </w:rPr>
        <w:t>que</w:t>
      </w:r>
      <w:proofErr w:type="spellEnd"/>
      <w:r w:rsidR="00FD1032">
        <w:rPr>
          <w:rFonts w:ascii="Times New Roman" w:hAnsi="Times New Roman" w:cs="Times New Roman"/>
        </w:rPr>
        <w:t>, a</w:t>
      </w:r>
      <w:r w:rsidR="00C91987">
        <w:rPr>
          <w:rFonts w:ascii="Times New Roman" w:hAnsi="Times New Roman" w:cs="Times New Roman"/>
        </w:rPr>
        <w:t xml:space="preserve"> </w:t>
      </w:r>
      <w:proofErr w:type="spellStart"/>
      <w:r w:rsidR="00C91987">
        <w:rPr>
          <w:rFonts w:ascii="Times New Roman" w:hAnsi="Times New Roman" w:cs="Times New Roman"/>
        </w:rPr>
        <w:t>partir</w:t>
      </w:r>
      <w:proofErr w:type="spellEnd"/>
      <w:r w:rsidR="00C91987">
        <w:rPr>
          <w:rFonts w:ascii="Times New Roman" w:hAnsi="Times New Roman" w:cs="Times New Roman"/>
        </w:rPr>
        <w:t xml:space="preserve"> de </w:t>
      </w:r>
      <w:proofErr w:type="spellStart"/>
      <w:r w:rsidR="00C91987">
        <w:rPr>
          <w:rFonts w:ascii="Times New Roman" w:hAnsi="Times New Roman" w:cs="Times New Roman"/>
        </w:rPr>
        <w:t>esta</w:t>
      </w:r>
      <w:proofErr w:type="spellEnd"/>
      <w:r w:rsidR="00C91987">
        <w:rPr>
          <w:rFonts w:ascii="Times New Roman" w:hAnsi="Times New Roman" w:cs="Times New Roman"/>
        </w:rPr>
        <w:t xml:space="preserve"> </w:t>
      </w:r>
      <w:proofErr w:type="spellStart"/>
      <w:r w:rsidR="00C91987">
        <w:rPr>
          <w:rFonts w:ascii="Times New Roman" w:hAnsi="Times New Roman" w:cs="Times New Roman"/>
        </w:rPr>
        <w:t>fecha</w:t>
      </w:r>
      <w:proofErr w:type="spellEnd"/>
      <w:r w:rsidR="00C91987">
        <w:rPr>
          <w:rFonts w:ascii="Times New Roman" w:hAnsi="Times New Roman" w:cs="Times New Roman"/>
        </w:rPr>
        <w:t xml:space="preserve"> </w:t>
      </w:r>
      <w:proofErr w:type="spellStart"/>
      <w:r w:rsidR="00C91987">
        <w:rPr>
          <w:rFonts w:ascii="Times New Roman" w:hAnsi="Times New Roman" w:cs="Times New Roman"/>
        </w:rPr>
        <w:t>podrán</w:t>
      </w:r>
      <w:proofErr w:type="spellEnd"/>
      <w:r w:rsidR="00C91987">
        <w:rPr>
          <w:rFonts w:ascii="Times New Roman" w:hAnsi="Times New Roman" w:cs="Times New Roman"/>
        </w:rPr>
        <w:t xml:space="preserve"> </w:t>
      </w:r>
      <w:proofErr w:type="spellStart"/>
      <w:r w:rsidR="00C91987">
        <w:rPr>
          <w:rFonts w:ascii="Times New Roman" w:hAnsi="Times New Roman" w:cs="Times New Roman"/>
        </w:rPr>
        <w:t>compartir</w:t>
      </w:r>
      <w:proofErr w:type="spellEnd"/>
      <w:r w:rsidR="00C91987">
        <w:rPr>
          <w:rFonts w:ascii="Times New Roman" w:hAnsi="Times New Roman" w:cs="Times New Roman"/>
        </w:rPr>
        <w:t xml:space="preserve"> </w:t>
      </w:r>
      <w:proofErr w:type="spellStart"/>
      <w:r w:rsidR="00C91987">
        <w:rPr>
          <w:rFonts w:ascii="Times New Roman" w:hAnsi="Times New Roman" w:cs="Times New Roman"/>
        </w:rPr>
        <w:t>medios</w:t>
      </w:r>
      <w:proofErr w:type="spellEnd"/>
      <w:r w:rsidR="00C91987">
        <w:rPr>
          <w:rFonts w:ascii="Times New Roman" w:hAnsi="Times New Roman" w:cs="Times New Roman"/>
        </w:rPr>
        <w:t xml:space="preserve"> de </w:t>
      </w:r>
      <w:proofErr w:type="spellStart"/>
      <w:r w:rsidR="00C91987">
        <w:rPr>
          <w:rFonts w:ascii="Times New Roman" w:hAnsi="Times New Roman" w:cs="Times New Roman"/>
        </w:rPr>
        <w:t>verificación</w:t>
      </w:r>
      <w:proofErr w:type="spellEnd"/>
      <w:r w:rsidR="00C91987">
        <w:rPr>
          <w:rFonts w:ascii="Times New Roman" w:hAnsi="Times New Roman" w:cs="Times New Roman"/>
        </w:rPr>
        <w:t>.</w:t>
      </w:r>
    </w:p>
    <w:p w14:paraId="69BF78B2" w14:textId="119D050E" w:rsidR="00A04E88" w:rsidRDefault="7082F7FC" w:rsidP="003D33D5">
      <w:pPr>
        <w:jc w:val="both"/>
        <w:rPr>
          <w:rFonts w:ascii="Times New Roman" w:hAnsi="Times New Roman" w:cs="Times New Roman"/>
          <w:lang w:val="es-ES"/>
        </w:rPr>
      </w:pPr>
      <w:r w:rsidRPr="3D60D166">
        <w:rPr>
          <w:rFonts w:ascii="Times New Roman" w:hAnsi="Times New Roman" w:cs="Times New Roman"/>
        </w:rPr>
        <w:t>Comparte que l</w:t>
      </w:r>
      <w:r w:rsidR="130E55D1" w:rsidRPr="3D60D166">
        <w:rPr>
          <w:rFonts w:ascii="Times New Roman" w:hAnsi="Times New Roman" w:cs="Times New Roman"/>
        </w:rPr>
        <w:t xml:space="preserve">a Dirección </w:t>
      </w:r>
      <w:r w:rsidR="192033C7" w:rsidRPr="3D60D166">
        <w:rPr>
          <w:rFonts w:ascii="Times New Roman" w:hAnsi="Times New Roman" w:cs="Times New Roman"/>
        </w:rPr>
        <w:t xml:space="preserve">de Previsión Civil, </w:t>
      </w:r>
      <w:r w:rsidR="130E55D1" w:rsidRPr="3D60D166">
        <w:rPr>
          <w:rFonts w:ascii="Times New Roman" w:hAnsi="Times New Roman" w:cs="Times New Roman"/>
        </w:rPr>
        <w:t xml:space="preserve">se conforma </w:t>
      </w:r>
      <w:r w:rsidR="374CABA5" w:rsidRPr="3D60D166">
        <w:rPr>
          <w:rFonts w:ascii="Times New Roman" w:hAnsi="Times New Roman" w:cs="Times New Roman"/>
        </w:rPr>
        <w:t>por</w:t>
      </w:r>
      <w:r w:rsidR="130E55D1" w:rsidRPr="3D60D166">
        <w:rPr>
          <w:rFonts w:ascii="Times New Roman" w:hAnsi="Times New Roman" w:cs="Times New Roman"/>
        </w:rPr>
        <w:t xml:space="preserve"> </w:t>
      </w:r>
      <w:r w:rsidRPr="3D60D166">
        <w:rPr>
          <w:rFonts w:ascii="Times New Roman" w:hAnsi="Times New Roman" w:cs="Times New Roman"/>
        </w:rPr>
        <w:t>tres (</w:t>
      </w:r>
      <w:r w:rsidR="130E55D1" w:rsidRPr="3D60D166">
        <w:rPr>
          <w:rFonts w:ascii="Times New Roman" w:hAnsi="Times New Roman" w:cs="Times New Roman"/>
        </w:rPr>
        <w:t>3</w:t>
      </w:r>
      <w:r w:rsidRPr="3D60D166">
        <w:rPr>
          <w:rFonts w:ascii="Times New Roman" w:hAnsi="Times New Roman" w:cs="Times New Roman"/>
        </w:rPr>
        <w:t>)</w:t>
      </w:r>
      <w:r w:rsidR="130E55D1" w:rsidRPr="3D60D166">
        <w:rPr>
          <w:rFonts w:ascii="Times New Roman" w:hAnsi="Times New Roman" w:cs="Times New Roman"/>
        </w:rPr>
        <w:t xml:space="preserve"> Deptos. 1. Atención al Público 2.</w:t>
      </w:r>
      <w:r w:rsidR="27CFFB21" w:rsidRPr="3D60D166">
        <w:rPr>
          <w:rFonts w:ascii="Times New Roman" w:hAnsi="Times New Roman" w:cs="Times New Roman"/>
        </w:rPr>
        <w:t xml:space="preserve"> </w:t>
      </w:r>
      <w:r w:rsidR="5CFD5E8D" w:rsidRPr="3D60D166">
        <w:rPr>
          <w:rFonts w:ascii="Times New Roman" w:hAnsi="Times New Roman" w:cs="Times New Roman"/>
        </w:rPr>
        <w:t>Análisis de Pensiones 3.</w:t>
      </w:r>
      <w:r w:rsidR="3C95E654" w:rsidRPr="3D60D166">
        <w:rPr>
          <w:rFonts w:ascii="Times New Roman" w:hAnsi="Times New Roman" w:cs="Times New Roman"/>
        </w:rPr>
        <w:t xml:space="preserve"> </w:t>
      </w:r>
      <w:r w:rsidR="7C2AA4FD" w:rsidRPr="3D60D166">
        <w:rPr>
          <w:rFonts w:ascii="Times New Roman" w:hAnsi="Times New Roman" w:cs="Times New Roman"/>
        </w:rPr>
        <w:t>Trabajo Social y Regionalización (</w:t>
      </w:r>
      <w:r w:rsidR="5B24CB76" w:rsidRPr="3D60D166">
        <w:rPr>
          <w:rFonts w:ascii="Times New Roman" w:hAnsi="Times New Roman" w:cs="Times New Roman"/>
        </w:rPr>
        <w:t>Además la ONSEC cuenta con</w:t>
      </w:r>
      <w:r w:rsidR="16E9745E" w:rsidRPr="3D60D166">
        <w:rPr>
          <w:rFonts w:ascii="Times New Roman" w:hAnsi="Times New Roman" w:cs="Times New Roman"/>
        </w:rPr>
        <w:t xml:space="preserve"> </w:t>
      </w:r>
      <w:r w:rsidR="5B24CB76" w:rsidRPr="3D60D166">
        <w:rPr>
          <w:rFonts w:ascii="Times New Roman" w:hAnsi="Times New Roman" w:cs="Times New Roman"/>
        </w:rPr>
        <w:t>dos s</w:t>
      </w:r>
      <w:r w:rsidR="5B24CB76" w:rsidRPr="3D60D166">
        <w:rPr>
          <w:rFonts w:ascii="Times New Roman" w:hAnsi="Times New Roman" w:cs="Times New Roman"/>
          <w:lang w:val="es-ES"/>
        </w:rPr>
        <w:t xml:space="preserve">edes adicionales </w:t>
      </w:r>
      <w:r w:rsidRPr="3D60D166">
        <w:rPr>
          <w:rFonts w:ascii="Times New Roman" w:hAnsi="Times New Roman" w:cs="Times New Roman"/>
        </w:rPr>
        <w:t xml:space="preserve">ubicados en </w:t>
      </w:r>
      <w:r w:rsidR="7C2AA4FD" w:rsidRPr="3D60D166">
        <w:rPr>
          <w:rFonts w:ascii="Times New Roman" w:hAnsi="Times New Roman" w:cs="Times New Roman"/>
        </w:rPr>
        <w:t>Quetzaltenango y Zacapa</w:t>
      </w:r>
      <w:r w:rsidRPr="3D60D166">
        <w:rPr>
          <w:rFonts w:ascii="Times New Roman" w:hAnsi="Times New Roman" w:cs="Times New Roman"/>
        </w:rPr>
        <w:t xml:space="preserve">, </w:t>
      </w:r>
      <w:r w:rsidR="301AA008" w:rsidRPr="3D60D166">
        <w:rPr>
          <w:rFonts w:ascii="Times New Roman" w:hAnsi="Times New Roman" w:cs="Times New Roman"/>
        </w:rPr>
        <w:t>y la</w:t>
      </w:r>
      <w:r w:rsidRPr="3D60D166">
        <w:rPr>
          <w:rFonts w:ascii="Times New Roman" w:hAnsi="Times New Roman" w:cs="Times New Roman"/>
        </w:rPr>
        <w:t xml:space="preserve"> Central en Ciudad de Guatemala</w:t>
      </w:r>
      <w:r w:rsidR="7C2AA4FD" w:rsidRPr="3D60D166">
        <w:rPr>
          <w:rFonts w:ascii="Times New Roman" w:hAnsi="Times New Roman" w:cs="Times New Roman"/>
        </w:rPr>
        <w:t>)</w:t>
      </w:r>
      <w:r w:rsidR="1E09A0AC" w:rsidRPr="3D60D166">
        <w:rPr>
          <w:rFonts w:ascii="Times New Roman" w:hAnsi="Times New Roman" w:cs="Times New Roman"/>
        </w:rPr>
        <w:t xml:space="preserve">. También cuentan con apoyo de oficinas ubicadas en todos los departamentos, </w:t>
      </w:r>
      <w:r w:rsidR="0B9DD45B" w:rsidRPr="3D60D166">
        <w:rPr>
          <w:rFonts w:ascii="Times New Roman" w:hAnsi="Times New Roman" w:cs="Times New Roman"/>
        </w:rPr>
        <w:t>a través de las Gobernaciones Departamentales</w:t>
      </w:r>
      <w:r w:rsidR="1E09A0AC" w:rsidRPr="3D60D166">
        <w:rPr>
          <w:rFonts w:ascii="Times New Roman" w:hAnsi="Times New Roman" w:cs="Times New Roman"/>
        </w:rPr>
        <w:t xml:space="preserve">, pero menciona que en estas oficinas no </w:t>
      </w:r>
      <w:r w:rsidR="3B694244" w:rsidRPr="3D60D166">
        <w:rPr>
          <w:rFonts w:ascii="Times New Roman" w:hAnsi="Times New Roman" w:cs="Times New Roman"/>
        </w:rPr>
        <w:t xml:space="preserve">se reciben </w:t>
      </w:r>
      <w:r w:rsidR="0B54B785" w:rsidRPr="3D60D166">
        <w:rPr>
          <w:rFonts w:ascii="Times New Roman" w:hAnsi="Times New Roman" w:cs="Times New Roman"/>
        </w:rPr>
        <w:t>expedient</w:t>
      </w:r>
      <w:r w:rsidR="4ABB5C0B" w:rsidRPr="3D60D166">
        <w:rPr>
          <w:rFonts w:ascii="Times New Roman" w:hAnsi="Times New Roman" w:cs="Times New Roman"/>
        </w:rPr>
        <w:t>e</w:t>
      </w:r>
      <w:r w:rsidR="0B54B785" w:rsidRPr="3D60D166">
        <w:rPr>
          <w:rFonts w:ascii="Times New Roman" w:hAnsi="Times New Roman" w:cs="Times New Roman"/>
        </w:rPr>
        <w:t>s</w:t>
      </w:r>
      <w:r w:rsidR="63651294" w:rsidRPr="3D60D166">
        <w:rPr>
          <w:rFonts w:ascii="Times New Roman" w:hAnsi="Times New Roman" w:cs="Times New Roman"/>
        </w:rPr>
        <w:t>,</w:t>
      </w:r>
      <w:r w:rsidR="7BFE2199" w:rsidRPr="3D60D166">
        <w:rPr>
          <w:rFonts w:ascii="Times New Roman" w:hAnsi="Times New Roman" w:cs="Times New Roman"/>
        </w:rPr>
        <w:t xml:space="preserve"> brindan seguimiento o notifican;</w:t>
      </w:r>
      <w:r w:rsidR="0B54B785" w:rsidRPr="3D60D166">
        <w:rPr>
          <w:rFonts w:ascii="Times New Roman" w:hAnsi="Times New Roman" w:cs="Times New Roman"/>
        </w:rPr>
        <w:t xml:space="preserve"> únicamente pueden recibir expedient</w:t>
      </w:r>
      <w:r w:rsidR="2953B176" w:rsidRPr="3D60D166">
        <w:rPr>
          <w:rFonts w:ascii="Times New Roman" w:hAnsi="Times New Roman" w:cs="Times New Roman"/>
        </w:rPr>
        <w:t>es</w:t>
      </w:r>
      <w:r w:rsidR="0B54B785" w:rsidRPr="3D60D166">
        <w:rPr>
          <w:rFonts w:ascii="Times New Roman" w:hAnsi="Times New Roman" w:cs="Times New Roman"/>
        </w:rPr>
        <w:t xml:space="preserve"> las oficinas </w:t>
      </w:r>
      <w:r w:rsidR="5D1FECCE" w:rsidRPr="3D60D166">
        <w:rPr>
          <w:rFonts w:ascii="Times New Roman" w:hAnsi="Times New Roman" w:cs="Times New Roman"/>
        </w:rPr>
        <w:t>indicadas arriba y la central.</w:t>
      </w:r>
    </w:p>
    <w:p w14:paraId="5F69E31C" w14:textId="22323F82" w:rsidR="00563C30" w:rsidRDefault="00F5265B" w:rsidP="003D33D5">
      <w:pPr>
        <w:jc w:val="both"/>
        <w:rPr>
          <w:rFonts w:ascii="Times New Roman" w:hAnsi="Times New Roman" w:cs="Times New Roman"/>
        </w:rPr>
      </w:pPr>
      <w:proofErr w:type="spellStart"/>
      <w:r>
        <w:rPr>
          <w:rFonts w:ascii="Times New Roman" w:hAnsi="Times New Roman" w:cs="Times New Roman"/>
        </w:rPr>
        <w:t>Destaca</w:t>
      </w:r>
      <w:proofErr w:type="spellEnd"/>
      <w:r>
        <w:rPr>
          <w:rFonts w:ascii="Times New Roman" w:hAnsi="Times New Roman" w:cs="Times New Roman"/>
        </w:rPr>
        <w:t xml:space="preserve"> </w:t>
      </w:r>
      <w:proofErr w:type="spellStart"/>
      <w:r>
        <w:rPr>
          <w:rFonts w:ascii="Times New Roman" w:hAnsi="Times New Roman" w:cs="Times New Roman"/>
        </w:rPr>
        <w:t>que</w:t>
      </w:r>
      <w:proofErr w:type="spellEnd"/>
      <w:r>
        <w:rPr>
          <w:rFonts w:ascii="Times New Roman" w:hAnsi="Times New Roman" w:cs="Times New Roman"/>
        </w:rPr>
        <w:t xml:space="preserve"> e</w:t>
      </w:r>
      <w:r w:rsidR="00563C30">
        <w:rPr>
          <w:rFonts w:ascii="Times New Roman" w:hAnsi="Times New Roman" w:cs="Times New Roman"/>
        </w:rPr>
        <w:t xml:space="preserve">s </w:t>
      </w:r>
      <w:proofErr w:type="spellStart"/>
      <w:r w:rsidR="00563C30">
        <w:rPr>
          <w:rFonts w:ascii="Times New Roman" w:hAnsi="Times New Roman" w:cs="Times New Roman"/>
        </w:rPr>
        <w:t>importante</w:t>
      </w:r>
      <w:proofErr w:type="spellEnd"/>
      <w:r w:rsidR="00563C30">
        <w:rPr>
          <w:rFonts w:ascii="Times New Roman" w:hAnsi="Times New Roman" w:cs="Times New Roman"/>
        </w:rPr>
        <w:t xml:space="preserve"> </w:t>
      </w:r>
      <w:proofErr w:type="spellStart"/>
      <w:r w:rsidR="00563C30">
        <w:rPr>
          <w:rFonts w:ascii="Times New Roman" w:hAnsi="Times New Roman" w:cs="Times New Roman"/>
        </w:rPr>
        <w:t>comprender</w:t>
      </w:r>
      <w:proofErr w:type="spellEnd"/>
      <w:r w:rsidR="00563C30">
        <w:rPr>
          <w:rFonts w:ascii="Times New Roman" w:hAnsi="Times New Roman" w:cs="Times New Roman"/>
        </w:rPr>
        <w:t xml:space="preserve"> </w:t>
      </w:r>
      <w:proofErr w:type="spellStart"/>
      <w:r w:rsidR="00563C30">
        <w:rPr>
          <w:rFonts w:ascii="Times New Roman" w:hAnsi="Times New Roman" w:cs="Times New Roman"/>
        </w:rPr>
        <w:t>el</w:t>
      </w:r>
      <w:proofErr w:type="spellEnd"/>
      <w:r w:rsidR="00563C30">
        <w:rPr>
          <w:rFonts w:ascii="Times New Roman" w:hAnsi="Times New Roman" w:cs="Times New Roman"/>
        </w:rPr>
        <w:t xml:space="preserve"> </w:t>
      </w:r>
      <w:proofErr w:type="spellStart"/>
      <w:r w:rsidR="00563C30">
        <w:rPr>
          <w:rFonts w:ascii="Times New Roman" w:hAnsi="Times New Roman" w:cs="Times New Roman"/>
        </w:rPr>
        <w:t>tamaño</w:t>
      </w:r>
      <w:proofErr w:type="spellEnd"/>
      <w:r w:rsidR="00563C30">
        <w:rPr>
          <w:rFonts w:ascii="Times New Roman" w:hAnsi="Times New Roman" w:cs="Times New Roman"/>
        </w:rPr>
        <w:t xml:space="preserve"> de la </w:t>
      </w:r>
      <w:proofErr w:type="spellStart"/>
      <w:r w:rsidR="00563C30">
        <w:rPr>
          <w:rFonts w:ascii="Times New Roman" w:hAnsi="Times New Roman" w:cs="Times New Roman"/>
        </w:rPr>
        <w:t>dependencia</w:t>
      </w:r>
      <w:proofErr w:type="spellEnd"/>
      <w:r w:rsidR="00563C30">
        <w:rPr>
          <w:rFonts w:ascii="Times New Roman" w:hAnsi="Times New Roman" w:cs="Times New Roman"/>
        </w:rPr>
        <w:t xml:space="preserve"> </w:t>
      </w:r>
      <w:r w:rsidR="4378020F" w:rsidRPr="5E20D659">
        <w:rPr>
          <w:rFonts w:ascii="Times New Roman" w:hAnsi="Times New Roman" w:cs="Times New Roman"/>
        </w:rPr>
        <w:t>e</w:t>
      </w:r>
      <w:r w:rsidR="00563C30">
        <w:rPr>
          <w:rFonts w:ascii="Times New Roman" w:hAnsi="Times New Roman" w:cs="Times New Roman"/>
        </w:rPr>
        <w:t xml:space="preserve"> </w:t>
      </w:r>
      <w:r w:rsidR="00B27D67">
        <w:rPr>
          <w:rFonts w:ascii="Times New Roman" w:hAnsi="Times New Roman" w:cs="Times New Roman"/>
        </w:rPr>
        <w:t xml:space="preserve">indica </w:t>
      </w:r>
      <w:proofErr w:type="spellStart"/>
      <w:r w:rsidR="00B27D67">
        <w:rPr>
          <w:rFonts w:ascii="Times New Roman" w:hAnsi="Times New Roman" w:cs="Times New Roman"/>
        </w:rPr>
        <w:t>que</w:t>
      </w:r>
      <w:proofErr w:type="spellEnd"/>
      <w:r w:rsidR="004C299C">
        <w:rPr>
          <w:rFonts w:ascii="Times New Roman" w:hAnsi="Times New Roman" w:cs="Times New Roman"/>
        </w:rPr>
        <w:t xml:space="preserve"> ONSEC</w:t>
      </w:r>
      <w:r w:rsidR="00B27D67">
        <w:rPr>
          <w:rFonts w:ascii="Times New Roman" w:hAnsi="Times New Roman" w:cs="Times New Roman"/>
        </w:rPr>
        <w:t xml:space="preserve"> </w:t>
      </w:r>
      <w:proofErr w:type="spellStart"/>
      <w:r w:rsidR="00563C30">
        <w:rPr>
          <w:rFonts w:ascii="Times New Roman" w:hAnsi="Times New Roman" w:cs="Times New Roman"/>
        </w:rPr>
        <w:t>atiende</w:t>
      </w:r>
      <w:proofErr w:type="spellEnd"/>
      <w:r w:rsidR="00563C30">
        <w:rPr>
          <w:rFonts w:ascii="Times New Roman" w:hAnsi="Times New Roman" w:cs="Times New Roman"/>
        </w:rPr>
        <w:t xml:space="preserve"> a </w:t>
      </w:r>
      <w:proofErr w:type="spellStart"/>
      <w:r w:rsidR="00563C30">
        <w:rPr>
          <w:rFonts w:ascii="Times New Roman" w:hAnsi="Times New Roman" w:cs="Times New Roman"/>
        </w:rPr>
        <w:t>todas</w:t>
      </w:r>
      <w:proofErr w:type="spellEnd"/>
      <w:r w:rsidR="00563C30">
        <w:rPr>
          <w:rFonts w:ascii="Times New Roman" w:hAnsi="Times New Roman" w:cs="Times New Roman"/>
        </w:rPr>
        <w:t xml:space="preserve"> las </w:t>
      </w:r>
      <w:proofErr w:type="spellStart"/>
      <w:r w:rsidR="00563C30">
        <w:rPr>
          <w:rFonts w:ascii="Times New Roman" w:hAnsi="Times New Roman" w:cs="Times New Roman"/>
        </w:rPr>
        <w:t>instituciones</w:t>
      </w:r>
      <w:proofErr w:type="spellEnd"/>
      <w:r w:rsidR="00563C30">
        <w:rPr>
          <w:rFonts w:ascii="Times New Roman" w:hAnsi="Times New Roman" w:cs="Times New Roman"/>
        </w:rPr>
        <w:t xml:space="preserve"> del </w:t>
      </w:r>
      <w:proofErr w:type="spellStart"/>
      <w:r w:rsidR="00563C30">
        <w:rPr>
          <w:rFonts w:ascii="Times New Roman" w:hAnsi="Times New Roman" w:cs="Times New Roman"/>
        </w:rPr>
        <w:t>Ejecutivo</w:t>
      </w:r>
      <w:proofErr w:type="spellEnd"/>
      <w:r w:rsidR="5DE5EE73" w:rsidRPr="508EAA5D">
        <w:rPr>
          <w:rFonts w:ascii="Times New Roman" w:hAnsi="Times New Roman" w:cs="Times New Roman"/>
        </w:rPr>
        <w:t xml:space="preserve"> u </w:t>
      </w:r>
      <w:proofErr w:type="spellStart"/>
      <w:r w:rsidR="5DE5EE73" w:rsidRPr="508EAA5D">
        <w:rPr>
          <w:rFonts w:ascii="Times New Roman" w:hAnsi="Times New Roman" w:cs="Times New Roman"/>
        </w:rPr>
        <w:t>otras</w:t>
      </w:r>
      <w:proofErr w:type="spellEnd"/>
      <w:r w:rsidR="5DE5EE73" w:rsidRPr="508EAA5D">
        <w:rPr>
          <w:rFonts w:ascii="Times New Roman" w:hAnsi="Times New Roman" w:cs="Times New Roman"/>
        </w:rPr>
        <w:t xml:space="preserve"> </w:t>
      </w:r>
      <w:proofErr w:type="spellStart"/>
      <w:r w:rsidR="5DE5EE73" w:rsidRPr="508EAA5D">
        <w:rPr>
          <w:rFonts w:ascii="Times New Roman" w:hAnsi="Times New Roman" w:cs="Times New Roman"/>
        </w:rPr>
        <w:t>incorporadas</w:t>
      </w:r>
      <w:proofErr w:type="spellEnd"/>
      <w:r w:rsidR="78F68DAC" w:rsidRPr="508EAA5D">
        <w:rPr>
          <w:rFonts w:ascii="Times New Roman" w:hAnsi="Times New Roman" w:cs="Times New Roman"/>
        </w:rPr>
        <w:t>.</w:t>
      </w:r>
      <w:r w:rsidR="78F68DAC" w:rsidRPr="5E20D659">
        <w:rPr>
          <w:rFonts w:ascii="Times New Roman" w:hAnsi="Times New Roman" w:cs="Times New Roman"/>
        </w:rPr>
        <w:t xml:space="preserve"> </w:t>
      </w:r>
      <w:proofErr w:type="spellStart"/>
      <w:r w:rsidR="78F68DAC" w:rsidRPr="5E20D659">
        <w:rPr>
          <w:rFonts w:ascii="Times New Roman" w:hAnsi="Times New Roman" w:cs="Times New Roman"/>
        </w:rPr>
        <w:t>A</w:t>
      </w:r>
      <w:r w:rsidR="00671016" w:rsidRPr="5E20D659">
        <w:rPr>
          <w:rFonts w:ascii="Times New Roman" w:hAnsi="Times New Roman" w:cs="Times New Roman"/>
        </w:rPr>
        <w:t>prox</w:t>
      </w:r>
      <w:r w:rsidR="00D05362" w:rsidRPr="5E20D659">
        <w:rPr>
          <w:rFonts w:ascii="Times New Roman" w:hAnsi="Times New Roman" w:cs="Times New Roman"/>
        </w:rPr>
        <w:t>imadamente</w:t>
      </w:r>
      <w:proofErr w:type="spellEnd"/>
      <w:r w:rsidR="00671016">
        <w:rPr>
          <w:rFonts w:ascii="Times New Roman" w:hAnsi="Times New Roman" w:cs="Times New Roman"/>
        </w:rPr>
        <w:t xml:space="preserve"> 300,000 personas </w:t>
      </w:r>
      <w:r w:rsidR="00D05362">
        <w:rPr>
          <w:rFonts w:ascii="Times New Roman" w:hAnsi="Times New Roman" w:cs="Times New Roman"/>
        </w:rPr>
        <w:t xml:space="preserve">son </w:t>
      </w:r>
      <w:proofErr w:type="spellStart"/>
      <w:r w:rsidR="00671016">
        <w:rPr>
          <w:rFonts w:ascii="Times New Roman" w:hAnsi="Times New Roman" w:cs="Times New Roman"/>
        </w:rPr>
        <w:t>elegibles</w:t>
      </w:r>
      <w:proofErr w:type="spellEnd"/>
      <w:r w:rsidR="00671016">
        <w:rPr>
          <w:rFonts w:ascii="Times New Roman" w:hAnsi="Times New Roman" w:cs="Times New Roman"/>
        </w:rPr>
        <w:t xml:space="preserve"> </w:t>
      </w:r>
      <w:proofErr w:type="spellStart"/>
      <w:r w:rsidR="0070097F">
        <w:rPr>
          <w:rFonts w:ascii="Times New Roman" w:hAnsi="Times New Roman" w:cs="Times New Roman"/>
        </w:rPr>
        <w:t>según</w:t>
      </w:r>
      <w:proofErr w:type="spellEnd"/>
      <w:r w:rsidR="0070097F">
        <w:rPr>
          <w:rFonts w:ascii="Times New Roman" w:hAnsi="Times New Roman" w:cs="Times New Roman"/>
        </w:rPr>
        <w:t xml:space="preserve"> </w:t>
      </w:r>
      <w:proofErr w:type="spellStart"/>
      <w:r w:rsidR="0070097F">
        <w:rPr>
          <w:rFonts w:ascii="Times New Roman" w:hAnsi="Times New Roman" w:cs="Times New Roman"/>
        </w:rPr>
        <w:t>su</w:t>
      </w:r>
      <w:proofErr w:type="spellEnd"/>
      <w:r w:rsidR="0070097F">
        <w:rPr>
          <w:rFonts w:ascii="Times New Roman" w:hAnsi="Times New Roman" w:cs="Times New Roman"/>
        </w:rPr>
        <w:t xml:space="preserve"> </w:t>
      </w:r>
      <w:proofErr w:type="spellStart"/>
      <w:r w:rsidR="0070097F">
        <w:rPr>
          <w:rFonts w:ascii="Times New Roman" w:hAnsi="Times New Roman" w:cs="Times New Roman"/>
        </w:rPr>
        <w:t>contratación</w:t>
      </w:r>
      <w:proofErr w:type="spellEnd"/>
      <w:r w:rsidR="00742278">
        <w:rPr>
          <w:rFonts w:ascii="Times New Roman" w:hAnsi="Times New Roman" w:cs="Times New Roman"/>
        </w:rPr>
        <w:t xml:space="preserve">, </w:t>
      </w:r>
      <w:proofErr w:type="spellStart"/>
      <w:r w:rsidR="00742278">
        <w:rPr>
          <w:rFonts w:ascii="Times New Roman" w:hAnsi="Times New Roman" w:cs="Times New Roman"/>
        </w:rPr>
        <w:t>en</w:t>
      </w:r>
      <w:proofErr w:type="spellEnd"/>
      <w:r w:rsidR="00742278">
        <w:rPr>
          <w:rFonts w:ascii="Times New Roman" w:hAnsi="Times New Roman" w:cs="Times New Roman"/>
        </w:rPr>
        <w:t xml:space="preserve"> </w:t>
      </w:r>
      <w:proofErr w:type="spellStart"/>
      <w:r w:rsidR="00742278">
        <w:rPr>
          <w:rFonts w:ascii="Times New Roman" w:hAnsi="Times New Roman" w:cs="Times New Roman"/>
        </w:rPr>
        <w:t>su</w:t>
      </w:r>
      <w:proofErr w:type="spellEnd"/>
      <w:r w:rsidR="00742278">
        <w:rPr>
          <w:rFonts w:ascii="Times New Roman" w:hAnsi="Times New Roman" w:cs="Times New Roman"/>
        </w:rPr>
        <w:t xml:space="preserve"> </w:t>
      </w:r>
      <w:proofErr w:type="spellStart"/>
      <w:r w:rsidR="00742278">
        <w:rPr>
          <w:rFonts w:ascii="Times New Roman" w:hAnsi="Times New Roman" w:cs="Times New Roman"/>
        </w:rPr>
        <w:t>mayoría</w:t>
      </w:r>
      <w:proofErr w:type="spellEnd"/>
      <w:r w:rsidR="00742278">
        <w:rPr>
          <w:rFonts w:ascii="Times New Roman" w:hAnsi="Times New Roman" w:cs="Times New Roman"/>
        </w:rPr>
        <w:t xml:space="preserve">, </w:t>
      </w:r>
      <w:r>
        <w:rPr>
          <w:rFonts w:ascii="Times New Roman" w:hAnsi="Times New Roman" w:cs="Times New Roman"/>
        </w:rPr>
        <w:t xml:space="preserve">son </w:t>
      </w:r>
      <w:r w:rsidR="00742278">
        <w:rPr>
          <w:rFonts w:ascii="Times New Roman" w:hAnsi="Times New Roman" w:cs="Times New Roman"/>
        </w:rPr>
        <w:t xml:space="preserve">personas de la </w:t>
      </w:r>
      <w:proofErr w:type="spellStart"/>
      <w:r w:rsidR="00742278">
        <w:rPr>
          <w:rFonts w:ascii="Times New Roman" w:hAnsi="Times New Roman" w:cs="Times New Roman"/>
        </w:rPr>
        <w:t>tercera</w:t>
      </w:r>
      <w:proofErr w:type="spellEnd"/>
      <w:r w:rsidR="00742278">
        <w:rPr>
          <w:rFonts w:ascii="Times New Roman" w:hAnsi="Times New Roman" w:cs="Times New Roman"/>
        </w:rPr>
        <w:t xml:space="preserve"> </w:t>
      </w:r>
      <w:proofErr w:type="spellStart"/>
      <w:r w:rsidR="00742278">
        <w:rPr>
          <w:rFonts w:ascii="Times New Roman" w:hAnsi="Times New Roman" w:cs="Times New Roman"/>
        </w:rPr>
        <w:t>edad</w:t>
      </w:r>
      <w:proofErr w:type="spellEnd"/>
      <w:r w:rsidR="00742278">
        <w:rPr>
          <w:rFonts w:ascii="Times New Roman" w:hAnsi="Times New Roman" w:cs="Times New Roman"/>
        </w:rPr>
        <w:t>.</w:t>
      </w:r>
      <w:r w:rsidR="00AD511F">
        <w:rPr>
          <w:rFonts w:ascii="Times New Roman" w:hAnsi="Times New Roman" w:cs="Times New Roman"/>
        </w:rPr>
        <w:t xml:space="preserve"> </w:t>
      </w:r>
      <w:proofErr w:type="spellStart"/>
      <w:r w:rsidR="00AD511F">
        <w:rPr>
          <w:rFonts w:ascii="Times New Roman" w:hAnsi="Times New Roman" w:cs="Times New Roman"/>
        </w:rPr>
        <w:t>Destaca</w:t>
      </w:r>
      <w:proofErr w:type="spellEnd"/>
      <w:r w:rsidR="00AD511F">
        <w:rPr>
          <w:rFonts w:ascii="Times New Roman" w:hAnsi="Times New Roman" w:cs="Times New Roman"/>
        </w:rPr>
        <w:t xml:space="preserve"> </w:t>
      </w:r>
      <w:proofErr w:type="spellStart"/>
      <w:r w:rsidR="00AD511F">
        <w:rPr>
          <w:rFonts w:ascii="Times New Roman" w:hAnsi="Times New Roman" w:cs="Times New Roman"/>
        </w:rPr>
        <w:t>que</w:t>
      </w:r>
      <w:proofErr w:type="spellEnd"/>
      <w:r w:rsidR="00AD511F">
        <w:rPr>
          <w:rFonts w:ascii="Times New Roman" w:hAnsi="Times New Roman" w:cs="Times New Roman"/>
        </w:rPr>
        <w:t xml:space="preserve"> </w:t>
      </w:r>
      <w:proofErr w:type="spellStart"/>
      <w:r w:rsidR="00AD511F">
        <w:rPr>
          <w:rFonts w:ascii="Times New Roman" w:hAnsi="Times New Roman" w:cs="Times New Roman"/>
        </w:rPr>
        <w:t>tienen</w:t>
      </w:r>
      <w:proofErr w:type="spellEnd"/>
      <w:r w:rsidR="00AD511F">
        <w:rPr>
          <w:rFonts w:ascii="Times New Roman" w:hAnsi="Times New Roman" w:cs="Times New Roman"/>
        </w:rPr>
        <w:t xml:space="preserve"> un </w:t>
      </w:r>
      <w:proofErr w:type="spellStart"/>
      <w:r w:rsidR="00AD511F">
        <w:rPr>
          <w:rFonts w:ascii="Times New Roman" w:hAnsi="Times New Roman" w:cs="Times New Roman"/>
        </w:rPr>
        <w:t>presupuesto</w:t>
      </w:r>
      <w:proofErr w:type="spellEnd"/>
      <w:r w:rsidR="00AD511F">
        <w:rPr>
          <w:rFonts w:ascii="Times New Roman" w:hAnsi="Times New Roman" w:cs="Times New Roman"/>
        </w:rPr>
        <w:t xml:space="preserve"> </w:t>
      </w:r>
      <w:proofErr w:type="spellStart"/>
      <w:r w:rsidR="00AD511F">
        <w:rPr>
          <w:rFonts w:ascii="Times New Roman" w:hAnsi="Times New Roman" w:cs="Times New Roman"/>
        </w:rPr>
        <w:t>limitado</w:t>
      </w:r>
      <w:proofErr w:type="spellEnd"/>
      <w:r w:rsidR="00195842">
        <w:rPr>
          <w:rFonts w:ascii="Times New Roman" w:hAnsi="Times New Roman" w:cs="Times New Roman"/>
        </w:rPr>
        <w:t xml:space="preserve">, </w:t>
      </w:r>
      <w:proofErr w:type="spellStart"/>
      <w:r w:rsidR="00195842">
        <w:rPr>
          <w:rFonts w:ascii="Times New Roman" w:hAnsi="Times New Roman" w:cs="Times New Roman"/>
        </w:rPr>
        <w:t>que</w:t>
      </w:r>
      <w:proofErr w:type="spellEnd"/>
      <w:r w:rsidR="00195842">
        <w:rPr>
          <w:rFonts w:ascii="Times New Roman" w:hAnsi="Times New Roman" w:cs="Times New Roman"/>
        </w:rPr>
        <w:t xml:space="preserve"> es un </w:t>
      </w:r>
      <w:proofErr w:type="spellStart"/>
      <w:r w:rsidR="00195842">
        <w:rPr>
          <w:rFonts w:ascii="Times New Roman" w:hAnsi="Times New Roman" w:cs="Times New Roman"/>
        </w:rPr>
        <w:t>limitante</w:t>
      </w:r>
      <w:proofErr w:type="spellEnd"/>
      <w:r>
        <w:rPr>
          <w:rFonts w:ascii="Times New Roman" w:hAnsi="Times New Roman" w:cs="Times New Roman"/>
        </w:rPr>
        <w:t xml:space="preserve"> para </w:t>
      </w:r>
      <w:proofErr w:type="spellStart"/>
      <w:r>
        <w:rPr>
          <w:rFonts w:ascii="Times New Roman" w:hAnsi="Times New Roman" w:cs="Times New Roman"/>
        </w:rPr>
        <w:t>implementar</w:t>
      </w:r>
      <w:proofErr w:type="spellEnd"/>
      <w:r>
        <w:rPr>
          <w:rFonts w:ascii="Times New Roman" w:hAnsi="Times New Roman" w:cs="Times New Roman"/>
        </w:rPr>
        <w:t xml:space="preserve"> </w:t>
      </w:r>
      <w:proofErr w:type="spellStart"/>
      <w:r w:rsidR="0011183A">
        <w:rPr>
          <w:rFonts w:ascii="Times New Roman" w:hAnsi="Times New Roman" w:cs="Times New Roman"/>
        </w:rPr>
        <w:t>estrategias</w:t>
      </w:r>
      <w:proofErr w:type="spellEnd"/>
      <w:r w:rsidR="0011183A">
        <w:rPr>
          <w:rFonts w:ascii="Times New Roman" w:hAnsi="Times New Roman" w:cs="Times New Roman"/>
        </w:rPr>
        <w:t xml:space="preserve"> de </w:t>
      </w:r>
      <w:proofErr w:type="spellStart"/>
      <w:r w:rsidR="0011183A">
        <w:rPr>
          <w:rFonts w:ascii="Times New Roman" w:hAnsi="Times New Roman" w:cs="Times New Roman"/>
        </w:rPr>
        <w:t>mejora</w:t>
      </w:r>
      <w:proofErr w:type="spellEnd"/>
      <w:r w:rsidR="0011183A">
        <w:rPr>
          <w:rFonts w:ascii="Times New Roman" w:hAnsi="Times New Roman" w:cs="Times New Roman"/>
        </w:rPr>
        <w:t>.</w:t>
      </w:r>
    </w:p>
    <w:p w14:paraId="4B917E2A" w14:textId="21F46B70" w:rsidR="002D5A04" w:rsidRDefault="00030D4B" w:rsidP="003D33D5">
      <w:pPr>
        <w:jc w:val="both"/>
        <w:rPr>
          <w:rFonts w:ascii="Times New Roman" w:hAnsi="Times New Roman" w:cs="Times New Roman"/>
          <w:lang w:val="es-ES"/>
        </w:rPr>
      </w:pPr>
      <w:r w:rsidRPr="4676917F">
        <w:rPr>
          <w:rFonts w:ascii="Times New Roman" w:hAnsi="Times New Roman" w:cs="Times New Roman"/>
          <w:lang w:val="es-ES"/>
        </w:rPr>
        <w:t>Dentro de las actividades</w:t>
      </w:r>
      <w:r w:rsidR="000B3405" w:rsidRPr="4676917F">
        <w:rPr>
          <w:rFonts w:ascii="Times New Roman" w:hAnsi="Times New Roman" w:cs="Times New Roman"/>
          <w:lang w:val="es-ES"/>
        </w:rPr>
        <w:t xml:space="preserve">, se </w:t>
      </w:r>
      <w:r w:rsidR="1B9A6913" w:rsidRPr="4676917F">
        <w:rPr>
          <w:rFonts w:ascii="Times New Roman" w:hAnsi="Times New Roman" w:cs="Times New Roman"/>
          <w:lang w:val="es-ES"/>
        </w:rPr>
        <w:t>tiene establecido realizar</w:t>
      </w:r>
      <w:r w:rsidR="000B3405" w:rsidRPr="4676917F">
        <w:rPr>
          <w:rFonts w:ascii="Times New Roman" w:hAnsi="Times New Roman" w:cs="Times New Roman"/>
          <w:lang w:val="es-ES"/>
        </w:rPr>
        <w:t xml:space="preserve"> un diagnóstico</w:t>
      </w:r>
      <w:r w:rsidR="00D10C59" w:rsidRPr="4676917F">
        <w:rPr>
          <w:rFonts w:ascii="Times New Roman" w:hAnsi="Times New Roman" w:cs="Times New Roman"/>
          <w:lang w:val="es-ES"/>
        </w:rPr>
        <w:t xml:space="preserve">, </w:t>
      </w:r>
      <w:r w:rsidR="1B9A6913" w:rsidRPr="4676917F">
        <w:rPr>
          <w:rFonts w:ascii="Times New Roman" w:hAnsi="Times New Roman" w:cs="Times New Roman"/>
          <w:lang w:val="es-ES"/>
        </w:rPr>
        <w:t>por Departamentos. A</w:t>
      </w:r>
      <w:r w:rsidR="00314152" w:rsidRPr="4676917F">
        <w:rPr>
          <w:rFonts w:ascii="Times New Roman" w:hAnsi="Times New Roman" w:cs="Times New Roman"/>
          <w:lang w:val="es-ES"/>
        </w:rPr>
        <w:t xml:space="preserve">ctualmente se encuentra en un proceso de análisis. </w:t>
      </w:r>
      <w:r w:rsidR="00E21F96" w:rsidRPr="4676917F">
        <w:rPr>
          <w:rFonts w:ascii="Times New Roman" w:hAnsi="Times New Roman" w:cs="Times New Roman"/>
          <w:lang w:val="es-ES"/>
        </w:rPr>
        <w:t xml:space="preserve">El interés es identificar </w:t>
      </w:r>
      <w:r w:rsidR="00053B1E" w:rsidRPr="4676917F">
        <w:rPr>
          <w:rFonts w:ascii="Times New Roman" w:hAnsi="Times New Roman" w:cs="Times New Roman"/>
          <w:lang w:val="es-ES"/>
        </w:rPr>
        <w:t>las áreas de oportunidad.</w:t>
      </w:r>
    </w:p>
    <w:p w14:paraId="0EB942A9" w14:textId="673947A6" w:rsidR="002A7BBD" w:rsidRDefault="0050522D" w:rsidP="494BF1B6">
      <w:pPr>
        <w:jc w:val="both"/>
        <w:rPr>
          <w:rFonts w:ascii="Times New Roman" w:hAnsi="Times New Roman" w:cs="Times New Roman"/>
          <w:lang w:val="es-ES"/>
        </w:rPr>
      </w:pPr>
      <w:r>
        <w:rPr>
          <w:rFonts w:ascii="Times New Roman" w:hAnsi="Times New Roman" w:cs="Times New Roman"/>
          <w:lang w:val="es-ES"/>
        </w:rPr>
        <w:t>Comparte que ONSEC b</w:t>
      </w:r>
      <w:r w:rsidR="00053B1E" w:rsidRPr="00E8C033">
        <w:rPr>
          <w:rFonts w:ascii="Times New Roman" w:hAnsi="Times New Roman" w:cs="Times New Roman"/>
          <w:lang w:val="es-ES"/>
        </w:rPr>
        <w:t>rinda capacitaciones al personal</w:t>
      </w:r>
      <w:r w:rsidR="444F92DA" w:rsidRPr="652D7407">
        <w:rPr>
          <w:rFonts w:ascii="Times New Roman" w:hAnsi="Times New Roman" w:cs="Times New Roman"/>
          <w:lang w:val="es-ES"/>
        </w:rPr>
        <w:t xml:space="preserve"> de las instituciones</w:t>
      </w:r>
      <w:r w:rsidR="008E5378" w:rsidRPr="00E8C033">
        <w:rPr>
          <w:rFonts w:ascii="Times New Roman" w:hAnsi="Times New Roman" w:cs="Times New Roman"/>
          <w:lang w:val="es-ES"/>
        </w:rPr>
        <w:t xml:space="preserve">, </w:t>
      </w:r>
      <w:r w:rsidR="002363BA" w:rsidRPr="00E8C033">
        <w:rPr>
          <w:rFonts w:ascii="Times New Roman" w:hAnsi="Times New Roman" w:cs="Times New Roman"/>
          <w:lang w:val="es-ES"/>
        </w:rPr>
        <w:t>sin embargo</w:t>
      </w:r>
      <w:r w:rsidR="083451FA" w:rsidRPr="00E8C033">
        <w:rPr>
          <w:rFonts w:ascii="Times New Roman" w:hAnsi="Times New Roman" w:cs="Times New Roman"/>
          <w:lang w:val="es-ES"/>
        </w:rPr>
        <w:t>,</w:t>
      </w:r>
      <w:r w:rsidR="002363BA" w:rsidRPr="00E8C033">
        <w:rPr>
          <w:rFonts w:ascii="Times New Roman" w:hAnsi="Times New Roman" w:cs="Times New Roman"/>
          <w:lang w:val="es-ES"/>
        </w:rPr>
        <w:t xml:space="preserve"> han identificado que mucho del personal viene del área departamental, </w:t>
      </w:r>
      <w:r w:rsidR="00083414" w:rsidRPr="00E8C033">
        <w:rPr>
          <w:rFonts w:ascii="Times New Roman" w:hAnsi="Times New Roman" w:cs="Times New Roman"/>
          <w:lang w:val="es-ES"/>
        </w:rPr>
        <w:t xml:space="preserve">en donde han identificado que el área de RRHH de las instituciones </w:t>
      </w:r>
      <w:r w:rsidR="00083414" w:rsidRPr="652D7407">
        <w:rPr>
          <w:rFonts w:ascii="Times New Roman" w:hAnsi="Times New Roman" w:cs="Times New Roman"/>
          <w:lang w:val="es-ES"/>
        </w:rPr>
        <w:t xml:space="preserve">no </w:t>
      </w:r>
      <w:r w:rsidR="00083414" w:rsidRPr="494BF1B6">
        <w:rPr>
          <w:rFonts w:ascii="Times New Roman" w:hAnsi="Times New Roman" w:cs="Times New Roman"/>
          <w:lang w:val="es-ES"/>
        </w:rPr>
        <w:t>brindan</w:t>
      </w:r>
      <w:r w:rsidR="00083414" w:rsidRPr="00E8C033">
        <w:rPr>
          <w:rFonts w:ascii="Times New Roman" w:hAnsi="Times New Roman" w:cs="Times New Roman"/>
          <w:lang w:val="es-ES"/>
        </w:rPr>
        <w:t xml:space="preserve"> la información completa al usuario. </w:t>
      </w:r>
    </w:p>
    <w:p w14:paraId="6A0BE98F" w14:textId="2C78415F" w:rsidR="002A7BBD" w:rsidRDefault="00F17E12" w:rsidP="003D33D5">
      <w:pPr>
        <w:jc w:val="both"/>
        <w:rPr>
          <w:rFonts w:ascii="Times New Roman" w:hAnsi="Times New Roman" w:cs="Times New Roman"/>
          <w:lang w:val="es-ES"/>
        </w:rPr>
      </w:pPr>
      <w:r w:rsidRPr="70E81C4B">
        <w:rPr>
          <w:rFonts w:ascii="Times New Roman" w:hAnsi="Times New Roman" w:cs="Times New Roman"/>
          <w:lang w:val="es-ES"/>
        </w:rPr>
        <w:t>Además,</w:t>
      </w:r>
      <w:r w:rsidR="26D6F0CD" w:rsidRPr="70E81C4B">
        <w:rPr>
          <w:rFonts w:ascii="Times New Roman" w:hAnsi="Times New Roman" w:cs="Times New Roman"/>
          <w:lang w:val="es-ES"/>
        </w:rPr>
        <w:t xml:space="preserve"> comparte sobre como es el proceso realizado por el Departamento de </w:t>
      </w:r>
      <w:r w:rsidR="26D6F0CD" w:rsidRPr="12683CCE">
        <w:rPr>
          <w:rFonts w:ascii="Times New Roman" w:hAnsi="Times New Roman" w:cs="Times New Roman"/>
          <w:lang w:val="es-ES"/>
        </w:rPr>
        <w:t>Atención al Público, indicando</w:t>
      </w:r>
      <w:r w:rsidR="009948E1" w:rsidRPr="12683CCE">
        <w:rPr>
          <w:rFonts w:ascii="Times New Roman" w:hAnsi="Times New Roman" w:cs="Times New Roman"/>
          <w:lang w:val="es-ES"/>
        </w:rPr>
        <w:t xml:space="preserve"> que</w:t>
      </w:r>
      <w:r w:rsidR="002B1954">
        <w:rPr>
          <w:rFonts w:ascii="Times New Roman" w:hAnsi="Times New Roman" w:cs="Times New Roman"/>
          <w:lang w:val="es-ES"/>
        </w:rPr>
        <w:t xml:space="preserve"> se le</w:t>
      </w:r>
      <w:r w:rsidR="00A20C8D" w:rsidRPr="00E8C033">
        <w:rPr>
          <w:rFonts w:ascii="Times New Roman" w:hAnsi="Times New Roman" w:cs="Times New Roman"/>
          <w:lang w:val="es-ES"/>
        </w:rPr>
        <w:t xml:space="preserve"> </w:t>
      </w:r>
      <w:r w:rsidR="41EEEFEA" w:rsidRPr="00E8C033">
        <w:rPr>
          <w:rFonts w:ascii="Times New Roman" w:hAnsi="Times New Roman" w:cs="Times New Roman"/>
          <w:lang w:val="es-ES"/>
        </w:rPr>
        <w:t>b</w:t>
      </w:r>
      <w:r w:rsidR="00A20C8D" w:rsidRPr="00E8C033">
        <w:rPr>
          <w:rFonts w:ascii="Times New Roman" w:hAnsi="Times New Roman" w:cs="Times New Roman"/>
          <w:lang w:val="es-ES"/>
        </w:rPr>
        <w:t xml:space="preserve">rinda atención al </w:t>
      </w:r>
      <w:r w:rsidR="006C034E" w:rsidRPr="00E8C033">
        <w:rPr>
          <w:rFonts w:ascii="Times New Roman" w:hAnsi="Times New Roman" w:cs="Times New Roman"/>
          <w:lang w:val="es-ES"/>
        </w:rPr>
        <w:t>usuario</w:t>
      </w:r>
      <w:r w:rsidR="002A7BBD" w:rsidRPr="00E8C033">
        <w:rPr>
          <w:rFonts w:ascii="Times New Roman" w:hAnsi="Times New Roman" w:cs="Times New Roman"/>
          <w:lang w:val="es-ES"/>
        </w:rPr>
        <w:t xml:space="preserve"> al momento de</w:t>
      </w:r>
      <w:r w:rsidR="006C034E" w:rsidRPr="00E8C033">
        <w:rPr>
          <w:rFonts w:ascii="Times New Roman" w:hAnsi="Times New Roman" w:cs="Times New Roman"/>
          <w:lang w:val="es-ES"/>
        </w:rPr>
        <w:t xml:space="preserve"> presenta</w:t>
      </w:r>
      <w:r w:rsidR="002A7BBD" w:rsidRPr="00E8C033">
        <w:rPr>
          <w:rFonts w:ascii="Times New Roman" w:hAnsi="Times New Roman" w:cs="Times New Roman"/>
          <w:lang w:val="es-ES"/>
        </w:rPr>
        <w:t>rse</w:t>
      </w:r>
      <w:r w:rsidR="006C034E" w:rsidRPr="00E8C033">
        <w:rPr>
          <w:rFonts w:ascii="Times New Roman" w:hAnsi="Times New Roman" w:cs="Times New Roman"/>
          <w:lang w:val="es-ES"/>
        </w:rPr>
        <w:t xml:space="preserve"> a la ventanilla </w:t>
      </w:r>
      <w:r w:rsidR="002A7BBD" w:rsidRPr="00E8C033">
        <w:rPr>
          <w:rFonts w:ascii="Times New Roman" w:hAnsi="Times New Roman" w:cs="Times New Roman"/>
          <w:lang w:val="es-ES"/>
        </w:rPr>
        <w:t>para la entrega</w:t>
      </w:r>
      <w:r w:rsidR="006C034E" w:rsidRPr="00E8C033">
        <w:rPr>
          <w:rFonts w:ascii="Times New Roman" w:hAnsi="Times New Roman" w:cs="Times New Roman"/>
          <w:lang w:val="es-ES"/>
        </w:rPr>
        <w:t xml:space="preserve"> </w:t>
      </w:r>
      <w:r w:rsidR="002A7BBD" w:rsidRPr="00E8C033">
        <w:rPr>
          <w:rFonts w:ascii="Times New Roman" w:hAnsi="Times New Roman" w:cs="Times New Roman"/>
          <w:lang w:val="es-ES"/>
        </w:rPr>
        <w:t>del</w:t>
      </w:r>
      <w:r w:rsidR="006C034E" w:rsidRPr="00E8C033">
        <w:rPr>
          <w:rFonts w:ascii="Times New Roman" w:hAnsi="Times New Roman" w:cs="Times New Roman"/>
          <w:lang w:val="es-ES"/>
        </w:rPr>
        <w:t xml:space="preserve"> expediente</w:t>
      </w:r>
      <w:r w:rsidR="3AE3B463" w:rsidRPr="451AF1DC">
        <w:rPr>
          <w:rFonts w:ascii="Times New Roman" w:hAnsi="Times New Roman" w:cs="Times New Roman"/>
          <w:lang w:val="es-ES"/>
        </w:rPr>
        <w:t>.</w:t>
      </w:r>
      <w:r w:rsidR="006C034E" w:rsidRPr="00E8C033">
        <w:rPr>
          <w:rFonts w:ascii="Times New Roman" w:hAnsi="Times New Roman" w:cs="Times New Roman"/>
          <w:lang w:val="es-ES"/>
        </w:rPr>
        <w:t xml:space="preserve"> </w:t>
      </w:r>
      <w:r w:rsidR="00137AD9">
        <w:rPr>
          <w:rFonts w:ascii="Times New Roman" w:hAnsi="Times New Roman" w:cs="Times New Roman"/>
          <w:lang w:val="es-ES"/>
        </w:rPr>
        <w:t>Destaca que</w:t>
      </w:r>
      <w:r w:rsidR="008C38C5">
        <w:rPr>
          <w:rFonts w:ascii="Times New Roman" w:hAnsi="Times New Roman" w:cs="Times New Roman"/>
          <w:lang w:val="es-ES"/>
        </w:rPr>
        <w:t xml:space="preserve"> </w:t>
      </w:r>
      <w:r w:rsidR="00A13DE4" w:rsidRPr="00E8C033">
        <w:rPr>
          <w:rFonts w:ascii="Times New Roman" w:hAnsi="Times New Roman" w:cs="Times New Roman"/>
          <w:lang w:val="es-ES"/>
        </w:rPr>
        <w:t xml:space="preserve">se le ofrece al usuario varias opciones para darle seguimiento al trámite, muchos de ellos </w:t>
      </w:r>
      <w:r w:rsidR="00651DDD" w:rsidRPr="00E8C033">
        <w:rPr>
          <w:rFonts w:ascii="Times New Roman" w:hAnsi="Times New Roman" w:cs="Times New Roman"/>
          <w:lang w:val="es-ES"/>
        </w:rPr>
        <w:t>se presentan</w:t>
      </w:r>
      <w:r w:rsidR="00C25C7E" w:rsidRPr="00E8C033">
        <w:rPr>
          <w:rFonts w:ascii="Times New Roman" w:hAnsi="Times New Roman" w:cs="Times New Roman"/>
          <w:lang w:val="es-ES"/>
        </w:rPr>
        <w:t xml:space="preserve"> para consultar </w:t>
      </w:r>
      <w:r w:rsidR="00C25C7E" w:rsidRPr="12683CCE">
        <w:rPr>
          <w:rFonts w:ascii="Times New Roman" w:hAnsi="Times New Roman" w:cs="Times New Roman"/>
          <w:lang w:val="es-ES"/>
        </w:rPr>
        <w:t>y</w:t>
      </w:r>
      <w:r w:rsidR="15349CFA" w:rsidRPr="12683CCE">
        <w:rPr>
          <w:rFonts w:ascii="Times New Roman" w:hAnsi="Times New Roman" w:cs="Times New Roman"/>
          <w:lang w:val="es-ES"/>
        </w:rPr>
        <w:t>a que se tiene la percepción que ir presencialmente ayuda para</w:t>
      </w:r>
      <w:r w:rsidR="00C25C7E" w:rsidRPr="00E8C033">
        <w:rPr>
          <w:rFonts w:ascii="Times New Roman" w:hAnsi="Times New Roman" w:cs="Times New Roman"/>
          <w:lang w:val="es-ES"/>
        </w:rPr>
        <w:t xml:space="preserve"> “acelerar” el trámit</w:t>
      </w:r>
      <w:r w:rsidR="002A7BBD" w:rsidRPr="00E8C033">
        <w:rPr>
          <w:rFonts w:ascii="Times New Roman" w:hAnsi="Times New Roman" w:cs="Times New Roman"/>
          <w:lang w:val="es-ES"/>
        </w:rPr>
        <w:t>e</w:t>
      </w:r>
      <w:r w:rsidR="00C25C7E" w:rsidRPr="00E8C033">
        <w:rPr>
          <w:rFonts w:ascii="Times New Roman" w:hAnsi="Times New Roman" w:cs="Times New Roman"/>
          <w:lang w:val="es-ES"/>
        </w:rPr>
        <w:t>.</w:t>
      </w:r>
    </w:p>
    <w:p w14:paraId="6124C24B" w14:textId="7E278C04" w:rsidR="00D56BA1" w:rsidRDefault="005C01BC" w:rsidP="003D33D5">
      <w:pPr>
        <w:jc w:val="both"/>
        <w:rPr>
          <w:rFonts w:ascii="Times New Roman" w:hAnsi="Times New Roman" w:cs="Times New Roman"/>
          <w:lang w:val="es-ES"/>
        </w:rPr>
      </w:pPr>
      <w:r>
        <w:rPr>
          <w:rFonts w:ascii="Times New Roman" w:hAnsi="Times New Roman" w:cs="Times New Roman"/>
          <w:lang w:val="es-ES"/>
        </w:rPr>
        <w:t xml:space="preserve">Para integrar el </w:t>
      </w:r>
      <w:r w:rsidR="00CA3865">
        <w:rPr>
          <w:rFonts w:ascii="Times New Roman" w:hAnsi="Times New Roman" w:cs="Times New Roman"/>
          <w:lang w:val="es-ES"/>
        </w:rPr>
        <w:t>expediente</w:t>
      </w:r>
      <w:r w:rsidR="7978161C" w:rsidRPr="12683CCE">
        <w:rPr>
          <w:rFonts w:ascii="Times New Roman" w:hAnsi="Times New Roman" w:cs="Times New Roman"/>
          <w:lang w:val="es-ES"/>
        </w:rPr>
        <w:t xml:space="preserve"> se requieren varios requisitos establecidos en ley;</w:t>
      </w:r>
      <w:r w:rsidR="00CA3865">
        <w:rPr>
          <w:rFonts w:ascii="Times New Roman" w:hAnsi="Times New Roman" w:cs="Times New Roman"/>
          <w:lang w:val="es-ES"/>
        </w:rPr>
        <w:t xml:space="preserve"> se debe incluir un</w:t>
      </w:r>
      <w:r w:rsidR="002A7BBD" w:rsidRPr="3852AA72">
        <w:rPr>
          <w:rFonts w:ascii="Times New Roman" w:hAnsi="Times New Roman" w:cs="Times New Roman"/>
          <w:lang w:val="es-ES"/>
        </w:rPr>
        <w:t xml:space="preserve"> formulario</w:t>
      </w:r>
      <w:r w:rsidR="00C531C3">
        <w:rPr>
          <w:rFonts w:ascii="Times New Roman" w:hAnsi="Times New Roman" w:cs="Times New Roman"/>
          <w:lang w:val="es-ES"/>
        </w:rPr>
        <w:t xml:space="preserve"> q</w:t>
      </w:r>
      <w:r w:rsidR="00CA3865">
        <w:rPr>
          <w:rFonts w:ascii="Times New Roman" w:hAnsi="Times New Roman" w:cs="Times New Roman"/>
          <w:lang w:val="es-ES"/>
        </w:rPr>
        <w:t>ue</w:t>
      </w:r>
      <w:r w:rsidR="002A7BBD" w:rsidRPr="3852AA72">
        <w:rPr>
          <w:rFonts w:ascii="Times New Roman" w:hAnsi="Times New Roman" w:cs="Times New Roman"/>
          <w:lang w:val="es-ES"/>
        </w:rPr>
        <w:t xml:space="preserve"> se encuentra en la página web</w:t>
      </w:r>
      <w:r w:rsidR="41622811" w:rsidRPr="12683CCE">
        <w:rPr>
          <w:rFonts w:ascii="Times New Roman" w:hAnsi="Times New Roman" w:cs="Times New Roman"/>
          <w:lang w:val="es-ES"/>
        </w:rPr>
        <w:t xml:space="preserve"> de la ONSEC</w:t>
      </w:r>
      <w:r w:rsidR="002A7BBD" w:rsidRPr="3852AA72">
        <w:rPr>
          <w:rFonts w:ascii="Times New Roman" w:hAnsi="Times New Roman" w:cs="Times New Roman"/>
          <w:lang w:val="es-ES"/>
        </w:rPr>
        <w:t xml:space="preserve">, en donde se </w:t>
      </w:r>
      <w:r w:rsidR="00CA3865">
        <w:rPr>
          <w:rFonts w:ascii="Times New Roman" w:hAnsi="Times New Roman" w:cs="Times New Roman"/>
          <w:lang w:val="es-ES"/>
        </w:rPr>
        <w:t>ubica</w:t>
      </w:r>
      <w:r w:rsidR="002A7BBD" w:rsidRPr="3852AA72">
        <w:rPr>
          <w:rFonts w:ascii="Times New Roman" w:hAnsi="Times New Roman" w:cs="Times New Roman"/>
          <w:lang w:val="es-ES"/>
        </w:rPr>
        <w:t xml:space="preserve"> también un instructivo para llenarlo</w:t>
      </w:r>
      <w:r w:rsidR="00FB73A2" w:rsidRPr="3852AA72">
        <w:rPr>
          <w:rFonts w:ascii="Times New Roman" w:hAnsi="Times New Roman" w:cs="Times New Roman"/>
          <w:lang w:val="es-ES"/>
        </w:rPr>
        <w:t xml:space="preserve">. </w:t>
      </w:r>
      <w:r w:rsidR="00CA3865">
        <w:rPr>
          <w:rFonts w:ascii="Times New Roman" w:hAnsi="Times New Roman" w:cs="Times New Roman"/>
          <w:lang w:val="es-ES"/>
        </w:rPr>
        <w:t>El expediente d</w:t>
      </w:r>
      <w:r w:rsidR="003E7604" w:rsidRPr="3852AA72">
        <w:rPr>
          <w:rFonts w:ascii="Times New Roman" w:hAnsi="Times New Roman" w:cs="Times New Roman"/>
          <w:lang w:val="es-ES"/>
        </w:rPr>
        <w:t xml:space="preserve">ebe de incluir la partida de Nacimiento </w:t>
      </w:r>
      <w:r w:rsidR="007467FD" w:rsidRPr="3852AA72">
        <w:rPr>
          <w:rFonts w:ascii="Times New Roman" w:hAnsi="Times New Roman" w:cs="Times New Roman"/>
          <w:lang w:val="es-ES"/>
        </w:rPr>
        <w:t>que</w:t>
      </w:r>
      <w:r w:rsidR="20B6BB65" w:rsidRPr="3852AA72">
        <w:rPr>
          <w:rFonts w:ascii="Times New Roman" w:hAnsi="Times New Roman" w:cs="Times New Roman"/>
          <w:lang w:val="es-ES"/>
        </w:rPr>
        <w:t>,</w:t>
      </w:r>
      <w:r w:rsidR="007467FD" w:rsidRPr="3852AA72">
        <w:rPr>
          <w:rFonts w:ascii="Times New Roman" w:hAnsi="Times New Roman" w:cs="Times New Roman"/>
          <w:lang w:val="es-ES"/>
        </w:rPr>
        <w:t xml:space="preserve"> en muchos de los casos</w:t>
      </w:r>
      <w:r w:rsidR="40C1ADEC" w:rsidRPr="3852AA72">
        <w:rPr>
          <w:rFonts w:ascii="Times New Roman" w:hAnsi="Times New Roman" w:cs="Times New Roman"/>
          <w:lang w:val="es-ES"/>
        </w:rPr>
        <w:t>,</w:t>
      </w:r>
      <w:r w:rsidR="007467FD" w:rsidRPr="3852AA72">
        <w:rPr>
          <w:rFonts w:ascii="Times New Roman" w:hAnsi="Times New Roman" w:cs="Times New Roman"/>
          <w:lang w:val="es-ES"/>
        </w:rPr>
        <w:t xml:space="preserve"> </w:t>
      </w:r>
      <w:r w:rsidR="00CA3865">
        <w:rPr>
          <w:rFonts w:ascii="Times New Roman" w:hAnsi="Times New Roman" w:cs="Times New Roman"/>
          <w:lang w:val="es-ES"/>
        </w:rPr>
        <w:t xml:space="preserve">los usuarios lo </w:t>
      </w:r>
      <w:r w:rsidR="007467FD" w:rsidRPr="3852AA72">
        <w:rPr>
          <w:rFonts w:ascii="Times New Roman" w:hAnsi="Times New Roman" w:cs="Times New Roman"/>
          <w:lang w:val="es-ES"/>
        </w:rPr>
        <w:t>presenta</w:t>
      </w:r>
      <w:r w:rsidR="00CA3865">
        <w:rPr>
          <w:rFonts w:ascii="Times New Roman" w:hAnsi="Times New Roman" w:cs="Times New Roman"/>
          <w:lang w:val="es-ES"/>
        </w:rPr>
        <w:t>n</w:t>
      </w:r>
      <w:r w:rsidR="007467FD" w:rsidRPr="3852AA72">
        <w:rPr>
          <w:rFonts w:ascii="Times New Roman" w:hAnsi="Times New Roman" w:cs="Times New Roman"/>
          <w:lang w:val="es-ES"/>
        </w:rPr>
        <w:t xml:space="preserve"> </w:t>
      </w:r>
      <w:r w:rsidR="00F8489F" w:rsidRPr="3852AA72">
        <w:rPr>
          <w:rFonts w:ascii="Times New Roman" w:hAnsi="Times New Roman" w:cs="Times New Roman"/>
          <w:lang w:val="es-ES"/>
        </w:rPr>
        <w:t>vencido.</w:t>
      </w:r>
      <w:r w:rsidR="00E6019E" w:rsidRPr="3852AA72">
        <w:rPr>
          <w:rFonts w:ascii="Times New Roman" w:hAnsi="Times New Roman" w:cs="Times New Roman"/>
          <w:lang w:val="es-ES"/>
        </w:rPr>
        <w:t xml:space="preserve"> </w:t>
      </w:r>
      <w:r w:rsidR="00922A97" w:rsidRPr="3852AA72">
        <w:rPr>
          <w:rFonts w:ascii="Times New Roman" w:hAnsi="Times New Roman" w:cs="Times New Roman"/>
          <w:lang w:val="es-ES"/>
        </w:rPr>
        <w:t xml:space="preserve">Otro de los documentos que debe incluir en el expediente es la certificación de </w:t>
      </w:r>
      <w:r w:rsidR="2CA26E23" w:rsidRPr="3852AA72">
        <w:rPr>
          <w:rFonts w:ascii="Times New Roman" w:hAnsi="Times New Roman" w:cs="Times New Roman"/>
          <w:lang w:val="es-ES"/>
        </w:rPr>
        <w:t>parte de la institución donde labora</w:t>
      </w:r>
      <w:r w:rsidR="00922A97" w:rsidRPr="3852AA72">
        <w:rPr>
          <w:rFonts w:ascii="Times New Roman" w:hAnsi="Times New Roman" w:cs="Times New Roman"/>
          <w:lang w:val="es-ES"/>
        </w:rPr>
        <w:t xml:space="preserve"> </w:t>
      </w:r>
      <w:r w:rsidR="00342BE5" w:rsidRPr="3852AA72">
        <w:rPr>
          <w:rFonts w:ascii="Times New Roman" w:hAnsi="Times New Roman" w:cs="Times New Roman"/>
          <w:lang w:val="es-ES"/>
        </w:rPr>
        <w:t>o certificación de Carrera administrativa</w:t>
      </w:r>
      <w:r w:rsidR="48CC36E2" w:rsidRPr="3852AA72">
        <w:rPr>
          <w:rFonts w:ascii="Times New Roman" w:hAnsi="Times New Roman" w:cs="Times New Roman"/>
          <w:lang w:val="es-ES"/>
        </w:rPr>
        <w:t xml:space="preserve"> y los a</w:t>
      </w:r>
      <w:r w:rsidR="00026BCF" w:rsidRPr="3852AA72">
        <w:rPr>
          <w:rFonts w:ascii="Times New Roman" w:hAnsi="Times New Roman" w:cs="Times New Roman"/>
          <w:lang w:val="es-ES"/>
        </w:rPr>
        <w:t>ntecedentes penales</w:t>
      </w:r>
      <w:r w:rsidR="41857976" w:rsidRPr="4AAADD94">
        <w:rPr>
          <w:rFonts w:ascii="Times New Roman" w:hAnsi="Times New Roman" w:cs="Times New Roman"/>
          <w:lang w:val="es-ES"/>
        </w:rPr>
        <w:t xml:space="preserve">, entre otros. </w:t>
      </w:r>
    </w:p>
    <w:p w14:paraId="5ADEB7B7" w14:textId="4132DECA" w:rsidR="00011E39" w:rsidRDefault="00F7381A" w:rsidP="003D33D5">
      <w:pPr>
        <w:jc w:val="both"/>
        <w:rPr>
          <w:rFonts w:ascii="Times New Roman" w:hAnsi="Times New Roman" w:cs="Times New Roman"/>
          <w:lang w:val="es-ES"/>
        </w:rPr>
      </w:pPr>
      <w:r w:rsidRPr="20A4A5C7">
        <w:rPr>
          <w:rFonts w:ascii="Times New Roman" w:hAnsi="Times New Roman" w:cs="Times New Roman"/>
          <w:lang w:val="es-ES"/>
        </w:rPr>
        <w:t xml:space="preserve">Cuando son </w:t>
      </w:r>
      <w:r w:rsidR="38ACC722" w:rsidRPr="0FF567CC">
        <w:rPr>
          <w:rFonts w:ascii="Times New Roman" w:hAnsi="Times New Roman" w:cs="Times New Roman"/>
          <w:lang w:val="es-ES"/>
        </w:rPr>
        <w:t>trámites de pensión</w:t>
      </w:r>
      <w:r w:rsidRPr="20A4A5C7">
        <w:rPr>
          <w:rFonts w:ascii="Times New Roman" w:hAnsi="Times New Roman" w:cs="Times New Roman"/>
          <w:lang w:val="es-ES"/>
        </w:rPr>
        <w:t xml:space="preserve"> por viudez se debe</w:t>
      </w:r>
      <w:r w:rsidR="107B238E" w:rsidRPr="20A4A5C7">
        <w:rPr>
          <w:rFonts w:ascii="Times New Roman" w:hAnsi="Times New Roman" w:cs="Times New Roman"/>
          <w:lang w:val="es-ES"/>
        </w:rPr>
        <w:t>n</w:t>
      </w:r>
      <w:r w:rsidRPr="20A4A5C7">
        <w:rPr>
          <w:rFonts w:ascii="Times New Roman" w:hAnsi="Times New Roman" w:cs="Times New Roman"/>
          <w:lang w:val="es-ES"/>
        </w:rPr>
        <w:t xml:space="preserve"> presentar todos los documentos por el beneficiario/a e hijo/as. </w:t>
      </w:r>
      <w:r w:rsidR="00AF3BE4" w:rsidRPr="20A4A5C7">
        <w:rPr>
          <w:rFonts w:ascii="Times New Roman" w:hAnsi="Times New Roman" w:cs="Times New Roman"/>
          <w:lang w:val="es-ES"/>
        </w:rPr>
        <w:t xml:space="preserve"> Comparte que </w:t>
      </w:r>
      <w:r w:rsidR="00347295">
        <w:rPr>
          <w:rFonts w:ascii="Times New Roman" w:hAnsi="Times New Roman" w:cs="Times New Roman"/>
          <w:lang w:val="es-ES"/>
        </w:rPr>
        <w:t>actualmente</w:t>
      </w:r>
      <w:r w:rsidR="00AF3BE4" w:rsidRPr="20A4A5C7">
        <w:rPr>
          <w:rFonts w:ascii="Times New Roman" w:hAnsi="Times New Roman" w:cs="Times New Roman"/>
          <w:lang w:val="es-ES"/>
        </w:rPr>
        <w:t xml:space="preserve"> se encuentran enlazados con RENAP para </w:t>
      </w:r>
      <w:r w:rsidR="00347295">
        <w:rPr>
          <w:rFonts w:ascii="Times New Roman" w:hAnsi="Times New Roman" w:cs="Times New Roman"/>
          <w:lang w:val="es-ES"/>
        </w:rPr>
        <w:t xml:space="preserve">confirmar </w:t>
      </w:r>
      <w:r w:rsidR="00AF3BE4" w:rsidRPr="20A4A5C7">
        <w:rPr>
          <w:rFonts w:ascii="Times New Roman" w:hAnsi="Times New Roman" w:cs="Times New Roman"/>
          <w:lang w:val="es-ES"/>
        </w:rPr>
        <w:t>los datos</w:t>
      </w:r>
      <w:r w:rsidR="00347295">
        <w:rPr>
          <w:rFonts w:ascii="Times New Roman" w:hAnsi="Times New Roman" w:cs="Times New Roman"/>
          <w:lang w:val="es-ES"/>
        </w:rPr>
        <w:t>, lo que facilita el proceso</w:t>
      </w:r>
      <w:r w:rsidR="004A773D" w:rsidRPr="20A4A5C7">
        <w:rPr>
          <w:rFonts w:ascii="Times New Roman" w:hAnsi="Times New Roman" w:cs="Times New Roman"/>
          <w:lang w:val="es-ES"/>
        </w:rPr>
        <w:t>.</w:t>
      </w:r>
      <w:r w:rsidR="00B96BD2">
        <w:rPr>
          <w:rFonts w:ascii="Times New Roman" w:hAnsi="Times New Roman" w:cs="Times New Roman"/>
          <w:lang w:val="es-ES"/>
        </w:rPr>
        <w:t xml:space="preserve"> Menciona que</w:t>
      </w:r>
      <w:r w:rsidR="004A773D" w:rsidRPr="20A4A5C7">
        <w:rPr>
          <w:rFonts w:ascii="Times New Roman" w:hAnsi="Times New Roman" w:cs="Times New Roman"/>
          <w:lang w:val="es-ES"/>
        </w:rPr>
        <w:t xml:space="preserve"> </w:t>
      </w:r>
      <w:r w:rsidR="00B96BD2">
        <w:rPr>
          <w:rFonts w:ascii="Times New Roman" w:hAnsi="Times New Roman" w:cs="Times New Roman"/>
          <w:lang w:val="es-ES"/>
        </w:rPr>
        <w:t>l</w:t>
      </w:r>
      <w:r w:rsidR="00E817B2" w:rsidRPr="20A4A5C7">
        <w:rPr>
          <w:rFonts w:ascii="Times New Roman" w:hAnsi="Times New Roman" w:cs="Times New Roman"/>
          <w:lang w:val="es-ES"/>
        </w:rPr>
        <w:t>a revisi</w:t>
      </w:r>
      <w:r w:rsidR="26C2B811" w:rsidRPr="20A4A5C7">
        <w:rPr>
          <w:rFonts w:ascii="Times New Roman" w:hAnsi="Times New Roman" w:cs="Times New Roman"/>
          <w:lang w:val="es-ES"/>
        </w:rPr>
        <w:t>ó</w:t>
      </w:r>
      <w:r w:rsidR="00E817B2" w:rsidRPr="20A4A5C7">
        <w:rPr>
          <w:rFonts w:ascii="Times New Roman" w:hAnsi="Times New Roman" w:cs="Times New Roman"/>
          <w:lang w:val="es-ES"/>
        </w:rPr>
        <w:t xml:space="preserve">n de este expediente </w:t>
      </w:r>
      <w:r w:rsidR="00081087" w:rsidRPr="20A4A5C7">
        <w:rPr>
          <w:rFonts w:ascii="Times New Roman" w:hAnsi="Times New Roman" w:cs="Times New Roman"/>
          <w:lang w:val="es-ES"/>
        </w:rPr>
        <w:t xml:space="preserve">tarda aproximadamente </w:t>
      </w:r>
      <w:r w:rsidR="5C0F48D8" w:rsidRPr="362D6E06">
        <w:rPr>
          <w:rFonts w:ascii="Times New Roman" w:hAnsi="Times New Roman" w:cs="Times New Roman"/>
          <w:lang w:val="es-ES"/>
        </w:rPr>
        <w:t xml:space="preserve">20 a 25 minutos </w:t>
      </w:r>
      <w:r w:rsidR="008A6F09">
        <w:rPr>
          <w:rFonts w:ascii="Times New Roman" w:hAnsi="Times New Roman" w:cs="Times New Roman"/>
          <w:lang w:val="es-ES"/>
        </w:rPr>
        <w:t>(si todo estuviese correcto).</w:t>
      </w:r>
      <w:r w:rsidR="76B00E44" w:rsidRPr="362D6E06">
        <w:rPr>
          <w:rFonts w:ascii="Times New Roman" w:hAnsi="Times New Roman" w:cs="Times New Roman"/>
          <w:lang w:val="es-ES"/>
        </w:rPr>
        <w:t xml:space="preserve"> Varía el tiempo a 1 hora dependiendo si hay </w:t>
      </w:r>
      <w:r w:rsidR="76B00E44" w:rsidRPr="782F4CBE">
        <w:rPr>
          <w:rFonts w:ascii="Times New Roman" w:hAnsi="Times New Roman" w:cs="Times New Roman"/>
          <w:lang w:val="es-ES"/>
        </w:rPr>
        <w:t xml:space="preserve">más núcleos, u otros datos que deban verificarse. </w:t>
      </w:r>
    </w:p>
    <w:p w14:paraId="22A22C3B" w14:textId="513EFD2E" w:rsidR="00053B1E" w:rsidRDefault="00D56BA1" w:rsidP="003D33D5">
      <w:pPr>
        <w:jc w:val="both"/>
        <w:rPr>
          <w:rFonts w:ascii="Times New Roman" w:hAnsi="Times New Roman" w:cs="Times New Roman"/>
          <w:lang w:val="es-ES"/>
        </w:rPr>
      </w:pPr>
      <w:proofErr w:type="spellStart"/>
      <w:r>
        <w:rPr>
          <w:rFonts w:ascii="Times New Roman" w:hAnsi="Times New Roman" w:cs="Times New Roman"/>
        </w:rPr>
        <w:t>Algun</w:t>
      </w:r>
      <w:r w:rsidR="00A432C3">
        <w:rPr>
          <w:rFonts w:ascii="Times New Roman" w:hAnsi="Times New Roman" w:cs="Times New Roman"/>
        </w:rPr>
        <w:t>os</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usuarios</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hacen</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su</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trámite</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por</w:t>
      </w:r>
      <w:proofErr w:type="spellEnd"/>
      <w:r w:rsidR="00A432C3">
        <w:rPr>
          <w:rFonts w:ascii="Times New Roman" w:hAnsi="Times New Roman" w:cs="Times New Roman"/>
        </w:rPr>
        <w:t xml:space="preserve"> medio de un </w:t>
      </w:r>
      <w:r w:rsidR="00A432C3" w:rsidRPr="08ABE368">
        <w:rPr>
          <w:rFonts w:ascii="Times New Roman" w:hAnsi="Times New Roman" w:cs="Times New Roman"/>
        </w:rPr>
        <w:t>gestor</w:t>
      </w:r>
      <w:r w:rsidR="6B8DE221" w:rsidRPr="08ABE368">
        <w:rPr>
          <w:rFonts w:ascii="Times New Roman" w:hAnsi="Times New Roman" w:cs="Times New Roman"/>
        </w:rPr>
        <w:t xml:space="preserve"> </w:t>
      </w:r>
      <w:proofErr w:type="spellStart"/>
      <w:r w:rsidR="6B8DE221" w:rsidRPr="08ABE368">
        <w:rPr>
          <w:rFonts w:ascii="Times New Roman" w:hAnsi="Times New Roman" w:cs="Times New Roman"/>
        </w:rPr>
        <w:t>que</w:t>
      </w:r>
      <w:proofErr w:type="spellEnd"/>
      <w:r w:rsidR="6B8DE221" w:rsidRPr="08ABE368">
        <w:rPr>
          <w:rFonts w:ascii="Times New Roman" w:hAnsi="Times New Roman" w:cs="Times New Roman"/>
        </w:rPr>
        <w:t xml:space="preserve">, </w:t>
      </w:r>
      <w:proofErr w:type="spellStart"/>
      <w:r w:rsidR="00A432C3" w:rsidRPr="08ABE368">
        <w:rPr>
          <w:rFonts w:ascii="Times New Roman" w:hAnsi="Times New Roman" w:cs="Times New Roman"/>
        </w:rPr>
        <w:t>en</w:t>
      </w:r>
      <w:proofErr w:type="spellEnd"/>
      <w:r w:rsidR="00A432C3">
        <w:rPr>
          <w:rFonts w:ascii="Times New Roman" w:hAnsi="Times New Roman" w:cs="Times New Roman"/>
        </w:rPr>
        <w:t xml:space="preserve"> </w:t>
      </w:r>
      <w:proofErr w:type="spellStart"/>
      <w:r w:rsidR="00A432C3">
        <w:rPr>
          <w:rFonts w:ascii="Times New Roman" w:hAnsi="Times New Roman" w:cs="Times New Roman"/>
        </w:rPr>
        <w:t>ocasiones</w:t>
      </w:r>
      <w:proofErr w:type="spellEnd"/>
      <w:r w:rsidR="008A6F09">
        <w:rPr>
          <w:rFonts w:ascii="Times New Roman" w:hAnsi="Times New Roman" w:cs="Times New Roman"/>
        </w:rPr>
        <w:t xml:space="preserve"> </w:t>
      </w:r>
      <w:proofErr w:type="spellStart"/>
      <w:r w:rsidR="008A6F09">
        <w:rPr>
          <w:rFonts w:ascii="Times New Roman" w:hAnsi="Times New Roman" w:cs="Times New Roman"/>
        </w:rPr>
        <w:t>lo</w:t>
      </w:r>
      <w:r w:rsidR="003F1F47">
        <w:rPr>
          <w:rFonts w:ascii="Times New Roman" w:hAnsi="Times New Roman" w:cs="Times New Roman"/>
        </w:rPr>
        <w:t>s</w:t>
      </w:r>
      <w:proofErr w:type="spellEnd"/>
      <w:r w:rsidR="003F1F47">
        <w:rPr>
          <w:rFonts w:ascii="Times New Roman" w:hAnsi="Times New Roman" w:cs="Times New Roman"/>
        </w:rPr>
        <w:t xml:space="preserve"> </w:t>
      </w:r>
      <w:proofErr w:type="spellStart"/>
      <w:r w:rsidR="003F1F47">
        <w:rPr>
          <w:rFonts w:ascii="Times New Roman" w:hAnsi="Times New Roman" w:cs="Times New Roman"/>
        </w:rPr>
        <w:t>asesoran</w:t>
      </w:r>
      <w:proofErr w:type="spellEnd"/>
      <w:r w:rsidR="003F1F47">
        <w:rPr>
          <w:rFonts w:ascii="Times New Roman" w:hAnsi="Times New Roman" w:cs="Times New Roman"/>
        </w:rPr>
        <w:t xml:space="preserve"> </w:t>
      </w:r>
      <w:proofErr w:type="spellStart"/>
      <w:r w:rsidR="003F1F47">
        <w:rPr>
          <w:rFonts w:ascii="Times New Roman" w:hAnsi="Times New Roman" w:cs="Times New Roman"/>
        </w:rPr>
        <w:t>incorrectamente</w:t>
      </w:r>
      <w:proofErr w:type="spellEnd"/>
      <w:r w:rsidR="003F1F47">
        <w:rPr>
          <w:rFonts w:ascii="Times New Roman" w:hAnsi="Times New Roman" w:cs="Times New Roman"/>
        </w:rPr>
        <w:t xml:space="preserve"> y </w:t>
      </w:r>
      <w:proofErr w:type="spellStart"/>
      <w:r w:rsidR="003F1F47">
        <w:rPr>
          <w:rFonts w:ascii="Times New Roman" w:hAnsi="Times New Roman" w:cs="Times New Roman"/>
        </w:rPr>
        <w:t>presentan</w:t>
      </w:r>
      <w:proofErr w:type="spellEnd"/>
      <w:r w:rsidR="003F1F47">
        <w:rPr>
          <w:rFonts w:ascii="Times New Roman" w:hAnsi="Times New Roman" w:cs="Times New Roman"/>
        </w:rPr>
        <w:t xml:space="preserve"> un </w:t>
      </w:r>
      <w:proofErr w:type="spellStart"/>
      <w:r w:rsidR="003F1F47">
        <w:rPr>
          <w:rFonts w:ascii="Times New Roman" w:hAnsi="Times New Roman" w:cs="Times New Roman"/>
        </w:rPr>
        <w:t>expediente</w:t>
      </w:r>
      <w:proofErr w:type="spellEnd"/>
      <w:r w:rsidR="003F1F47">
        <w:rPr>
          <w:rFonts w:ascii="Times New Roman" w:hAnsi="Times New Roman" w:cs="Times New Roman"/>
        </w:rPr>
        <w:t xml:space="preserve"> con </w:t>
      </w:r>
      <w:proofErr w:type="spellStart"/>
      <w:r w:rsidR="003F1F47">
        <w:rPr>
          <w:rFonts w:ascii="Times New Roman" w:hAnsi="Times New Roman" w:cs="Times New Roman"/>
        </w:rPr>
        <w:t>errores</w:t>
      </w:r>
      <w:proofErr w:type="spellEnd"/>
      <w:r w:rsidR="003F1F47">
        <w:rPr>
          <w:rFonts w:ascii="Times New Roman" w:hAnsi="Times New Roman" w:cs="Times New Roman"/>
        </w:rPr>
        <w:t xml:space="preserve"> o </w:t>
      </w:r>
      <w:proofErr w:type="spellStart"/>
      <w:r w:rsidR="003F1F47" w:rsidRPr="782F4CBE">
        <w:rPr>
          <w:rFonts w:ascii="Times New Roman" w:hAnsi="Times New Roman" w:cs="Times New Roman"/>
        </w:rPr>
        <w:t>incomplet</w:t>
      </w:r>
      <w:r w:rsidR="23059308" w:rsidRPr="782F4CBE">
        <w:rPr>
          <w:rFonts w:ascii="Times New Roman" w:hAnsi="Times New Roman" w:cs="Times New Roman"/>
        </w:rPr>
        <w:t>o</w:t>
      </w:r>
      <w:proofErr w:type="spellEnd"/>
      <w:r w:rsidR="003F1F47">
        <w:rPr>
          <w:rFonts w:ascii="Times New Roman" w:hAnsi="Times New Roman" w:cs="Times New Roman"/>
        </w:rPr>
        <w:t xml:space="preserve">, </w:t>
      </w:r>
      <w:proofErr w:type="spellStart"/>
      <w:r w:rsidR="00562946">
        <w:rPr>
          <w:rFonts w:ascii="Times New Roman" w:hAnsi="Times New Roman" w:cs="Times New Roman"/>
        </w:rPr>
        <w:t>razón</w:t>
      </w:r>
      <w:proofErr w:type="spellEnd"/>
      <w:r w:rsidR="00562946">
        <w:rPr>
          <w:rFonts w:ascii="Times New Roman" w:hAnsi="Times New Roman" w:cs="Times New Roman"/>
        </w:rPr>
        <w:t xml:space="preserve"> para </w:t>
      </w:r>
      <w:proofErr w:type="spellStart"/>
      <w:r w:rsidR="00562946">
        <w:rPr>
          <w:rFonts w:ascii="Times New Roman" w:hAnsi="Times New Roman" w:cs="Times New Roman"/>
        </w:rPr>
        <w:t>devolver</w:t>
      </w:r>
      <w:proofErr w:type="spellEnd"/>
      <w:r w:rsidR="00562946">
        <w:rPr>
          <w:rFonts w:ascii="Times New Roman" w:hAnsi="Times New Roman" w:cs="Times New Roman"/>
        </w:rPr>
        <w:t xml:space="preserve"> </w:t>
      </w:r>
      <w:proofErr w:type="spellStart"/>
      <w:r w:rsidR="00562946">
        <w:rPr>
          <w:rFonts w:ascii="Times New Roman" w:hAnsi="Times New Roman" w:cs="Times New Roman"/>
        </w:rPr>
        <w:t>el</w:t>
      </w:r>
      <w:proofErr w:type="spellEnd"/>
      <w:r w:rsidR="00562946">
        <w:rPr>
          <w:rFonts w:ascii="Times New Roman" w:hAnsi="Times New Roman" w:cs="Times New Roman"/>
        </w:rPr>
        <w:t xml:space="preserve"> </w:t>
      </w:r>
      <w:proofErr w:type="spellStart"/>
      <w:r w:rsidR="00562946">
        <w:rPr>
          <w:rFonts w:ascii="Times New Roman" w:hAnsi="Times New Roman" w:cs="Times New Roman"/>
        </w:rPr>
        <w:t>expediente</w:t>
      </w:r>
      <w:proofErr w:type="spellEnd"/>
      <w:r w:rsidR="00562946">
        <w:rPr>
          <w:rFonts w:ascii="Times New Roman" w:hAnsi="Times New Roman" w:cs="Times New Roman"/>
        </w:rPr>
        <w:t xml:space="preserve"> y </w:t>
      </w:r>
      <w:proofErr w:type="spellStart"/>
      <w:r w:rsidR="00562946">
        <w:rPr>
          <w:rFonts w:ascii="Times New Roman" w:hAnsi="Times New Roman" w:cs="Times New Roman"/>
        </w:rPr>
        <w:t>esto</w:t>
      </w:r>
      <w:proofErr w:type="spellEnd"/>
      <w:r w:rsidR="00562946">
        <w:rPr>
          <w:rFonts w:ascii="Times New Roman" w:hAnsi="Times New Roman" w:cs="Times New Roman"/>
        </w:rPr>
        <w:t xml:space="preserve"> </w:t>
      </w:r>
      <w:proofErr w:type="spellStart"/>
      <w:r w:rsidR="00562946">
        <w:rPr>
          <w:rFonts w:ascii="Times New Roman" w:hAnsi="Times New Roman" w:cs="Times New Roman"/>
        </w:rPr>
        <w:t>retrasa</w:t>
      </w:r>
      <w:proofErr w:type="spellEnd"/>
      <w:r w:rsidR="003E7604">
        <w:rPr>
          <w:rFonts w:ascii="Times New Roman" w:hAnsi="Times New Roman" w:cs="Times New Roman"/>
        </w:rPr>
        <w:t xml:space="preserve"> </w:t>
      </w:r>
      <w:proofErr w:type="spellStart"/>
      <w:r w:rsidR="003E7604">
        <w:rPr>
          <w:rFonts w:ascii="Times New Roman" w:hAnsi="Times New Roman" w:cs="Times New Roman"/>
        </w:rPr>
        <w:t>el</w:t>
      </w:r>
      <w:proofErr w:type="spellEnd"/>
      <w:r w:rsidR="003E7604">
        <w:rPr>
          <w:rFonts w:ascii="Times New Roman" w:hAnsi="Times New Roman" w:cs="Times New Roman"/>
        </w:rPr>
        <w:t xml:space="preserve"> </w:t>
      </w:r>
      <w:proofErr w:type="spellStart"/>
      <w:r w:rsidR="003E7604">
        <w:rPr>
          <w:rFonts w:ascii="Times New Roman" w:hAnsi="Times New Roman" w:cs="Times New Roman"/>
        </w:rPr>
        <w:t>proceso</w:t>
      </w:r>
      <w:proofErr w:type="spellEnd"/>
      <w:r w:rsidR="003E7604">
        <w:rPr>
          <w:rFonts w:ascii="Times New Roman" w:hAnsi="Times New Roman" w:cs="Times New Roman"/>
        </w:rPr>
        <w:t>.</w:t>
      </w:r>
      <w:r w:rsidR="00C25C7E">
        <w:rPr>
          <w:rFonts w:ascii="Times New Roman" w:hAnsi="Times New Roman" w:cs="Times New Roman"/>
        </w:rPr>
        <w:t xml:space="preserve"> </w:t>
      </w:r>
    </w:p>
    <w:p w14:paraId="77F3FA98" w14:textId="3AAB1A30" w:rsidR="0081157C" w:rsidRDefault="00562946" w:rsidP="003D33D5">
      <w:pPr>
        <w:jc w:val="both"/>
        <w:rPr>
          <w:rFonts w:ascii="Times New Roman" w:hAnsi="Times New Roman" w:cs="Times New Roman"/>
          <w:lang w:val="es-ES"/>
        </w:rPr>
      </w:pPr>
      <w:r>
        <w:rPr>
          <w:rFonts w:ascii="Times New Roman" w:hAnsi="Times New Roman" w:cs="Times New Roman"/>
          <w:lang w:val="es-ES"/>
        </w:rPr>
        <w:t>Menciona que c</w:t>
      </w:r>
      <w:r w:rsidR="0081157C" w:rsidRPr="0D7601C7">
        <w:rPr>
          <w:rFonts w:ascii="Times New Roman" w:hAnsi="Times New Roman" w:cs="Times New Roman"/>
          <w:lang w:val="es-ES"/>
        </w:rPr>
        <w:t>uando son contribuyentes voluntarios</w:t>
      </w:r>
      <w:r>
        <w:rPr>
          <w:rFonts w:ascii="Times New Roman" w:hAnsi="Times New Roman" w:cs="Times New Roman"/>
          <w:lang w:val="es-ES"/>
        </w:rPr>
        <w:t>, adicionalmente,</w:t>
      </w:r>
      <w:r w:rsidR="0081157C" w:rsidRPr="0D7601C7">
        <w:rPr>
          <w:rFonts w:ascii="Times New Roman" w:hAnsi="Times New Roman" w:cs="Times New Roman"/>
          <w:lang w:val="es-ES"/>
        </w:rPr>
        <w:t xml:space="preserve"> deben realizar el proceso de verificación de datos</w:t>
      </w:r>
      <w:r w:rsidR="00516163">
        <w:rPr>
          <w:rFonts w:ascii="Times New Roman" w:hAnsi="Times New Roman" w:cs="Times New Roman"/>
          <w:lang w:val="es-ES"/>
        </w:rPr>
        <w:t xml:space="preserve">, que tarda </w:t>
      </w:r>
      <w:r w:rsidR="58D09BA2" w:rsidRPr="586BEB36">
        <w:rPr>
          <w:rFonts w:ascii="Times New Roman" w:hAnsi="Times New Roman" w:cs="Times New Roman"/>
          <w:lang w:val="es-ES"/>
        </w:rPr>
        <w:t>a</w:t>
      </w:r>
      <w:r w:rsidR="00E817B2" w:rsidRPr="586BEB36">
        <w:rPr>
          <w:rFonts w:ascii="Times New Roman" w:hAnsi="Times New Roman" w:cs="Times New Roman"/>
          <w:lang w:val="es-ES"/>
        </w:rPr>
        <w:t>prox</w:t>
      </w:r>
      <w:r w:rsidR="46157066" w:rsidRPr="586BEB36">
        <w:rPr>
          <w:rFonts w:ascii="Times New Roman" w:hAnsi="Times New Roman" w:cs="Times New Roman"/>
          <w:lang w:val="es-ES"/>
        </w:rPr>
        <w:t>imadamente</w:t>
      </w:r>
      <w:r w:rsidR="00E817B2" w:rsidRPr="0D7601C7">
        <w:rPr>
          <w:rFonts w:ascii="Times New Roman" w:hAnsi="Times New Roman" w:cs="Times New Roman"/>
          <w:lang w:val="es-ES"/>
        </w:rPr>
        <w:t xml:space="preserve"> 2</w:t>
      </w:r>
      <w:r w:rsidR="005C0CFF" w:rsidRPr="0D7601C7">
        <w:rPr>
          <w:rFonts w:ascii="Times New Roman" w:hAnsi="Times New Roman" w:cs="Times New Roman"/>
          <w:lang w:val="es-ES"/>
        </w:rPr>
        <w:t>5</w:t>
      </w:r>
      <w:r w:rsidR="00E817B2" w:rsidRPr="0D7601C7">
        <w:rPr>
          <w:rFonts w:ascii="Times New Roman" w:hAnsi="Times New Roman" w:cs="Times New Roman"/>
          <w:lang w:val="es-ES"/>
        </w:rPr>
        <w:t xml:space="preserve"> minutos</w:t>
      </w:r>
      <w:r w:rsidR="3098FD02" w:rsidRPr="586BEB36">
        <w:rPr>
          <w:rFonts w:ascii="Times New Roman" w:hAnsi="Times New Roman" w:cs="Times New Roman"/>
          <w:lang w:val="es-ES"/>
        </w:rPr>
        <w:t>, para la búsqueda de expediente</w:t>
      </w:r>
      <w:r w:rsidR="00E817B2" w:rsidRPr="0D7601C7">
        <w:rPr>
          <w:rFonts w:ascii="Times New Roman" w:hAnsi="Times New Roman" w:cs="Times New Roman"/>
          <w:lang w:val="es-ES"/>
        </w:rPr>
        <w:t xml:space="preserve">. </w:t>
      </w:r>
    </w:p>
    <w:p w14:paraId="0FAFD0BD" w14:textId="338E444E" w:rsidR="001D355D" w:rsidRPr="001D13E2" w:rsidRDefault="00167AA3" w:rsidP="003D33D5">
      <w:pPr>
        <w:jc w:val="both"/>
        <w:rPr>
          <w:rFonts w:ascii="Times New Roman" w:hAnsi="Times New Roman" w:cs="Times New Roman"/>
        </w:rPr>
      </w:pPr>
      <w:proofErr w:type="spellStart"/>
      <w:r>
        <w:rPr>
          <w:rFonts w:ascii="Times New Roman" w:hAnsi="Times New Roman" w:cs="Times New Roman"/>
        </w:rPr>
        <w:t>Destaca</w:t>
      </w:r>
      <w:proofErr w:type="spellEnd"/>
      <w:r>
        <w:rPr>
          <w:rFonts w:ascii="Times New Roman" w:hAnsi="Times New Roman" w:cs="Times New Roman"/>
        </w:rPr>
        <w:t xml:space="preserve"> </w:t>
      </w:r>
      <w:proofErr w:type="spellStart"/>
      <w:r>
        <w:rPr>
          <w:rFonts w:ascii="Times New Roman" w:hAnsi="Times New Roman" w:cs="Times New Roman"/>
        </w:rPr>
        <w:t>que</w:t>
      </w:r>
      <w:proofErr w:type="spellEnd"/>
      <w:r>
        <w:rPr>
          <w:rFonts w:ascii="Times New Roman" w:hAnsi="Times New Roman" w:cs="Times New Roman"/>
        </w:rPr>
        <w:t xml:space="preserve"> al </w:t>
      </w:r>
      <w:proofErr w:type="spellStart"/>
      <w:r>
        <w:rPr>
          <w:rFonts w:ascii="Times New Roman" w:hAnsi="Times New Roman" w:cs="Times New Roman"/>
        </w:rPr>
        <w:t>momento</w:t>
      </w:r>
      <w:proofErr w:type="spellEnd"/>
      <w:r>
        <w:rPr>
          <w:rFonts w:ascii="Times New Roman" w:hAnsi="Times New Roman" w:cs="Times New Roman"/>
        </w:rPr>
        <w:t xml:space="preserve"> </w:t>
      </w:r>
      <w:proofErr w:type="spellStart"/>
      <w:r>
        <w:rPr>
          <w:rFonts w:ascii="Times New Roman" w:hAnsi="Times New Roman" w:cs="Times New Roman"/>
        </w:rPr>
        <w:t>disponen</w:t>
      </w:r>
      <w:proofErr w:type="spellEnd"/>
      <w:r>
        <w:rPr>
          <w:rFonts w:ascii="Times New Roman" w:hAnsi="Times New Roman" w:cs="Times New Roman"/>
        </w:rPr>
        <w:t xml:space="preserve"> de 14 </w:t>
      </w:r>
      <w:proofErr w:type="spellStart"/>
      <w:r>
        <w:rPr>
          <w:rFonts w:ascii="Times New Roman" w:hAnsi="Times New Roman" w:cs="Times New Roman"/>
        </w:rPr>
        <w:t>ventanillas</w:t>
      </w:r>
      <w:proofErr w:type="spellEnd"/>
      <w:r w:rsidR="36FE632F" w:rsidRPr="316816E4">
        <w:rPr>
          <w:rFonts w:ascii="Times New Roman" w:hAnsi="Times New Roman" w:cs="Times New Roman"/>
        </w:rPr>
        <w:t>. In</w:t>
      </w:r>
      <w:proofErr w:type="spellStart"/>
      <w:r w:rsidR="39F3DD6B" w:rsidRPr="316816E4">
        <w:rPr>
          <w:rFonts w:ascii="Times New Roman" w:hAnsi="Times New Roman" w:cs="Times New Roman"/>
          <w:lang w:val="es-ES"/>
        </w:rPr>
        <w:t>dica</w:t>
      </w:r>
      <w:proofErr w:type="spellEnd"/>
      <w:r w:rsidR="39F3DD6B" w:rsidRPr="723482A0">
        <w:rPr>
          <w:rFonts w:ascii="Times New Roman" w:hAnsi="Times New Roman" w:cs="Times New Roman"/>
          <w:lang w:val="es-ES"/>
        </w:rPr>
        <w:t xml:space="preserve"> que más del 50% de personas llegan solo a consultas</w:t>
      </w:r>
      <w:r w:rsidR="001D13E2">
        <w:rPr>
          <w:rFonts w:ascii="Times New Roman" w:hAnsi="Times New Roman" w:cs="Times New Roman"/>
          <w:lang w:val="es-ES"/>
        </w:rPr>
        <w:t xml:space="preserve">, </w:t>
      </w:r>
      <w:r w:rsidR="00386DA3">
        <w:rPr>
          <w:rFonts w:ascii="Times New Roman" w:hAnsi="Times New Roman" w:cs="Times New Roman"/>
          <w:lang w:val="es-ES"/>
        </w:rPr>
        <w:t>y el otro 50%</w:t>
      </w:r>
      <w:r w:rsidR="006628A6">
        <w:rPr>
          <w:rFonts w:ascii="Times New Roman" w:hAnsi="Times New Roman" w:cs="Times New Roman"/>
          <w:lang w:val="es-ES"/>
        </w:rPr>
        <w:t xml:space="preserve"> realiza diferentes trámites.</w:t>
      </w:r>
      <w:r w:rsidR="00DC005B">
        <w:rPr>
          <w:rFonts w:ascii="Times New Roman" w:hAnsi="Times New Roman" w:cs="Times New Roman"/>
          <w:lang w:val="es-ES"/>
        </w:rPr>
        <w:t xml:space="preserve"> A pesar de que se disponen de otros medios de seguimiento (consulta en línea, </w:t>
      </w:r>
      <w:proofErr w:type="spellStart"/>
      <w:r w:rsidR="002C29B9">
        <w:rPr>
          <w:rFonts w:ascii="Times New Roman" w:hAnsi="Times New Roman" w:cs="Times New Roman"/>
          <w:lang w:val="es-ES"/>
        </w:rPr>
        <w:t>call</w:t>
      </w:r>
      <w:proofErr w:type="spellEnd"/>
      <w:r w:rsidR="002C29B9">
        <w:rPr>
          <w:rFonts w:ascii="Times New Roman" w:hAnsi="Times New Roman" w:cs="Times New Roman"/>
          <w:lang w:val="es-ES"/>
        </w:rPr>
        <w:t xml:space="preserve"> center).</w:t>
      </w:r>
    </w:p>
    <w:p w14:paraId="32ED91E6" w14:textId="5E557C56" w:rsidR="00F20BF4" w:rsidRDefault="00E05F47" w:rsidP="003D33D5">
      <w:pPr>
        <w:jc w:val="both"/>
        <w:rPr>
          <w:rFonts w:ascii="Times New Roman" w:hAnsi="Times New Roman" w:cs="Times New Roman"/>
          <w:lang w:val="es-ES"/>
        </w:rPr>
      </w:pPr>
      <w:r>
        <w:rPr>
          <w:rFonts w:ascii="Times New Roman" w:hAnsi="Times New Roman" w:cs="Times New Roman"/>
          <w:lang w:val="es-ES"/>
        </w:rPr>
        <w:t>Menciona que es necesario realizar c</w:t>
      </w:r>
      <w:r w:rsidR="001D355D">
        <w:rPr>
          <w:rFonts w:ascii="Times New Roman" w:hAnsi="Times New Roman" w:cs="Times New Roman"/>
          <w:lang w:val="es-ES"/>
        </w:rPr>
        <w:t xml:space="preserve">ampañas con otros ministerios, </w:t>
      </w:r>
      <w:r w:rsidR="00300DC4">
        <w:rPr>
          <w:rFonts w:ascii="Times New Roman" w:hAnsi="Times New Roman" w:cs="Times New Roman"/>
          <w:lang w:val="es-ES"/>
        </w:rPr>
        <w:t>con la intención de hacer un llamado</w:t>
      </w:r>
      <w:r w:rsidR="0070419F">
        <w:rPr>
          <w:rFonts w:ascii="Times New Roman" w:hAnsi="Times New Roman" w:cs="Times New Roman"/>
          <w:lang w:val="es-ES"/>
        </w:rPr>
        <w:t xml:space="preserve"> de apoyo</w:t>
      </w:r>
      <w:r w:rsidR="00300DC4">
        <w:rPr>
          <w:rFonts w:ascii="Times New Roman" w:hAnsi="Times New Roman" w:cs="Times New Roman"/>
          <w:lang w:val="es-ES"/>
        </w:rPr>
        <w:t xml:space="preserve"> </w:t>
      </w:r>
      <w:r w:rsidR="00404DE0">
        <w:rPr>
          <w:rFonts w:ascii="Times New Roman" w:hAnsi="Times New Roman" w:cs="Times New Roman"/>
          <w:lang w:val="es-ES"/>
        </w:rPr>
        <w:t>para que</w:t>
      </w:r>
      <w:r w:rsidR="00300DC4">
        <w:rPr>
          <w:rFonts w:ascii="Times New Roman" w:hAnsi="Times New Roman" w:cs="Times New Roman"/>
          <w:lang w:val="es-ES"/>
        </w:rPr>
        <w:t xml:space="preserve"> la emisión de certificaciones </w:t>
      </w:r>
      <w:r w:rsidR="00636AF4">
        <w:rPr>
          <w:rFonts w:ascii="Times New Roman" w:hAnsi="Times New Roman" w:cs="Times New Roman"/>
          <w:lang w:val="es-ES"/>
        </w:rPr>
        <w:t>se realice con los</w:t>
      </w:r>
      <w:r w:rsidR="00D01E86">
        <w:rPr>
          <w:rFonts w:ascii="Times New Roman" w:hAnsi="Times New Roman" w:cs="Times New Roman"/>
          <w:lang w:val="es-ES"/>
        </w:rPr>
        <w:t xml:space="preserve"> datos correctos</w:t>
      </w:r>
      <w:r w:rsidR="00636AF4">
        <w:rPr>
          <w:rFonts w:ascii="Times New Roman" w:hAnsi="Times New Roman" w:cs="Times New Roman"/>
          <w:lang w:val="es-ES"/>
        </w:rPr>
        <w:t>, ya que</w:t>
      </w:r>
      <w:r w:rsidR="00D01E86">
        <w:rPr>
          <w:rFonts w:ascii="Times New Roman" w:hAnsi="Times New Roman" w:cs="Times New Roman"/>
          <w:lang w:val="es-ES"/>
        </w:rPr>
        <w:t xml:space="preserve"> es clave para que los expedientes avancen </w:t>
      </w:r>
      <w:r w:rsidR="00E53D32">
        <w:rPr>
          <w:rFonts w:ascii="Times New Roman" w:hAnsi="Times New Roman" w:cs="Times New Roman"/>
          <w:lang w:val="es-ES"/>
        </w:rPr>
        <w:t>m</w:t>
      </w:r>
      <w:r w:rsidR="00200BDE">
        <w:rPr>
          <w:rFonts w:ascii="Times New Roman" w:hAnsi="Times New Roman" w:cs="Times New Roman"/>
          <w:lang w:val="es-ES"/>
        </w:rPr>
        <w:t>ás rápido.</w:t>
      </w:r>
      <w:r w:rsidR="00D844A4">
        <w:rPr>
          <w:rFonts w:ascii="Times New Roman" w:hAnsi="Times New Roman" w:cs="Times New Roman"/>
          <w:lang w:val="es-ES"/>
        </w:rPr>
        <w:t xml:space="preserve"> Así también indica que</w:t>
      </w:r>
      <w:r w:rsidR="00636AF4">
        <w:rPr>
          <w:rFonts w:ascii="Times New Roman" w:hAnsi="Times New Roman" w:cs="Times New Roman"/>
          <w:lang w:val="es-ES"/>
        </w:rPr>
        <w:t>,</w:t>
      </w:r>
      <w:r w:rsidR="00D844A4">
        <w:rPr>
          <w:rFonts w:ascii="Times New Roman" w:hAnsi="Times New Roman" w:cs="Times New Roman"/>
          <w:lang w:val="es-ES"/>
        </w:rPr>
        <w:t xml:space="preserve"> al momento de </w:t>
      </w:r>
      <w:r w:rsidR="00636AF4">
        <w:rPr>
          <w:rFonts w:ascii="Times New Roman" w:hAnsi="Times New Roman" w:cs="Times New Roman"/>
          <w:lang w:val="es-ES"/>
        </w:rPr>
        <w:t>realizar</w:t>
      </w:r>
      <w:r w:rsidR="00D844A4">
        <w:rPr>
          <w:rFonts w:ascii="Times New Roman" w:hAnsi="Times New Roman" w:cs="Times New Roman"/>
          <w:lang w:val="es-ES"/>
        </w:rPr>
        <w:t xml:space="preserve"> </w:t>
      </w:r>
      <w:r w:rsidR="00636AF4">
        <w:rPr>
          <w:rFonts w:ascii="Times New Roman" w:hAnsi="Times New Roman" w:cs="Times New Roman"/>
          <w:lang w:val="es-ES"/>
        </w:rPr>
        <w:t>el proceso de</w:t>
      </w:r>
      <w:r w:rsidR="00D844A4">
        <w:rPr>
          <w:rFonts w:ascii="Times New Roman" w:hAnsi="Times New Roman" w:cs="Times New Roman"/>
          <w:lang w:val="es-ES"/>
        </w:rPr>
        <w:t xml:space="preserve"> verificación de información</w:t>
      </w:r>
      <w:r w:rsidR="00636AF4">
        <w:rPr>
          <w:rFonts w:ascii="Times New Roman" w:hAnsi="Times New Roman" w:cs="Times New Roman"/>
          <w:lang w:val="es-ES"/>
        </w:rPr>
        <w:t xml:space="preserve"> (datos)</w:t>
      </w:r>
      <w:r w:rsidR="00D844A4">
        <w:rPr>
          <w:rFonts w:ascii="Times New Roman" w:hAnsi="Times New Roman" w:cs="Times New Roman"/>
          <w:lang w:val="es-ES"/>
        </w:rPr>
        <w:t xml:space="preserve"> con otr</w:t>
      </w:r>
      <w:r w:rsidR="00F03A55">
        <w:rPr>
          <w:rFonts w:ascii="Times New Roman" w:hAnsi="Times New Roman" w:cs="Times New Roman"/>
          <w:lang w:val="es-ES"/>
        </w:rPr>
        <w:t>as instituciones, la respuesta tarda en llegar.</w:t>
      </w:r>
      <w:r w:rsidR="00FA335C">
        <w:rPr>
          <w:rFonts w:ascii="Times New Roman" w:hAnsi="Times New Roman" w:cs="Times New Roman"/>
          <w:lang w:val="es-ES"/>
        </w:rPr>
        <w:t xml:space="preserve"> </w:t>
      </w:r>
      <w:r w:rsidR="00A721B5">
        <w:rPr>
          <w:rFonts w:ascii="Times New Roman" w:hAnsi="Times New Roman" w:cs="Times New Roman"/>
          <w:lang w:val="es-ES"/>
        </w:rPr>
        <w:t xml:space="preserve">Menciona que </w:t>
      </w:r>
      <w:r w:rsidR="00C56286">
        <w:rPr>
          <w:rFonts w:ascii="Times New Roman" w:hAnsi="Times New Roman" w:cs="Times New Roman"/>
          <w:lang w:val="es-ES"/>
        </w:rPr>
        <w:t xml:space="preserve">se presenta </w:t>
      </w:r>
      <w:r w:rsidR="006F5C00">
        <w:rPr>
          <w:rFonts w:ascii="Times New Roman" w:hAnsi="Times New Roman" w:cs="Times New Roman"/>
          <w:lang w:val="es-ES"/>
        </w:rPr>
        <w:t xml:space="preserve">una brecha en sistemas, que </w:t>
      </w:r>
      <w:r w:rsidR="00ED1AA2">
        <w:rPr>
          <w:rFonts w:ascii="Times New Roman" w:hAnsi="Times New Roman" w:cs="Times New Roman"/>
          <w:lang w:val="es-ES"/>
        </w:rPr>
        <w:t xml:space="preserve">limita </w:t>
      </w:r>
      <w:r w:rsidR="003D36C3">
        <w:rPr>
          <w:rFonts w:ascii="Times New Roman" w:hAnsi="Times New Roman" w:cs="Times New Roman"/>
          <w:lang w:val="es-ES"/>
        </w:rPr>
        <w:t>la fluidez en los procesos.</w:t>
      </w:r>
    </w:p>
    <w:p w14:paraId="26D75C64" w14:textId="0B175DDD" w:rsidR="00CE30A1" w:rsidRPr="00F20BF4" w:rsidRDefault="00CE30A1" w:rsidP="003D33D5">
      <w:pPr>
        <w:jc w:val="both"/>
        <w:rPr>
          <w:rFonts w:ascii="Times New Roman" w:hAnsi="Times New Roman" w:cs="Times New Roman"/>
          <w:lang w:val="es-ES"/>
        </w:rPr>
      </w:pPr>
      <w:r>
        <w:rPr>
          <w:rFonts w:ascii="Times New Roman" w:hAnsi="Times New Roman" w:cs="Times New Roman"/>
          <w:lang w:val="es-ES"/>
        </w:rPr>
        <w:t xml:space="preserve">Lcda. </w:t>
      </w:r>
      <w:proofErr w:type="spellStart"/>
      <w:r w:rsidR="00FA335C" w:rsidRPr="3E8A6E85">
        <w:rPr>
          <w:rFonts w:ascii="Times New Roman" w:hAnsi="Times New Roman" w:cs="Times New Roman"/>
          <w:lang w:val="es-ES"/>
        </w:rPr>
        <w:t>Maris</w:t>
      </w:r>
      <w:r w:rsidR="0282D594" w:rsidRPr="3E8A6E85">
        <w:rPr>
          <w:rFonts w:ascii="Times New Roman" w:hAnsi="Times New Roman" w:cs="Times New Roman"/>
          <w:lang w:val="es-ES"/>
        </w:rPr>
        <w:t>s</w:t>
      </w:r>
      <w:r w:rsidR="00FA335C" w:rsidRPr="3E8A6E85">
        <w:rPr>
          <w:rFonts w:ascii="Times New Roman" w:hAnsi="Times New Roman" w:cs="Times New Roman"/>
          <w:lang w:val="es-ES"/>
        </w:rPr>
        <w:t>a</w:t>
      </w:r>
      <w:proofErr w:type="spellEnd"/>
      <w:r w:rsidR="00FA335C">
        <w:rPr>
          <w:rFonts w:ascii="Times New Roman" w:hAnsi="Times New Roman" w:cs="Times New Roman"/>
          <w:lang w:val="es-ES"/>
        </w:rPr>
        <w:t xml:space="preserve"> Anleu, </w:t>
      </w:r>
      <w:r>
        <w:rPr>
          <w:rFonts w:ascii="Times New Roman" w:hAnsi="Times New Roman" w:cs="Times New Roman"/>
          <w:lang w:val="es-ES"/>
        </w:rPr>
        <w:t>indica que</w:t>
      </w:r>
      <w:r w:rsidR="00974E80">
        <w:rPr>
          <w:rFonts w:ascii="Times New Roman" w:hAnsi="Times New Roman" w:cs="Times New Roman"/>
          <w:lang w:val="es-ES"/>
        </w:rPr>
        <w:t>,</w:t>
      </w:r>
      <w:r>
        <w:rPr>
          <w:rFonts w:ascii="Times New Roman" w:hAnsi="Times New Roman" w:cs="Times New Roman"/>
          <w:lang w:val="es-ES"/>
        </w:rPr>
        <w:t xml:space="preserve"> aunque se </w:t>
      </w:r>
      <w:r w:rsidR="00974E80">
        <w:rPr>
          <w:rFonts w:ascii="Times New Roman" w:hAnsi="Times New Roman" w:cs="Times New Roman"/>
          <w:lang w:val="es-ES"/>
        </w:rPr>
        <w:t>cuenten con</w:t>
      </w:r>
      <w:r>
        <w:rPr>
          <w:rFonts w:ascii="Times New Roman" w:hAnsi="Times New Roman" w:cs="Times New Roman"/>
          <w:lang w:val="es-ES"/>
        </w:rPr>
        <w:t xml:space="preserve"> 14 ventanillas</w:t>
      </w:r>
      <w:r w:rsidR="00974E80">
        <w:rPr>
          <w:rFonts w:ascii="Times New Roman" w:hAnsi="Times New Roman" w:cs="Times New Roman"/>
          <w:lang w:val="es-ES"/>
        </w:rPr>
        <w:t xml:space="preserve"> de atención</w:t>
      </w:r>
      <w:r>
        <w:rPr>
          <w:rFonts w:ascii="Times New Roman" w:hAnsi="Times New Roman" w:cs="Times New Roman"/>
          <w:lang w:val="es-ES"/>
        </w:rPr>
        <w:t>, no siempre están</w:t>
      </w:r>
      <w:r w:rsidR="00A11B9C">
        <w:rPr>
          <w:rFonts w:ascii="Times New Roman" w:hAnsi="Times New Roman" w:cs="Times New Roman"/>
          <w:lang w:val="es-ES"/>
        </w:rPr>
        <w:t xml:space="preserve"> todas</w:t>
      </w:r>
      <w:r>
        <w:rPr>
          <w:rFonts w:ascii="Times New Roman" w:hAnsi="Times New Roman" w:cs="Times New Roman"/>
          <w:lang w:val="es-ES"/>
        </w:rPr>
        <w:t xml:space="preserve"> abiertas </w:t>
      </w:r>
      <w:r w:rsidR="00A11B9C">
        <w:rPr>
          <w:rFonts w:ascii="Times New Roman" w:hAnsi="Times New Roman" w:cs="Times New Roman"/>
          <w:lang w:val="es-ES"/>
        </w:rPr>
        <w:t>al público</w:t>
      </w:r>
      <w:r>
        <w:rPr>
          <w:rFonts w:ascii="Times New Roman" w:hAnsi="Times New Roman" w:cs="Times New Roman"/>
          <w:lang w:val="es-ES"/>
        </w:rPr>
        <w:t xml:space="preserve">, esto debido a </w:t>
      </w:r>
      <w:r w:rsidR="00B65643">
        <w:rPr>
          <w:rFonts w:ascii="Times New Roman" w:hAnsi="Times New Roman" w:cs="Times New Roman"/>
          <w:lang w:val="es-ES"/>
        </w:rPr>
        <w:t>diferentes razones relacionadas a personal.</w:t>
      </w:r>
    </w:p>
    <w:p w14:paraId="2C7B0EAC" w14:textId="6690CDC6" w:rsidR="00163E73" w:rsidRDefault="003D33D5" w:rsidP="00163E73">
      <w:pPr>
        <w:jc w:val="both"/>
        <w:rPr>
          <w:rFonts w:ascii="Times New Roman" w:hAnsi="Times New Roman" w:cs="Times New Roman"/>
          <w:b/>
        </w:rPr>
      </w:pPr>
      <w:r w:rsidRPr="00597299">
        <w:rPr>
          <w:rFonts w:ascii="Times New Roman" w:hAnsi="Times New Roman" w:cs="Times New Roman"/>
          <w:b/>
          <w:bCs/>
        </w:rPr>
        <w:t>Hito 2: “</w:t>
      </w:r>
      <w:proofErr w:type="spellStart"/>
      <w:r w:rsidR="004353AE" w:rsidRPr="004353AE">
        <w:rPr>
          <w:rFonts w:ascii="Times New Roman" w:hAnsi="Times New Roman" w:cs="Times New Roman"/>
          <w:b/>
          <w:bCs/>
        </w:rPr>
        <w:t>Diseño</w:t>
      </w:r>
      <w:proofErr w:type="spellEnd"/>
      <w:r w:rsidR="004353AE" w:rsidRPr="004353AE">
        <w:rPr>
          <w:rFonts w:ascii="Times New Roman" w:hAnsi="Times New Roman" w:cs="Times New Roman"/>
          <w:b/>
          <w:bCs/>
        </w:rPr>
        <w:t xml:space="preserve"> e </w:t>
      </w:r>
      <w:proofErr w:type="spellStart"/>
      <w:r w:rsidR="004353AE" w:rsidRPr="004353AE">
        <w:rPr>
          <w:rFonts w:ascii="Times New Roman" w:hAnsi="Times New Roman" w:cs="Times New Roman"/>
          <w:b/>
          <w:bCs/>
        </w:rPr>
        <w:t>implementación</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estratégica</w:t>
      </w:r>
      <w:proofErr w:type="spellEnd"/>
      <w:r w:rsidR="004353AE" w:rsidRPr="004353AE">
        <w:rPr>
          <w:rFonts w:ascii="Times New Roman" w:hAnsi="Times New Roman" w:cs="Times New Roman"/>
          <w:b/>
          <w:bCs/>
        </w:rPr>
        <w:t xml:space="preserve"> de </w:t>
      </w:r>
      <w:proofErr w:type="spellStart"/>
      <w:r w:rsidR="004353AE" w:rsidRPr="004353AE">
        <w:rPr>
          <w:rFonts w:ascii="Times New Roman" w:hAnsi="Times New Roman" w:cs="Times New Roman"/>
          <w:b/>
          <w:bCs/>
        </w:rPr>
        <w:t>instrumentos</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técnicos</w:t>
      </w:r>
      <w:proofErr w:type="spellEnd"/>
      <w:r w:rsidR="004353AE" w:rsidRPr="004353AE">
        <w:rPr>
          <w:rFonts w:ascii="Times New Roman" w:hAnsi="Times New Roman" w:cs="Times New Roman"/>
          <w:b/>
          <w:bCs/>
        </w:rPr>
        <w:t xml:space="preserve"> para </w:t>
      </w:r>
      <w:proofErr w:type="spellStart"/>
      <w:r w:rsidR="004353AE" w:rsidRPr="004353AE">
        <w:rPr>
          <w:rFonts w:ascii="Times New Roman" w:hAnsi="Times New Roman" w:cs="Times New Roman"/>
          <w:b/>
          <w:bCs/>
        </w:rPr>
        <w:t>optimizar</w:t>
      </w:r>
      <w:proofErr w:type="spellEnd"/>
      <w:r w:rsidR="004353AE" w:rsidRPr="004353AE">
        <w:rPr>
          <w:rFonts w:ascii="Times New Roman" w:hAnsi="Times New Roman" w:cs="Times New Roman"/>
          <w:b/>
          <w:bCs/>
        </w:rPr>
        <w:t xml:space="preserve"> la </w:t>
      </w:r>
      <w:proofErr w:type="spellStart"/>
      <w:r w:rsidR="004353AE" w:rsidRPr="004353AE">
        <w:rPr>
          <w:rFonts w:ascii="Times New Roman" w:hAnsi="Times New Roman" w:cs="Times New Roman"/>
          <w:b/>
          <w:bCs/>
        </w:rPr>
        <w:t>dinámica</w:t>
      </w:r>
      <w:proofErr w:type="spellEnd"/>
      <w:r w:rsidR="004353AE" w:rsidRPr="004353AE">
        <w:rPr>
          <w:rFonts w:ascii="Times New Roman" w:hAnsi="Times New Roman" w:cs="Times New Roman"/>
          <w:b/>
          <w:bCs/>
        </w:rPr>
        <w:t xml:space="preserve"> de </w:t>
      </w:r>
      <w:proofErr w:type="spellStart"/>
      <w:r w:rsidR="004353AE" w:rsidRPr="004353AE">
        <w:rPr>
          <w:rFonts w:ascii="Times New Roman" w:hAnsi="Times New Roman" w:cs="Times New Roman"/>
          <w:b/>
          <w:bCs/>
        </w:rPr>
        <w:t>trabajo</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unificar</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criterios</w:t>
      </w:r>
      <w:proofErr w:type="spellEnd"/>
      <w:r w:rsidR="004353AE" w:rsidRPr="004353AE">
        <w:rPr>
          <w:rFonts w:ascii="Times New Roman" w:hAnsi="Times New Roman" w:cs="Times New Roman"/>
          <w:b/>
          <w:bCs/>
        </w:rPr>
        <w:t xml:space="preserve"> de </w:t>
      </w:r>
      <w:proofErr w:type="spellStart"/>
      <w:r w:rsidR="004353AE" w:rsidRPr="004353AE">
        <w:rPr>
          <w:rFonts w:ascii="Times New Roman" w:hAnsi="Times New Roman" w:cs="Times New Roman"/>
          <w:b/>
          <w:bCs/>
        </w:rPr>
        <w:t>análisis</w:t>
      </w:r>
      <w:proofErr w:type="spellEnd"/>
      <w:r w:rsidR="004353AE" w:rsidRPr="004353AE">
        <w:rPr>
          <w:rFonts w:ascii="Times New Roman" w:hAnsi="Times New Roman" w:cs="Times New Roman"/>
          <w:b/>
          <w:bCs/>
        </w:rPr>
        <w:t xml:space="preserve"> y </w:t>
      </w:r>
      <w:proofErr w:type="spellStart"/>
      <w:r w:rsidR="004353AE" w:rsidRPr="004353AE">
        <w:rPr>
          <w:rFonts w:ascii="Times New Roman" w:hAnsi="Times New Roman" w:cs="Times New Roman"/>
          <w:b/>
          <w:bCs/>
        </w:rPr>
        <w:t>minimizar</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el</w:t>
      </w:r>
      <w:proofErr w:type="spellEnd"/>
      <w:r w:rsidR="004353AE" w:rsidRPr="004353AE">
        <w:rPr>
          <w:rFonts w:ascii="Times New Roman" w:hAnsi="Times New Roman" w:cs="Times New Roman"/>
          <w:b/>
          <w:bCs/>
        </w:rPr>
        <w:t xml:space="preserve"> </w:t>
      </w:r>
      <w:proofErr w:type="spellStart"/>
      <w:r w:rsidR="004353AE" w:rsidRPr="004353AE">
        <w:rPr>
          <w:rFonts w:ascii="Times New Roman" w:hAnsi="Times New Roman" w:cs="Times New Roman"/>
          <w:b/>
          <w:bCs/>
        </w:rPr>
        <w:t>margen</w:t>
      </w:r>
      <w:proofErr w:type="spellEnd"/>
      <w:r w:rsidR="004353AE" w:rsidRPr="004353AE">
        <w:rPr>
          <w:rFonts w:ascii="Times New Roman" w:hAnsi="Times New Roman" w:cs="Times New Roman"/>
          <w:b/>
          <w:bCs/>
        </w:rPr>
        <w:t xml:space="preserve"> de error </w:t>
      </w:r>
      <w:proofErr w:type="spellStart"/>
      <w:r w:rsidR="004353AE" w:rsidRPr="004353AE">
        <w:rPr>
          <w:rFonts w:ascii="Times New Roman" w:hAnsi="Times New Roman" w:cs="Times New Roman"/>
          <w:b/>
          <w:bCs/>
        </w:rPr>
        <w:t>humano</w:t>
      </w:r>
      <w:proofErr w:type="spellEnd"/>
      <w:r w:rsidR="00EF0114" w:rsidRPr="00597299">
        <w:rPr>
          <w:rFonts w:ascii="Times New Roman" w:hAnsi="Times New Roman" w:cs="Times New Roman"/>
          <w:b/>
          <w:bCs/>
        </w:rPr>
        <w:t>.”</w:t>
      </w:r>
    </w:p>
    <w:p w14:paraId="1E8DB4ED" w14:textId="44BB9129" w:rsidR="003E2D6F" w:rsidRPr="00F20BF4" w:rsidRDefault="507F26D3" w:rsidP="00811C7A">
      <w:pPr>
        <w:spacing w:after="0" w:line="240" w:lineRule="auto"/>
        <w:jc w:val="both"/>
        <w:rPr>
          <w:rFonts w:ascii="Times New Roman" w:hAnsi="Times New Roman" w:cs="Times New Roman"/>
        </w:rPr>
      </w:pPr>
      <w:r w:rsidRPr="3D60D166">
        <w:rPr>
          <w:rFonts w:ascii="Times New Roman" w:hAnsi="Times New Roman" w:cs="Times New Roman"/>
        </w:rPr>
        <w:t>Lcda.</w:t>
      </w:r>
      <w:r w:rsidR="4AC3FC7B" w:rsidRPr="3D60D166">
        <w:rPr>
          <w:rFonts w:ascii="Times New Roman" w:hAnsi="Times New Roman" w:cs="Times New Roman"/>
        </w:rPr>
        <w:t xml:space="preserve"> Victoria</w:t>
      </w:r>
      <w:r w:rsidRPr="3D60D166">
        <w:rPr>
          <w:rFonts w:ascii="Times New Roman" w:hAnsi="Times New Roman" w:cs="Times New Roman"/>
        </w:rPr>
        <w:t xml:space="preserve"> </w:t>
      </w:r>
      <w:r w:rsidR="49D11589" w:rsidRPr="3D60D166">
        <w:rPr>
          <w:rFonts w:ascii="Times New Roman" w:hAnsi="Times New Roman" w:cs="Times New Roman"/>
        </w:rPr>
        <w:t>Quiñonez</w:t>
      </w:r>
      <w:r w:rsidR="6CC60347" w:rsidRPr="3D60D166">
        <w:rPr>
          <w:rFonts w:ascii="Times New Roman" w:hAnsi="Times New Roman" w:cs="Times New Roman"/>
        </w:rPr>
        <w:t>,</w:t>
      </w:r>
      <w:r w:rsidR="49D11589" w:rsidRPr="3D60D166">
        <w:rPr>
          <w:rFonts w:ascii="Times New Roman" w:hAnsi="Times New Roman" w:cs="Times New Roman"/>
        </w:rPr>
        <w:t xml:space="preserve"> m</w:t>
      </w:r>
      <w:r w:rsidR="5CC64083" w:rsidRPr="3D60D166">
        <w:rPr>
          <w:rFonts w:ascii="Times New Roman" w:hAnsi="Times New Roman" w:cs="Times New Roman"/>
        </w:rPr>
        <w:t>enciona que el</w:t>
      </w:r>
      <w:r w:rsidR="2A42A366" w:rsidRPr="3D60D166">
        <w:rPr>
          <w:rFonts w:ascii="Times New Roman" w:hAnsi="Times New Roman" w:cs="Times New Roman"/>
        </w:rPr>
        <w:t xml:space="preserve"> área </w:t>
      </w:r>
      <w:r w:rsidR="44731E47" w:rsidRPr="3D60D166">
        <w:rPr>
          <w:rFonts w:ascii="Times New Roman" w:hAnsi="Times New Roman" w:cs="Times New Roman"/>
        </w:rPr>
        <w:t xml:space="preserve">de </w:t>
      </w:r>
      <w:r w:rsidR="4890F5EE" w:rsidRPr="3D60D166">
        <w:rPr>
          <w:rFonts w:ascii="Times New Roman" w:hAnsi="Times New Roman" w:cs="Times New Roman"/>
        </w:rPr>
        <w:t>tecnol</w:t>
      </w:r>
      <w:r w:rsidR="3DDD6B63" w:rsidRPr="3D60D166">
        <w:rPr>
          <w:rFonts w:ascii="Times New Roman" w:hAnsi="Times New Roman" w:cs="Times New Roman"/>
        </w:rPr>
        <w:t>ogía de la información</w:t>
      </w:r>
      <w:r w:rsidR="4890F5EE" w:rsidRPr="3D60D166">
        <w:rPr>
          <w:rFonts w:ascii="Times New Roman" w:hAnsi="Times New Roman" w:cs="Times New Roman"/>
        </w:rPr>
        <w:t xml:space="preserve"> cuenta con 3 desarrolladores</w:t>
      </w:r>
      <w:r w:rsidR="762242AD" w:rsidRPr="3D60D166">
        <w:rPr>
          <w:rFonts w:ascii="Times New Roman" w:hAnsi="Times New Roman" w:cs="Times New Roman"/>
        </w:rPr>
        <w:t xml:space="preserve"> aproximadamente. R</w:t>
      </w:r>
      <w:r w:rsidR="4890F5EE" w:rsidRPr="3D60D166">
        <w:rPr>
          <w:rFonts w:ascii="Times New Roman" w:hAnsi="Times New Roman" w:cs="Times New Roman"/>
        </w:rPr>
        <w:t>equi</w:t>
      </w:r>
      <w:r w:rsidR="351F954D" w:rsidRPr="3D60D166">
        <w:rPr>
          <w:rFonts w:ascii="Times New Roman" w:hAnsi="Times New Roman" w:cs="Times New Roman"/>
        </w:rPr>
        <w:t>e</w:t>
      </w:r>
      <w:r w:rsidR="4890F5EE" w:rsidRPr="3D60D166">
        <w:rPr>
          <w:rFonts w:ascii="Times New Roman" w:hAnsi="Times New Roman" w:cs="Times New Roman"/>
        </w:rPr>
        <w:t>re</w:t>
      </w:r>
      <w:r w:rsidR="293BA21B" w:rsidRPr="3D60D166">
        <w:rPr>
          <w:rFonts w:ascii="Times New Roman" w:hAnsi="Times New Roman" w:cs="Times New Roman"/>
        </w:rPr>
        <w:t>n</w:t>
      </w:r>
      <w:r w:rsidR="4890F5EE" w:rsidRPr="3D60D166">
        <w:rPr>
          <w:rFonts w:ascii="Times New Roman" w:hAnsi="Times New Roman" w:cs="Times New Roman"/>
        </w:rPr>
        <w:t xml:space="preserve"> </w:t>
      </w:r>
      <w:r w:rsidR="3CB5FD26" w:rsidRPr="3D60D166">
        <w:rPr>
          <w:rFonts w:ascii="Times New Roman" w:hAnsi="Times New Roman" w:cs="Times New Roman"/>
        </w:rPr>
        <w:t>m</w:t>
      </w:r>
      <w:r w:rsidR="3DDD6B63" w:rsidRPr="3D60D166">
        <w:rPr>
          <w:rFonts w:ascii="Times New Roman" w:hAnsi="Times New Roman" w:cs="Times New Roman"/>
        </w:rPr>
        <w:t>ás personal para atender a toda la institución</w:t>
      </w:r>
      <w:r w:rsidR="509CF41A" w:rsidRPr="3D60D166">
        <w:rPr>
          <w:rFonts w:ascii="Times New Roman" w:hAnsi="Times New Roman" w:cs="Times New Roman"/>
        </w:rPr>
        <w:t>, ya que no atienden</w:t>
      </w:r>
      <w:r w:rsidR="3DDD6B63" w:rsidRPr="3D60D166">
        <w:rPr>
          <w:rFonts w:ascii="Times New Roman" w:hAnsi="Times New Roman" w:cs="Times New Roman"/>
        </w:rPr>
        <w:t xml:space="preserve"> </w:t>
      </w:r>
      <w:r w:rsidR="509CF41A" w:rsidRPr="3D60D166">
        <w:rPr>
          <w:rFonts w:ascii="Times New Roman" w:hAnsi="Times New Roman" w:cs="Times New Roman"/>
        </w:rPr>
        <w:t>únicamente solo a esta Dirección.</w:t>
      </w:r>
      <w:r w:rsidR="3DDD6B63" w:rsidRPr="3D60D166">
        <w:rPr>
          <w:rFonts w:ascii="Times New Roman" w:hAnsi="Times New Roman" w:cs="Times New Roman"/>
        </w:rPr>
        <w:t xml:space="preserve"> Esta limitante también se relaciona al tema presupuestario. Indica que </w:t>
      </w:r>
      <w:r w:rsidR="5435842D" w:rsidRPr="3D60D166">
        <w:rPr>
          <w:rFonts w:ascii="Times New Roman" w:hAnsi="Times New Roman" w:cs="Times New Roman"/>
        </w:rPr>
        <w:t>la atención depende de las actividades priorizadas durante la ejecución.</w:t>
      </w:r>
    </w:p>
    <w:p w14:paraId="2C5FECDB" w14:textId="150BB20E" w:rsidR="008C4FAA" w:rsidRPr="00597299" w:rsidRDefault="008C4FAA" w:rsidP="00907863">
      <w:pPr>
        <w:spacing w:after="0" w:line="240" w:lineRule="auto"/>
        <w:jc w:val="both"/>
        <w:rPr>
          <w:rFonts w:ascii="Times New Roman" w:hAnsi="Times New Roman" w:cs="Times New Roman"/>
          <w:b/>
          <w:bCs/>
        </w:rPr>
      </w:pPr>
    </w:p>
    <w:p w14:paraId="288A2B14" w14:textId="0B1E3106" w:rsidR="00EF0114" w:rsidRPr="00597299" w:rsidRDefault="00EF0114" w:rsidP="00EF0114">
      <w:pPr>
        <w:jc w:val="both"/>
        <w:rPr>
          <w:rFonts w:ascii="Times New Roman" w:hAnsi="Times New Roman" w:cs="Times New Roman"/>
          <w:b/>
          <w:bCs/>
        </w:rPr>
      </w:pPr>
      <w:r w:rsidRPr="00597299">
        <w:rPr>
          <w:rFonts w:ascii="Times New Roman" w:hAnsi="Times New Roman" w:cs="Times New Roman"/>
          <w:b/>
          <w:bCs/>
        </w:rPr>
        <w:t xml:space="preserve"> </w:t>
      </w:r>
      <w:r w:rsidR="004353AE">
        <w:rPr>
          <w:rFonts w:ascii="Times New Roman" w:hAnsi="Times New Roman" w:cs="Times New Roman"/>
          <w:b/>
          <w:bCs/>
        </w:rPr>
        <w:t xml:space="preserve">Hito 3: </w:t>
      </w:r>
      <w:r w:rsidRPr="00597299">
        <w:rPr>
          <w:rFonts w:ascii="Times New Roman" w:hAnsi="Times New Roman" w:cs="Times New Roman"/>
          <w:b/>
          <w:bCs/>
        </w:rPr>
        <w:t>“</w:t>
      </w:r>
      <w:r w:rsidR="009B2F58" w:rsidRPr="009B2F58">
        <w:rPr>
          <w:rFonts w:ascii="Times New Roman" w:hAnsi="Times New Roman" w:cs="Times New Roman"/>
          <w:b/>
          <w:bCs/>
        </w:rPr>
        <w:t xml:space="preserve">Desarrollo e </w:t>
      </w:r>
      <w:proofErr w:type="spellStart"/>
      <w:r w:rsidR="009B2F58" w:rsidRPr="009B2F58">
        <w:rPr>
          <w:rFonts w:ascii="Times New Roman" w:hAnsi="Times New Roman" w:cs="Times New Roman"/>
          <w:b/>
          <w:bCs/>
        </w:rPr>
        <w:t>implementación</w:t>
      </w:r>
      <w:proofErr w:type="spellEnd"/>
      <w:r w:rsidR="009B2F58" w:rsidRPr="009B2F58">
        <w:rPr>
          <w:rFonts w:ascii="Times New Roman" w:hAnsi="Times New Roman" w:cs="Times New Roman"/>
          <w:b/>
          <w:bCs/>
        </w:rPr>
        <w:t xml:space="preserve"> de </w:t>
      </w:r>
      <w:proofErr w:type="spellStart"/>
      <w:r w:rsidR="009B2F58" w:rsidRPr="009B2F58">
        <w:rPr>
          <w:rFonts w:ascii="Times New Roman" w:hAnsi="Times New Roman" w:cs="Times New Roman"/>
          <w:b/>
          <w:bCs/>
        </w:rPr>
        <w:t>instrumentos</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informáticos</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que</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permitan</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verificar</w:t>
      </w:r>
      <w:proofErr w:type="spellEnd"/>
      <w:r w:rsidR="009B2F58" w:rsidRPr="009B2F58">
        <w:rPr>
          <w:rFonts w:ascii="Times New Roman" w:hAnsi="Times New Roman" w:cs="Times New Roman"/>
          <w:b/>
          <w:bCs/>
        </w:rPr>
        <w:t xml:space="preserve"> la </w:t>
      </w:r>
      <w:proofErr w:type="spellStart"/>
      <w:r w:rsidR="009B2F58" w:rsidRPr="009B2F58">
        <w:rPr>
          <w:rFonts w:ascii="Times New Roman" w:hAnsi="Times New Roman" w:cs="Times New Roman"/>
          <w:b/>
          <w:bCs/>
        </w:rPr>
        <w:t>trazabilidad</w:t>
      </w:r>
      <w:proofErr w:type="spellEnd"/>
      <w:r w:rsidR="009B2F58" w:rsidRPr="009B2F58">
        <w:rPr>
          <w:rFonts w:ascii="Times New Roman" w:hAnsi="Times New Roman" w:cs="Times New Roman"/>
          <w:b/>
          <w:bCs/>
        </w:rPr>
        <w:t xml:space="preserve"> de </w:t>
      </w:r>
      <w:proofErr w:type="spellStart"/>
      <w:r w:rsidR="009B2F58" w:rsidRPr="009B2F58">
        <w:rPr>
          <w:rFonts w:ascii="Times New Roman" w:hAnsi="Times New Roman" w:cs="Times New Roman"/>
          <w:b/>
          <w:bCs/>
        </w:rPr>
        <w:t>los</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trámites</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agilicen</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el</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flujo</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operativo</w:t>
      </w:r>
      <w:proofErr w:type="spellEnd"/>
      <w:r w:rsidR="009B2F58" w:rsidRPr="009B2F58">
        <w:rPr>
          <w:rFonts w:ascii="Times New Roman" w:hAnsi="Times New Roman" w:cs="Times New Roman"/>
          <w:b/>
          <w:bCs/>
        </w:rPr>
        <w:t xml:space="preserve"> y </w:t>
      </w:r>
      <w:proofErr w:type="spellStart"/>
      <w:r w:rsidR="009B2F58" w:rsidRPr="009B2F58">
        <w:rPr>
          <w:rFonts w:ascii="Times New Roman" w:hAnsi="Times New Roman" w:cs="Times New Roman"/>
          <w:b/>
          <w:bCs/>
        </w:rPr>
        <w:t>reduzcan</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los</w:t>
      </w:r>
      <w:proofErr w:type="spellEnd"/>
      <w:r w:rsidR="009B2F58" w:rsidRPr="009B2F58">
        <w:rPr>
          <w:rFonts w:ascii="Times New Roman" w:hAnsi="Times New Roman" w:cs="Times New Roman"/>
          <w:b/>
          <w:bCs/>
        </w:rPr>
        <w:t xml:space="preserve"> </w:t>
      </w:r>
      <w:proofErr w:type="spellStart"/>
      <w:r w:rsidR="009B2F58" w:rsidRPr="009B2F58">
        <w:rPr>
          <w:rFonts w:ascii="Times New Roman" w:hAnsi="Times New Roman" w:cs="Times New Roman"/>
          <w:b/>
          <w:bCs/>
        </w:rPr>
        <w:t>tiempos</w:t>
      </w:r>
      <w:proofErr w:type="spellEnd"/>
      <w:r w:rsidR="009B2F58" w:rsidRPr="009B2F58">
        <w:rPr>
          <w:rFonts w:ascii="Times New Roman" w:hAnsi="Times New Roman" w:cs="Times New Roman"/>
          <w:b/>
          <w:bCs/>
        </w:rPr>
        <w:t xml:space="preserve"> de </w:t>
      </w:r>
      <w:proofErr w:type="spellStart"/>
      <w:r w:rsidR="009B2F58" w:rsidRPr="009B2F58">
        <w:rPr>
          <w:rFonts w:ascii="Times New Roman" w:hAnsi="Times New Roman" w:cs="Times New Roman"/>
          <w:b/>
          <w:bCs/>
        </w:rPr>
        <w:t>respuesta</w:t>
      </w:r>
      <w:proofErr w:type="spellEnd"/>
      <w:r w:rsidR="009B2F58" w:rsidRPr="009B2F58">
        <w:rPr>
          <w:rFonts w:ascii="Times New Roman" w:hAnsi="Times New Roman" w:cs="Times New Roman"/>
          <w:b/>
          <w:bCs/>
        </w:rPr>
        <w:t>.</w:t>
      </w:r>
      <w:r w:rsidRPr="00597299">
        <w:rPr>
          <w:rFonts w:ascii="Times New Roman" w:hAnsi="Times New Roman" w:cs="Times New Roman"/>
          <w:b/>
          <w:bCs/>
        </w:rPr>
        <w:t>”</w:t>
      </w:r>
    </w:p>
    <w:p w14:paraId="15FB3E7D" w14:textId="543FDE39" w:rsidR="000530D3" w:rsidRPr="00F06D89" w:rsidRDefault="06E59CCA" w:rsidP="3D60D166">
      <w:pPr>
        <w:spacing w:after="0" w:line="240" w:lineRule="auto"/>
        <w:jc w:val="both"/>
        <w:rPr>
          <w:rFonts w:ascii="Times New Roman" w:hAnsi="Times New Roman" w:cs="Times New Roman"/>
          <w:lang w:val="es-ES"/>
        </w:rPr>
      </w:pPr>
      <w:r w:rsidRPr="3D60D166">
        <w:rPr>
          <w:rFonts w:ascii="Times New Roman" w:hAnsi="Times New Roman" w:cs="Times New Roman"/>
          <w:lang w:val="es-ES"/>
        </w:rPr>
        <w:t xml:space="preserve">Lcda. </w:t>
      </w:r>
      <w:r w:rsidR="7A047FAB" w:rsidRPr="3D60D166">
        <w:rPr>
          <w:rFonts w:ascii="Times New Roman" w:hAnsi="Times New Roman" w:cs="Times New Roman"/>
          <w:lang w:val="es-ES"/>
        </w:rPr>
        <w:t xml:space="preserve">Victoria </w:t>
      </w:r>
      <w:r w:rsidRPr="3D60D166">
        <w:rPr>
          <w:rFonts w:ascii="Times New Roman" w:hAnsi="Times New Roman" w:cs="Times New Roman"/>
          <w:lang w:val="es-ES"/>
        </w:rPr>
        <w:t>Quiñonez, resalta que e</w:t>
      </w:r>
      <w:r w:rsidR="02C3C471" w:rsidRPr="3D60D166">
        <w:rPr>
          <w:rFonts w:ascii="Times New Roman" w:hAnsi="Times New Roman" w:cs="Times New Roman"/>
          <w:lang w:val="es-ES"/>
        </w:rPr>
        <w:t xml:space="preserve">s importante </w:t>
      </w:r>
      <w:r w:rsidR="727D8D29" w:rsidRPr="3D60D166">
        <w:rPr>
          <w:rFonts w:ascii="Times New Roman" w:hAnsi="Times New Roman" w:cs="Times New Roman"/>
          <w:lang w:val="es-ES"/>
        </w:rPr>
        <w:t>mencionar que</w:t>
      </w:r>
      <w:r w:rsidR="13337800" w:rsidRPr="3D60D166">
        <w:rPr>
          <w:rFonts w:ascii="Times New Roman" w:hAnsi="Times New Roman" w:cs="Times New Roman"/>
          <w:lang w:val="es-ES"/>
        </w:rPr>
        <w:t xml:space="preserve"> ONSEC </w:t>
      </w:r>
      <w:r w:rsidR="082C7AA6" w:rsidRPr="3D60D166">
        <w:rPr>
          <w:rFonts w:ascii="Times New Roman" w:hAnsi="Times New Roman" w:cs="Times New Roman"/>
          <w:lang w:val="es-ES"/>
        </w:rPr>
        <w:t>debe coordinar las actividades con instituciones</w:t>
      </w:r>
      <w:r w:rsidR="53788D0D" w:rsidRPr="3D60D166">
        <w:rPr>
          <w:rFonts w:ascii="Times New Roman" w:hAnsi="Times New Roman" w:cs="Times New Roman"/>
          <w:lang w:val="es-ES"/>
        </w:rPr>
        <w:t xml:space="preserve"> como</w:t>
      </w:r>
      <w:r w:rsidR="532D0E60" w:rsidRPr="3D60D166">
        <w:rPr>
          <w:rFonts w:ascii="Times New Roman" w:hAnsi="Times New Roman" w:cs="Times New Roman"/>
          <w:lang w:val="es-ES"/>
        </w:rPr>
        <w:t xml:space="preserve"> la</w:t>
      </w:r>
      <w:r w:rsidR="53788D0D" w:rsidRPr="3D60D166">
        <w:rPr>
          <w:rFonts w:ascii="Times New Roman" w:hAnsi="Times New Roman" w:cs="Times New Roman"/>
          <w:lang w:val="es-ES"/>
        </w:rPr>
        <w:t xml:space="preserve"> Contraloría General de Cuentas y Ministerio de Finanzas Públicas</w:t>
      </w:r>
      <w:r w:rsidR="082C7AA6" w:rsidRPr="3D60D166">
        <w:rPr>
          <w:rFonts w:ascii="Times New Roman" w:hAnsi="Times New Roman" w:cs="Times New Roman"/>
          <w:lang w:val="es-ES"/>
        </w:rPr>
        <w:t xml:space="preserve">. Actualmente </w:t>
      </w:r>
      <w:r w:rsidR="60980A0F" w:rsidRPr="3D60D166">
        <w:rPr>
          <w:rFonts w:ascii="Times New Roman" w:hAnsi="Times New Roman" w:cs="Times New Roman"/>
          <w:lang w:val="es-ES"/>
        </w:rPr>
        <w:t xml:space="preserve">están trabajando de acuerdo a su cronograma </w:t>
      </w:r>
      <w:r w:rsidR="271CF625" w:rsidRPr="3D60D166">
        <w:rPr>
          <w:rFonts w:ascii="Times New Roman" w:hAnsi="Times New Roman" w:cs="Times New Roman"/>
          <w:lang w:val="es-ES"/>
        </w:rPr>
        <w:t>y en coordinación con las instituciones.</w:t>
      </w:r>
    </w:p>
    <w:p w14:paraId="24F49F22" w14:textId="77777777" w:rsidR="00931482" w:rsidRPr="00597299" w:rsidRDefault="00931482" w:rsidP="00907863">
      <w:pPr>
        <w:spacing w:after="0" w:line="240" w:lineRule="auto"/>
        <w:jc w:val="both"/>
        <w:rPr>
          <w:rFonts w:ascii="Times New Roman" w:hAnsi="Times New Roman" w:cs="Times New Roman"/>
          <w:b/>
          <w:highlight w:val="lightGray"/>
        </w:rPr>
      </w:pPr>
    </w:p>
    <w:p w14:paraId="019E00B3" w14:textId="4C6F88AF" w:rsidR="00356E09" w:rsidRPr="00597299" w:rsidRDefault="009B2F58" w:rsidP="00356E09">
      <w:pPr>
        <w:jc w:val="both"/>
        <w:rPr>
          <w:rFonts w:ascii="Times New Roman" w:hAnsi="Times New Roman" w:cs="Times New Roman"/>
          <w:b/>
          <w:bCs/>
        </w:rPr>
      </w:pPr>
      <w:r>
        <w:rPr>
          <w:rFonts w:ascii="Times New Roman" w:hAnsi="Times New Roman" w:cs="Times New Roman"/>
          <w:b/>
          <w:bCs/>
        </w:rPr>
        <w:t xml:space="preserve">Hito 4: </w:t>
      </w:r>
      <w:r w:rsidR="00356E09" w:rsidRPr="00597299">
        <w:rPr>
          <w:rFonts w:ascii="Times New Roman" w:hAnsi="Times New Roman" w:cs="Times New Roman"/>
          <w:b/>
          <w:bCs/>
        </w:rPr>
        <w:t>“</w:t>
      </w:r>
      <w:proofErr w:type="spellStart"/>
      <w:r w:rsidR="00782552" w:rsidRPr="00782552">
        <w:rPr>
          <w:rFonts w:ascii="Times New Roman" w:hAnsi="Times New Roman" w:cs="Times New Roman"/>
          <w:b/>
          <w:bCs/>
        </w:rPr>
        <w:t>Ejecución</w:t>
      </w:r>
      <w:proofErr w:type="spellEnd"/>
      <w:r w:rsidR="00782552" w:rsidRPr="00782552">
        <w:rPr>
          <w:rFonts w:ascii="Times New Roman" w:hAnsi="Times New Roman" w:cs="Times New Roman"/>
          <w:b/>
          <w:bCs/>
        </w:rPr>
        <w:t xml:space="preserve"> de un </w:t>
      </w:r>
      <w:proofErr w:type="spellStart"/>
      <w:r w:rsidR="00782552" w:rsidRPr="00782552">
        <w:rPr>
          <w:rFonts w:ascii="Times New Roman" w:hAnsi="Times New Roman" w:cs="Times New Roman"/>
          <w:b/>
          <w:bCs/>
        </w:rPr>
        <w:t>programa</w:t>
      </w:r>
      <w:proofErr w:type="spellEnd"/>
      <w:r w:rsidR="00782552" w:rsidRPr="00782552">
        <w:rPr>
          <w:rFonts w:ascii="Times New Roman" w:hAnsi="Times New Roman" w:cs="Times New Roman"/>
          <w:b/>
          <w:bCs/>
        </w:rPr>
        <w:t xml:space="preserve"> de </w:t>
      </w:r>
      <w:proofErr w:type="spellStart"/>
      <w:r w:rsidR="00782552" w:rsidRPr="00782552">
        <w:rPr>
          <w:rFonts w:ascii="Times New Roman" w:hAnsi="Times New Roman" w:cs="Times New Roman"/>
          <w:b/>
          <w:bCs/>
        </w:rPr>
        <w:t>capacitación</w:t>
      </w:r>
      <w:proofErr w:type="spellEnd"/>
      <w:r w:rsidR="00782552" w:rsidRPr="00782552">
        <w:rPr>
          <w:rFonts w:ascii="Times New Roman" w:hAnsi="Times New Roman" w:cs="Times New Roman"/>
          <w:b/>
          <w:bCs/>
        </w:rPr>
        <w:t xml:space="preserve"> integral </w:t>
      </w:r>
      <w:proofErr w:type="spellStart"/>
      <w:r w:rsidR="00782552" w:rsidRPr="00782552">
        <w:rPr>
          <w:rFonts w:ascii="Times New Roman" w:hAnsi="Times New Roman" w:cs="Times New Roman"/>
          <w:b/>
          <w:bCs/>
        </w:rPr>
        <w:t>dirigido</w:t>
      </w:r>
      <w:proofErr w:type="spellEnd"/>
      <w:r w:rsidR="00782552" w:rsidRPr="00782552">
        <w:rPr>
          <w:rFonts w:ascii="Times New Roman" w:hAnsi="Times New Roman" w:cs="Times New Roman"/>
          <w:b/>
          <w:bCs/>
        </w:rPr>
        <w:t xml:space="preserve"> al </w:t>
      </w:r>
      <w:proofErr w:type="spellStart"/>
      <w:r w:rsidR="00782552" w:rsidRPr="00782552">
        <w:rPr>
          <w:rFonts w:ascii="Times New Roman" w:hAnsi="Times New Roman" w:cs="Times New Roman"/>
          <w:b/>
          <w:bCs/>
        </w:rPr>
        <w:t>recurso</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humano</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encargado</w:t>
      </w:r>
      <w:proofErr w:type="spellEnd"/>
      <w:r w:rsidR="00782552" w:rsidRPr="00782552">
        <w:rPr>
          <w:rFonts w:ascii="Times New Roman" w:hAnsi="Times New Roman" w:cs="Times New Roman"/>
          <w:b/>
          <w:bCs/>
        </w:rPr>
        <w:t xml:space="preserve"> de la </w:t>
      </w:r>
      <w:proofErr w:type="spellStart"/>
      <w:r w:rsidR="00782552" w:rsidRPr="00782552">
        <w:rPr>
          <w:rFonts w:ascii="Times New Roman" w:hAnsi="Times New Roman" w:cs="Times New Roman"/>
          <w:b/>
          <w:bCs/>
        </w:rPr>
        <w:t>gestión</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análisis</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revisión</w:t>
      </w:r>
      <w:proofErr w:type="spellEnd"/>
      <w:r w:rsidR="00782552" w:rsidRPr="00782552">
        <w:rPr>
          <w:rFonts w:ascii="Times New Roman" w:hAnsi="Times New Roman" w:cs="Times New Roman"/>
          <w:b/>
          <w:bCs/>
        </w:rPr>
        <w:t xml:space="preserve"> y </w:t>
      </w:r>
      <w:proofErr w:type="spellStart"/>
      <w:r w:rsidR="00782552" w:rsidRPr="00782552">
        <w:rPr>
          <w:rFonts w:ascii="Times New Roman" w:hAnsi="Times New Roman" w:cs="Times New Roman"/>
          <w:b/>
          <w:bCs/>
        </w:rPr>
        <w:t>aprobación</w:t>
      </w:r>
      <w:proofErr w:type="spellEnd"/>
      <w:r w:rsidR="00782552" w:rsidRPr="00782552">
        <w:rPr>
          <w:rFonts w:ascii="Times New Roman" w:hAnsi="Times New Roman" w:cs="Times New Roman"/>
          <w:b/>
          <w:bCs/>
        </w:rPr>
        <w:t xml:space="preserve"> de </w:t>
      </w:r>
      <w:proofErr w:type="spellStart"/>
      <w:r w:rsidR="00782552" w:rsidRPr="00782552">
        <w:rPr>
          <w:rFonts w:ascii="Times New Roman" w:hAnsi="Times New Roman" w:cs="Times New Roman"/>
          <w:b/>
          <w:bCs/>
        </w:rPr>
        <w:t>expedientes</w:t>
      </w:r>
      <w:proofErr w:type="spellEnd"/>
      <w:r w:rsidR="00782552" w:rsidRPr="00782552">
        <w:rPr>
          <w:rFonts w:ascii="Times New Roman" w:hAnsi="Times New Roman" w:cs="Times New Roman"/>
          <w:b/>
          <w:bCs/>
        </w:rPr>
        <w:t xml:space="preserve">, para </w:t>
      </w:r>
      <w:proofErr w:type="spellStart"/>
      <w:r w:rsidR="00782552" w:rsidRPr="00782552">
        <w:rPr>
          <w:rFonts w:ascii="Times New Roman" w:hAnsi="Times New Roman" w:cs="Times New Roman"/>
          <w:b/>
          <w:bCs/>
        </w:rPr>
        <w:t>garantizar</w:t>
      </w:r>
      <w:proofErr w:type="spellEnd"/>
      <w:r w:rsidR="00782552" w:rsidRPr="00782552">
        <w:rPr>
          <w:rFonts w:ascii="Times New Roman" w:hAnsi="Times New Roman" w:cs="Times New Roman"/>
          <w:b/>
          <w:bCs/>
        </w:rPr>
        <w:t xml:space="preserve"> la </w:t>
      </w:r>
      <w:proofErr w:type="spellStart"/>
      <w:r w:rsidR="00782552" w:rsidRPr="00782552">
        <w:rPr>
          <w:rFonts w:ascii="Times New Roman" w:hAnsi="Times New Roman" w:cs="Times New Roman"/>
          <w:b/>
          <w:bCs/>
        </w:rPr>
        <w:t>correcta</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adopción</w:t>
      </w:r>
      <w:proofErr w:type="spellEnd"/>
      <w:r w:rsidR="00782552" w:rsidRPr="00782552">
        <w:rPr>
          <w:rFonts w:ascii="Times New Roman" w:hAnsi="Times New Roman" w:cs="Times New Roman"/>
          <w:b/>
          <w:bCs/>
        </w:rPr>
        <w:t xml:space="preserve"> y </w:t>
      </w:r>
      <w:proofErr w:type="spellStart"/>
      <w:r w:rsidR="00782552" w:rsidRPr="00782552">
        <w:rPr>
          <w:rFonts w:ascii="Times New Roman" w:hAnsi="Times New Roman" w:cs="Times New Roman"/>
          <w:b/>
          <w:bCs/>
        </w:rPr>
        <w:t>uso</w:t>
      </w:r>
      <w:proofErr w:type="spellEnd"/>
      <w:r w:rsidR="00782552" w:rsidRPr="00782552">
        <w:rPr>
          <w:rFonts w:ascii="Times New Roman" w:hAnsi="Times New Roman" w:cs="Times New Roman"/>
          <w:b/>
          <w:bCs/>
        </w:rPr>
        <w:t xml:space="preserve"> de </w:t>
      </w:r>
      <w:proofErr w:type="spellStart"/>
      <w:r w:rsidR="00782552" w:rsidRPr="00782552">
        <w:rPr>
          <w:rFonts w:ascii="Times New Roman" w:hAnsi="Times New Roman" w:cs="Times New Roman"/>
          <w:b/>
          <w:bCs/>
        </w:rPr>
        <w:t>los</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nuevos</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instrumentos</w:t>
      </w:r>
      <w:proofErr w:type="spellEnd"/>
      <w:r w:rsidR="00782552" w:rsidRPr="00782552">
        <w:rPr>
          <w:rFonts w:ascii="Times New Roman" w:hAnsi="Times New Roman" w:cs="Times New Roman"/>
          <w:b/>
          <w:bCs/>
        </w:rPr>
        <w:t xml:space="preserve"> </w:t>
      </w:r>
      <w:proofErr w:type="spellStart"/>
      <w:r w:rsidR="00782552" w:rsidRPr="00782552">
        <w:rPr>
          <w:rFonts w:ascii="Times New Roman" w:hAnsi="Times New Roman" w:cs="Times New Roman"/>
          <w:b/>
          <w:bCs/>
        </w:rPr>
        <w:t>técnicos</w:t>
      </w:r>
      <w:proofErr w:type="spellEnd"/>
      <w:r w:rsidR="00782552" w:rsidRPr="00782552">
        <w:rPr>
          <w:rFonts w:ascii="Times New Roman" w:hAnsi="Times New Roman" w:cs="Times New Roman"/>
          <w:b/>
          <w:bCs/>
        </w:rPr>
        <w:t xml:space="preserve"> e </w:t>
      </w:r>
      <w:proofErr w:type="spellStart"/>
      <w:r w:rsidR="00782552" w:rsidRPr="00782552">
        <w:rPr>
          <w:rFonts w:ascii="Times New Roman" w:hAnsi="Times New Roman" w:cs="Times New Roman"/>
          <w:b/>
          <w:bCs/>
        </w:rPr>
        <w:t>informáticos</w:t>
      </w:r>
      <w:proofErr w:type="spellEnd"/>
      <w:r w:rsidR="00782552" w:rsidRPr="00782552">
        <w:rPr>
          <w:rFonts w:ascii="Times New Roman" w:hAnsi="Times New Roman" w:cs="Times New Roman"/>
          <w:b/>
          <w:bCs/>
        </w:rPr>
        <w:t>.</w:t>
      </w:r>
      <w:r w:rsidR="00356E09" w:rsidRPr="00597299">
        <w:rPr>
          <w:rFonts w:ascii="Times New Roman" w:hAnsi="Times New Roman" w:cs="Times New Roman"/>
          <w:b/>
          <w:bCs/>
        </w:rPr>
        <w:t>”</w:t>
      </w:r>
    </w:p>
    <w:p w14:paraId="7C16061E" w14:textId="03492FC6" w:rsidR="00DF440D" w:rsidRDefault="44E7B463" w:rsidP="00907863">
      <w:pPr>
        <w:spacing w:after="0" w:line="240" w:lineRule="auto"/>
        <w:jc w:val="both"/>
        <w:rPr>
          <w:rFonts w:ascii="Times New Roman" w:hAnsi="Times New Roman" w:cs="Times New Roman"/>
        </w:rPr>
      </w:pPr>
      <w:r w:rsidRPr="3D60D166">
        <w:rPr>
          <w:rFonts w:ascii="Times New Roman" w:hAnsi="Times New Roman" w:cs="Times New Roman"/>
        </w:rPr>
        <w:t xml:space="preserve">Lcda. </w:t>
      </w:r>
      <w:r w:rsidR="5EAF952F" w:rsidRPr="3D60D166">
        <w:rPr>
          <w:rFonts w:ascii="Times New Roman" w:hAnsi="Times New Roman" w:cs="Times New Roman"/>
        </w:rPr>
        <w:t xml:space="preserve">Victoria </w:t>
      </w:r>
      <w:r w:rsidRPr="3D60D166">
        <w:rPr>
          <w:rFonts w:ascii="Times New Roman" w:hAnsi="Times New Roman" w:cs="Times New Roman"/>
        </w:rPr>
        <w:t>Quiñonez, indica que s</w:t>
      </w:r>
      <w:r w:rsidR="6DAF889E" w:rsidRPr="3D60D166">
        <w:rPr>
          <w:rFonts w:ascii="Times New Roman" w:hAnsi="Times New Roman" w:cs="Times New Roman"/>
        </w:rPr>
        <w:t>e capacita al recurso humano con base a la temporalidad del cronograma.</w:t>
      </w:r>
      <w:r w:rsidR="5CEA66E9" w:rsidRPr="3D60D166">
        <w:rPr>
          <w:rFonts w:ascii="Times New Roman" w:hAnsi="Times New Roman" w:cs="Times New Roman"/>
        </w:rPr>
        <w:t xml:space="preserve"> </w:t>
      </w:r>
    </w:p>
    <w:p w14:paraId="20319067" w14:textId="3AE76C53" w:rsidR="006B628E" w:rsidRPr="00597299" w:rsidRDefault="006B628E" w:rsidP="00907863">
      <w:pPr>
        <w:spacing w:after="0" w:line="240" w:lineRule="auto"/>
        <w:jc w:val="both"/>
        <w:rPr>
          <w:rFonts w:ascii="Times New Roman" w:hAnsi="Times New Roman" w:cs="Times New Roman"/>
        </w:rPr>
      </w:pPr>
    </w:p>
    <w:p w14:paraId="36F735BB" w14:textId="291A0B65" w:rsidR="00671438" w:rsidRDefault="009442F7" w:rsidP="2A946C7F">
      <w:pPr>
        <w:rPr>
          <w:rFonts w:ascii="Times New Roman" w:hAnsi="Times New Roman" w:cs="Times New Roman"/>
          <w:b/>
          <w:bCs/>
        </w:rPr>
      </w:pPr>
      <w:r>
        <w:rPr>
          <w:rFonts w:ascii="Times New Roman" w:hAnsi="Times New Roman" w:cs="Times New Roman"/>
          <w:b/>
          <w:bCs/>
        </w:rPr>
        <w:t>4</w:t>
      </w:r>
      <w:r w:rsidR="2A946C7F" w:rsidRPr="00597299">
        <w:rPr>
          <w:rFonts w:ascii="Times New Roman" w:hAnsi="Times New Roman" w:cs="Times New Roman"/>
          <w:b/>
          <w:bCs/>
        </w:rPr>
        <w:t xml:space="preserve">.4 Espacio de </w:t>
      </w:r>
      <w:proofErr w:type="spellStart"/>
      <w:r w:rsidR="2A946C7F" w:rsidRPr="00597299">
        <w:rPr>
          <w:rFonts w:ascii="Times New Roman" w:hAnsi="Times New Roman" w:cs="Times New Roman"/>
          <w:b/>
          <w:bCs/>
        </w:rPr>
        <w:t>diálogo</w:t>
      </w:r>
      <w:proofErr w:type="spellEnd"/>
      <w:r w:rsidR="2A946C7F" w:rsidRPr="00597299">
        <w:rPr>
          <w:rFonts w:ascii="Times New Roman" w:hAnsi="Times New Roman" w:cs="Times New Roman"/>
          <w:b/>
          <w:bCs/>
        </w:rPr>
        <w:t xml:space="preserve"> e </w:t>
      </w:r>
      <w:proofErr w:type="spellStart"/>
      <w:r w:rsidR="2A946C7F" w:rsidRPr="00597299">
        <w:rPr>
          <w:rFonts w:ascii="Times New Roman" w:hAnsi="Times New Roman" w:cs="Times New Roman"/>
          <w:b/>
          <w:bCs/>
        </w:rPr>
        <w:t>interacción</w:t>
      </w:r>
      <w:proofErr w:type="spellEnd"/>
      <w:r w:rsidR="2A946C7F" w:rsidRPr="00597299">
        <w:rPr>
          <w:rFonts w:ascii="Times New Roman" w:hAnsi="Times New Roman" w:cs="Times New Roman"/>
          <w:b/>
          <w:bCs/>
        </w:rPr>
        <w:t xml:space="preserve"> </w:t>
      </w:r>
      <w:proofErr w:type="spellStart"/>
      <w:r w:rsidR="2A946C7F" w:rsidRPr="00597299">
        <w:rPr>
          <w:rFonts w:ascii="Times New Roman" w:hAnsi="Times New Roman" w:cs="Times New Roman"/>
          <w:b/>
          <w:bCs/>
        </w:rPr>
        <w:t>multiactor</w:t>
      </w:r>
      <w:proofErr w:type="spellEnd"/>
      <w:r w:rsidR="2A946C7F" w:rsidRPr="00597299">
        <w:rPr>
          <w:rFonts w:ascii="Times New Roman" w:hAnsi="Times New Roman" w:cs="Times New Roman"/>
          <w:b/>
          <w:bCs/>
        </w:rPr>
        <w:t>:</w:t>
      </w:r>
    </w:p>
    <w:p w14:paraId="1C332372" w14:textId="4267582C" w:rsidR="00AD32BA" w:rsidRDefault="00A04D6E" w:rsidP="591E414E">
      <w:pPr>
        <w:jc w:val="both"/>
        <w:rPr>
          <w:rFonts w:ascii="Times New Roman" w:hAnsi="Times New Roman" w:cs="Times New Roman"/>
          <w:lang w:val="es-ES"/>
        </w:rPr>
      </w:pPr>
      <w:r w:rsidRPr="591E414E">
        <w:rPr>
          <w:rFonts w:ascii="Times New Roman" w:hAnsi="Times New Roman" w:cs="Times New Roman"/>
          <w:lang w:val="es-ES"/>
        </w:rPr>
        <w:t>- Mgtr. Zaira Mejia</w:t>
      </w:r>
      <w:r w:rsidR="009007F3" w:rsidRPr="591E414E">
        <w:rPr>
          <w:rFonts w:ascii="Times New Roman" w:hAnsi="Times New Roman" w:cs="Times New Roman"/>
          <w:lang w:val="es-ES"/>
        </w:rPr>
        <w:t xml:space="preserve"> – GAE,</w:t>
      </w:r>
      <w:r w:rsidRPr="591E414E">
        <w:rPr>
          <w:rFonts w:ascii="Times New Roman" w:hAnsi="Times New Roman" w:cs="Times New Roman"/>
          <w:lang w:val="es-ES"/>
        </w:rPr>
        <w:t xml:space="preserve"> comparte que el </w:t>
      </w:r>
      <w:r w:rsidR="6DF86FDE" w:rsidRPr="591E414E">
        <w:rPr>
          <w:rFonts w:ascii="Times New Roman" w:hAnsi="Times New Roman" w:cs="Times New Roman"/>
          <w:lang w:val="es-ES"/>
        </w:rPr>
        <w:t>Ing</w:t>
      </w:r>
      <w:r w:rsidRPr="591E414E">
        <w:rPr>
          <w:rFonts w:ascii="Times New Roman" w:hAnsi="Times New Roman" w:cs="Times New Roman"/>
          <w:lang w:val="es-ES"/>
        </w:rPr>
        <w:t xml:space="preserve">. </w:t>
      </w:r>
      <w:r w:rsidR="00590379" w:rsidRPr="591E414E">
        <w:rPr>
          <w:rFonts w:ascii="Times New Roman" w:hAnsi="Times New Roman" w:cs="Times New Roman"/>
          <w:lang w:val="es-ES"/>
        </w:rPr>
        <w:t>Heraldo Ga</w:t>
      </w:r>
      <w:r w:rsidR="24FFBC92" w:rsidRPr="591E414E">
        <w:rPr>
          <w:rFonts w:ascii="Times New Roman" w:hAnsi="Times New Roman" w:cs="Times New Roman"/>
          <w:lang w:val="es-ES"/>
        </w:rPr>
        <w:t>lindo</w:t>
      </w:r>
      <w:r w:rsidRPr="591E414E">
        <w:rPr>
          <w:rFonts w:ascii="Times New Roman" w:hAnsi="Times New Roman" w:cs="Times New Roman"/>
          <w:lang w:val="es-ES"/>
        </w:rPr>
        <w:t xml:space="preserve"> (S</w:t>
      </w:r>
      <w:r w:rsidR="069880F9" w:rsidRPr="591E414E">
        <w:rPr>
          <w:rFonts w:ascii="Times New Roman" w:hAnsi="Times New Roman" w:cs="Times New Roman"/>
          <w:lang w:val="es-ES"/>
        </w:rPr>
        <w:t>EGEPLAN</w:t>
      </w:r>
      <w:r w:rsidRPr="591E414E">
        <w:rPr>
          <w:rFonts w:ascii="Times New Roman" w:hAnsi="Times New Roman" w:cs="Times New Roman"/>
          <w:lang w:val="es-ES"/>
        </w:rPr>
        <w:t>)</w:t>
      </w:r>
      <w:r w:rsidR="00590379" w:rsidRPr="591E414E">
        <w:rPr>
          <w:rFonts w:ascii="Times New Roman" w:hAnsi="Times New Roman" w:cs="Times New Roman"/>
          <w:lang w:val="es-ES"/>
        </w:rPr>
        <w:t xml:space="preserve"> no pudo asistir a esta mesa pero confirma que </w:t>
      </w:r>
      <w:r w:rsidR="003F775A" w:rsidRPr="591E414E">
        <w:rPr>
          <w:rFonts w:ascii="Times New Roman" w:hAnsi="Times New Roman" w:cs="Times New Roman"/>
          <w:lang w:val="es-ES"/>
        </w:rPr>
        <w:t xml:space="preserve">está muy interesado en apoyar </w:t>
      </w:r>
      <w:r w:rsidR="00F64514" w:rsidRPr="591E414E">
        <w:rPr>
          <w:rFonts w:ascii="Times New Roman" w:hAnsi="Times New Roman" w:cs="Times New Roman"/>
          <w:lang w:val="es-ES"/>
        </w:rPr>
        <w:t xml:space="preserve">a la mesa sobre la experiencia que </w:t>
      </w:r>
      <w:r w:rsidR="442C6F67" w:rsidRPr="591E414E">
        <w:rPr>
          <w:rFonts w:ascii="Times New Roman" w:hAnsi="Times New Roman" w:cs="Times New Roman"/>
          <w:lang w:val="es-ES"/>
        </w:rPr>
        <w:t>él</w:t>
      </w:r>
      <w:r w:rsidR="00F64514" w:rsidRPr="591E414E">
        <w:rPr>
          <w:rFonts w:ascii="Times New Roman" w:hAnsi="Times New Roman" w:cs="Times New Roman"/>
          <w:lang w:val="es-ES"/>
        </w:rPr>
        <w:t xml:space="preserve"> tiene de trabajo en el diseño y desrrollo de la nómina de clases pasivas y el Sistema de </w:t>
      </w:r>
      <w:r w:rsidR="2DEED76A" w:rsidRPr="591E414E">
        <w:rPr>
          <w:rFonts w:ascii="Times New Roman" w:hAnsi="Times New Roman" w:cs="Times New Roman"/>
          <w:lang w:val="es-ES"/>
        </w:rPr>
        <w:t>C</w:t>
      </w:r>
      <w:r w:rsidR="00F64514" w:rsidRPr="591E414E">
        <w:rPr>
          <w:rFonts w:ascii="Times New Roman" w:hAnsi="Times New Roman" w:cs="Times New Roman"/>
          <w:lang w:val="es-ES"/>
        </w:rPr>
        <w:t xml:space="preserve">ertificaciones de </w:t>
      </w:r>
      <w:r w:rsidR="07D4B4CF" w:rsidRPr="591E414E">
        <w:rPr>
          <w:rFonts w:ascii="Times New Roman" w:hAnsi="Times New Roman" w:cs="Times New Roman"/>
          <w:lang w:val="es-ES"/>
        </w:rPr>
        <w:t>Ti</w:t>
      </w:r>
      <w:r w:rsidR="00F64514" w:rsidRPr="591E414E">
        <w:rPr>
          <w:rFonts w:ascii="Times New Roman" w:hAnsi="Times New Roman" w:cs="Times New Roman"/>
          <w:lang w:val="es-ES"/>
        </w:rPr>
        <w:t xml:space="preserve">empo de </w:t>
      </w:r>
      <w:r w:rsidR="2656A53E" w:rsidRPr="591E414E">
        <w:rPr>
          <w:rFonts w:ascii="Times New Roman" w:hAnsi="Times New Roman" w:cs="Times New Roman"/>
          <w:lang w:val="es-ES"/>
        </w:rPr>
        <w:t>Se</w:t>
      </w:r>
      <w:r w:rsidR="00F64514" w:rsidRPr="591E414E">
        <w:rPr>
          <w:rFonts w:ascii="Times New Roman" w:hAnsi="Times New Roman" w:cs="Times New Roman"/>
          <w:lang w:val="es-ES"/>
        </w:rPr>
        <w:t>rvicio en el MINFIN.</w:t>
      </w:r>
      <w:r w:rsidR="00505313" w:rsidRPr="591E414E">
        <w:rPr>
          <w:rFonts w:ascii="Times New Roman" w:hAnsi="Times New Roman" w:cs="Times New Roman"/>
          <w:lang w:val="es-ES"/>
        </w:rPr>
        <w:t xml:space="preserve"> </w:t>
      </w:r>
    </w:p>
    <w:p w14:paraId="7024059D" w14:textId="0DF404F1" w:rsidR="00C9376C" w:rsidRDefault="00A04D6E" w:rsidP="00B01668">
      <w:pPr>
        <w:jc w:val="both"/>
        <w:rPr>
          <w:rFonts w:ascii="Times New Roman" w:hAnsi="Times New Roman" w:cs="Times New Roman"/>
        </w:rPr>
      </w:pPr>
      <w:r>
        <w:rPr>
          <w:rFonts w:ascii="Times New Roman" w:hAnsi="Times New Roman" w:cs="Times New Roman"/>
        </w:rPr>
        <w:t>- Inga. Wendy Mirand</w:t>
      </w:r>
      <w:r w:rsidR="003345A8">
        <w:rPr>
          <w:rFonts w:ascii="Times New Roman" w:hAnsi="Times New Roman" w:cs="Times New Roman"/>
        </w:rPr>
        <w:t>a</w:t>
      </w:r>
      <w:r>
        <w:rPr>
          <w:rFonts w:ascii="Times New Roman" w:hAnsi="Times New Roman" w:cs="Times New Roman"/>
        </w:rPr>
        <w:t xml:space="preserve"> </w:t>
      </w:r>
      <w:r w:rsidR="009007F3">
        <w:rPr>
          <w:rFonts w:ascii="Times New Roman" w:hAnsi="Times New Roman" w:cs="Times New Roman"/>
        </w:rPr>
        <w:t xml:space="preserve">– GAE, </w:t>
      </w:r>
      <w:proofErr w:type="spellStart"/>
      <w:r>
        <w:rPr>
          <w:rFonts w:ascii="Times New Roman" w:hAnsi="Times New Roman" w:cs="Times New Roman"/>
        </w:rPr>
        <w:t>menciona</w:t>
      </w:r>
      <w:proofErr w:type="spellEnd"/>
      <w:r>
        <w:rPr>
          <w:rFonts w:ascii="Times New Roman" w:hAnsi="Times New Roman" w:cs="Times New Roman"/>
        </w:rPr>
        <w:t xml:space="preserve"> </w:t>
      </w:r>
      <w:proofErr w:type="spellStart"/>
      <w:r>
        <w:rPr>
          <w:rFonts w:ascii="Times New Roman" w:hAnsi="Times New Roman" w:cs="Times New Roman"/>
        </w:rPr>
        <w:t>que</w:t>
      </w:r>
      <w:proofErr w:type="spellEnd"/>
      <w:r w:rsidR="003345A8">
        <w:rPr>
          <w:rFonts w:ascii="Times New Roman" w:hAnsi="Times New Roman" w:cs="Times New Roman"/>
        </w:rPr>
        <w:t xml:space="preserve"> </w:t>
      </w:r>
      <w:r w:rsidR="000A0956">
        <w:rPr>
          <w:rFonts w:ascii="Times New Roman" w:hAnsi="Times New Roman" w:cs="Times New Roman"/>
        </w:rPr>
        <w:t xml:space="preserve">es </w:t>
      </w:r>
      <w:proofErr w:type="spellStart"/>
      <w:r w:rsidR="000A0956">
        <w:rPr>
          <w:rFonts w:ascii="Times New Roman" w:hAnsi="Times New Roman" w:cs="Times New Roman"/>
        </w:rPr>
        <w:t>interesante</w:t>
      </w:r>
      <w:proofErr w:type="spellEnd"/>
      <w:r w:rsidR="000A0956">
        <w:rPr>
          <w:rFonts w:ascii="Times New Roman" w:hAnsi="Times New Roman" w:cs="Times New Roman"/>
        </w:rPr>
        <w:t xml:space="preserve"> la </w:t>
      </w:r>
      <w:proofErr w:type="spellStart"/>
      <w:r w:rsidR="000A0956">
        <w:rPr>
          <w:rFonts w:ascii="Times New Roman" w:hAnsi="Times New Roman" w:cs="Times New Roman"/>
        </w:rPr>
        <w:t>situación</w:t>
      </w:r>
      <w:proofErr w:type="spellEnd"/>
      <w:r w:rsidR="000A0956">
        <w:rPr>
          <w:rFonts w:ascii="Times New Roman" w:hAnsi="Times New Roman" w:cs="Times New Roman"/>
        </w:rPr>
        <w:t xml:space="preserve"> </w:t>
      </w:r>
      <w:proofErr w:type="spellStart"/>
      <w:r w:rsidR="000A0956">
        <w:rPr>
          <w:rFonts w:ascii="Times New Roman" w:hAnsi="Times New Roman" w:cs="Times New Roman"/>
        </w:rPr>
        <w:t>compartida</w:t>
      </w:r>
      <w:proofErr w:type="spellEnd"/>
      <w:r w:rsidR="000A0956">
        <w:rPr>
          <w:rFonts w:ascii="Times New Roman" w:hAnsi="Times New Roman" w:cs="Times New Roman"/>
        </w:rPr>
        <w:t xml:space="preserve"> </w:t>
      </w:r>
      <w:proofErr w:type="spellStart"/>
      <w:r w:rsidR="000A0956">
        <w:rPr>
          <w:rFonts w:ascii="Times New Roman" w:hAnsi="Times New Roman" w:cs="Times New Roman"/>
        </w:rPr>
        <w:t>por</w:t>
      </w:r>
      <w:proofErr w:type="spellEnd"/>
      <w:r w:rsidR="000A0956">
        <w:rPr>
          <w:rFonts w:ascii="Times New Roman" w:hAnsi="Times New Roman" w:cs="Times New Roman"/>
        </w:rPr>
        <w:t xml:space="preserve"> ONSEC, </w:t>
      </w:r>
      <w:proofErr w:type="spellStart"/>
      <w:r w:rsidR="000A0956">
        <w:rPr>
          <w:rFonts w:ascii="Times New Roman" w:hAnsi="Times New Roman" w:cs="Times New Roman"/>
        </w:rPr>
        <w:t>comparte</w:t>
      </w:r>
      <w:proofErr w:type="spellEnd"/>
      <w:r w:rsidR="000A0956">
        <w:rPr>
          <w:rFonts w:ascii="Times New Roman" w:hAnsi="Times New Roman" w:cs="Times New Roman"/>
        </w:rPr>
        <w:t xml:space="preserve"> </w:t>
      </w:r>
      <w:proofErr w:type="spellStart"/>
      <w:r w:rsidR="000A0956">
        <w:rPr>
          <w:rFonts w:ascii="Times New Roman" w:hAnsi="Times New Roman" w:cs="Times New Roman"/>
        </w:rPr>
        <w:t>que</w:t>
      </w:r>
      <w:proofErr w:type="spellEnd"/>
      <w:r w:rsidR="000A0956">
        <w:rPr>
          <w:rFonts w:ascii="Times New Roman" w:hAnsi="Times New Roman" w:cs="Times New Roman"/>
        </w:rPr>
        <w:t xml:space="preserve"> </w:t>
      </w:r>
      <w:r w:rsidR="1091F32E" w:rsidRPr="2C0F5625">
        <w:rPr>
          <w:rFonts w:ascii="Times New Roman" w:hAnsi="Times New Roman" w:cs="Times New Roman"/>
        </w:rPr>
        <w:t xml:space="preserve">hay </w:t>
      </w:r>
      <w:proofErr w:type="spellStart"/>
      <w:r w:rsidR="1091F32E" w:rsidRPr="2C0F5625">
        <w:rPr>
          <w:rFonts w:ascii="Times New Roman" w:hAnsi="Times New Roman" w:cs="Times New Roman"/>
        </w:rPr>
        <w:t>muchas</w:t>
      </w:r>
      <w:proofErr w:type="spellEnd"/>
      <w:r w:rsidR="1091F32E" w:rsidRPr="2C0F5625">
        <w:rPr>
          <w:rFonts w:ascii="Times New Roman" w:hAnsi="Times New Roman" w:cs="Times New Roman"/>
        </w:rPr>
        <w:t xml:space="preserve"> </w:t>
      </w:r>
      <w:proofErr w:type="spellStart"/>
      <w:r w:rsidR="1091F32E" w:rsidRPr="2C0F5625">
        <w:rPr>
          <w:rFonts w:ascii="Times New Roman" w:hAnsi="Times New Roman" w:cs="Times New Roman"/>
        </w:rPr>
        <w:t>áreas</w:t>
      </w:r>
      <w:proofErr w:type="spellEnd"/>
      <w:r w:rsidR="1091F32E" w:rsidRPr="2C0F5625">
        <w:rPr>
          <w:rFonts w:ascii="Times New Roman" w:hAnsi="Times New Roman" w:cs="Times New Roman"/>
        </w:rPr>
        <w:t xml:space="preserve"> de </w:t>
      </w:r>
      <w:proofErr w:type="spellStart"/>
      <w:r w:rsidR="00723802">
        <w:rPr>
          <w:rFonts w:ascii="Times New Roman" w:hAnsi="Times New Roman" w:cs="Times New Roman"/>
        </w:rPr>
        <w:t>oportunidad</w:t>
      </w:r>
      <w:proofErr w:type="spellEnd"/>
      <w:r w:rsidR="1091F32E" w:rsidRPr="06292AE7">
        <w:rPr>
          <w:rFonts w:ascii="Times New Roman" w:hAnsi="Times New Roman" w:cs="Times New Roman"/>
        </w:rPr>
        <w:t>.</w:t>
      </w:r>
    </w:p>
    <w:p w14:paraId="60D356DF" w14:textId="4FC233A7" w:rsidR="75FEF800" w:rsidRDefault="0E96D754" w:rsidP="3D60D166">
      <w:pPr>
        <w:jc w:val="both"/>
        <w:rPr>
          <w:rFonts w:ascii="Times New Roman" w:hAnsi="Times New Roman" w:cs="Times New Roman"/>
          <w:lang w:val="es-ES"/>
        </w:rPr>
      </w:pPr>
      <w:r w:rsidRPr="591E414E">
        <w:rPr>
          <w:rFonts w:ascii="Times New Roman" w:hAnsi="Times New Roman" w:cs="Times New Roman"/>
        </w:rPr>
        <w:t xml:space="preserve">- Lcda. </w:t>
      </w:r>
      <w:r w:rsidR="57B8CAA5" w:rsidRPr="591E414E">
        <w:rPr>
          <w:rFonts w:ascii="Times New Roman" w:hAnsi="Times New Roman" w:cs="Times New Roman"/>
        </w:rPr>
        <w:t>Quiñonez</w:t>
      </w:r>
      <w:r w:rsidR="37EA7B2F" w:rsidRPr="591E414E">
        <w:rPr>
          <w:rFonts w:ascii="Times New Roman" w:hAnsi="Times New Roman" w:cs="Times New Roman"/>
        </w:rPr>
        <w:t xml:space="preserve"> </w:t>
      </w:r>
      <w:r w:rsidR="27372190" w:rsidRPr="591E414E">
        <w:rPr>
          <w:rFonts w:ascii="Times New Roman" w:hAnsi="Times New Roman" w:cs="Times New Roman"/>
        </w:rPr>
        <w:t xml:space="preserve">– </w:t>
      </w:r>
      <w:r w:rsidR="57B8CAA5" w:rsidRPr="591E414E">
        <w:rPr>
          <w:rFonts w:ascii="Times New Roman" w:hAnsi="Times New Roman" w:cs="Times New Roman"/>
        </w:rPr>
        <w:t>ONSEC,</w:t>
      </w:r>
      <w:r w:rsidRPr="591E414E">
        <w:rPr>
          <w:rFonts w:ascii="Times New Roman" w:hAnsi="Times New Roman" w:cs="Times New Roman"/>
        </w:rPr>
        <w:t xml:space="preserve"> </w:t>
      </w:r>
      <w:r w:rsidR="11A2EF98" w:rsidRPr="591E414E">
        <w:rPr>
          <w:rFonts w:ascii="Times New Roman" w:hAnsi="Times New Roman" w:cs="Times New Roman"/>
        </w:rPr>
        <w:t>c</w:t>
      </w:r>
      <w:r w:rsidR="657E05BC" w:rsidRPr="591E414E">
        <w:rPr>
          <w:rFonts w:ascii="Times New Roman" w:hAnsi="Times New Roman" w:cs="Times New Roman"/>
        </w:rPr>
        <w:t>omparte un ejemplo de una persona con limitación visual, se presentó desde el interior</w:t>
      </w:r>
      <w:r w:rsidR="46253D60" w:rsidRPr="591E414E">
        <w:rPr>
          <w:rFonts w:ascii="Times New Roman" w:hAnsi="Times New Roman" w:cs="Times New Roman"/>
        </w:rPr>
        <w:t xml:space="preserve"> (</w:t>
      </w:r>
      <w:r w:rsidR="22BC79FC" w:rsidRPr="591E414E">
        <w:rPr>
          <w:rFonts w:ascii="Times New Roman" w:hAnsi="Times New Roman" w:cs="Times New Roman"/>
        </w:rPr>
        <w:t>Joyabaj)</w:t>
      </w:r>
      <w:r w:rsidR="657E05BC" w:rsidRPr="591E414E">
        <w:rPr>
          <w:rFonts w:ascii="Times New Roman" w:hAnsi="Times New Roman" w:cs="Times New Roman"/>
        </w:rPr>
        <w:t xml:space="preserve">, </w:t>
      </w:r>
      <w:r w:rsidR="38D1AE49" w:rsidRPr="591E414E">
        <w:rPr>
          <w:rFonts w:ascii="Times New Roman" w:hAnsi="Times New Roman" w:cs="Times New Roman"/>
        </w:rPr>
        <w:t xml:space="preserve">con un expediente en fotocopias, </w:t>
      </w:r>
      <w:r w:rsidR="0B0FD04B" w:rsidRPr="591E414E">
        <w:rPr>
          <w:rFonts w:ascii="Times New Roman" w:hAnsi="Times New Roman" w:cs="Times New Roman"/>
        </w:rPr>
        <w:t xml:space="preserve">razón por la que no se puede recibir (es necesario que los documentos sean originales) </w:t>
      </w:r>
      <w:r w:rsidR="331E74C9" w:rsidRPr="591E414E">
        <w:rPr>
          <w:rFonts w:ascii="Times New Roman" w:hAnsi="Times New Roman" w:cs="Times New Roman"/>
        </w:rPr>
        <w:t xml:space="preserve">y menciona que </w:t>
      </w:r>
      <w:r w:rsidR="1573F3A0" w:rsidRPr="591E414E">
        <w:rPr>
          <w:rFonts w:ascii="Times New Roman" w:hAnsi="Times New Roman" w:cs="Times New Roman"/>
        </w:rPr>
        <w:t>en ocasiones los gestores</w:t>
      </w:r>
      <w:r w:rsidR="0B0FD04B" w:rsidRPr="591E414E">
        <w:rPr>
          <w:rFonts w:ascii="Times New Roman" w:hAnsi="Times New Roman" w:cs="Times New Roman"/>
        </w:rPr>
        <w:t xml:space="preserve">/tramitadores </w:t>
      </w:r>
      <w:r w:rsidR="4670B952" w:rsidRPr="591E414E">
        <w:rPr>
          <w:rFonts w:ascii="Times New Roman" w:hAnsi="Times New Roman" w:cs="Times New Roman"/>
        </w:rPr>
        <w:t>no guían correctamente a los usuarios en la estructura de los expedient</w:t>
      </w:r>
      <w:r w:rsidR="3E0BCE08" w:rsidRPr="591E414E">
        <w:rPr>
          <w:rFonts w:ascii="Times New Roman" w:hAnsi="Times New Roman" w:cs="Times New Roman"/>
        </w:rPr>
        <w:t>es</w:t>
      </w:r>
      <w:r w:rsidR="4670B952" w:rsidRPr="591E414E">
        <w:rPr>
          <w:rFonts w:ascii="Times New Roman" w:hAnsi="Times New Roman" w:cs="Times New Roman"/>
        </w:rPr>
        <w:t xml:space="preserve">, lo que hace que retrase </w:t>
      </w:r>
      <w:r w:rsidR="48D27380" w:rsidRPr="591E414E">
        <w:rPr>
          <w:rFonts w:ascii="Times New Roman" w:hAnsi="Times New Roman" w:cs="Times New Roman"/>
        </w:rPr>
        <w:t>el ingreso.</w:t>
      </w:r>
      <w:r w:rsidR="1573F3A0" w:rsidRPr="591E414E">
        <w:rPr>
          <w:rFonts w:ascii="Times New Roman" w:hAnsi="Times New Roman" w:cs="Times New Roman"/>
        </w:rPr>
        <w:t xml:space="preserve"> </w:t>
      </w:r>
      <w:r w:rsidR="6C66DD18" w:rsidRPr="591E414E">
        <w:rPr>
          <w:rFonts w:ascii="Times New Roman" w:hAnsi="Times New Roman" w:cs="Times New Roman"/>
        </w:rPr>
        <w:t xml:space="preserve"> </w:t>
      </w:r>
      <w:r w:rsidR="48D27380" w:rsidRPr="591E414E">
        <w:rPr>
          <w:rFonts w:ascii="Times New Roman" w:hAnsi="Times New Roman" w:cs="Times New Roman"/>
        </w:rPr>
        <w:t>También menciona que terceros pueden realizar el trámite, una vez</w:t>
      </w:r>
      <w:r w:rsidR="1B54BD05" w:rsidRPr="591E414E">
        <w:rPr>
          <w:rFonts w:ascii="Times New Roman" w:hAnsi="Times New Roman" w:cs="Times New Roman"/>
        </w:rPr>
        <w:t xml:space="preserve"> </w:t>
      </w:r>
      <w:r w:rsidR="48D27380" w:rsidRPr="591E414E">
        <w:rPr>
          <w:rFonts w:ascii="Times New Roman" w:hAnsi="Times New Roman" w:cs="Times New Roman"/>
          <w:lang w:val="es-ES"/>
        </w:rPr>
        <w:t>cuenten con</w:t>
      </w:r>
      <w:r w:rsidR="40C6F3AA" w:rsidRPr="591E414E">
        <w:rPr>
          <w:rFonts w:ascii="Times New Roman" w:hAnsi="Times New Roman" w:cs="Times New Roman"/>
          <w:lang w:val="es-ES"/>
        </w:rPr>
        <w:t xml:space="preserve"> un</w:t>
      </w:r>
      <w:r w:rsidR="2580A32A" w:rsidRPr="591E414E">
        <w:rPr>
          <w:rFonts w:ascii="Times New Roman" w:hAnsi="Times New Roman" w:cs="Times New Roman"/>
          <w:lang w:val="es-ES"/>
        </w:rPr>
        <w:t xml:space="preserve"> mandato legal.</w:t>
      </w:r>
    </w:p>
    <w:p w14:paraId="438EE4BF" w14:textId="3F27D1DB" w:rsidR="004E3E77" w:rsidRDefault="40C6F3AA" w:rsidP="3D60D166">
      <w:pPr>
        <w:jc w:val="both"/>
        <w:rPr>
          <w:rFonts w:ascii="Times New Roman" w:hAnsi="Times New Roman" w:cs="Times New Roman"/>
          <w:lang w:val="es-ES"/>
        </w:rPr>
      </w:pPr>
      <w:r w:rsidRPr="3D60D166">
        <w:rPr>
          <w:rFonts w:ascii="Times New Roman" w:hAnsi="Times New Roman" w:cs="Times New Roman"/>
          <w:lang w:val="es-ES"/>
        </w:rPr>
        <w:t xml:space="preserve">- </w:t>
      </w:r>
      <w:r w:rsidR="76E9095A" w:rsidRPr="3D60D166">
        <w:rPr>
          <w:rFonts w:ascii="Times New Roman" w:hAnsi="Times New Roman" w:cs="Times New Roman"/>
          <w:lang w:val="es-ES"/>
        </w:rPr>
        <w:t>Inga.</w:t>
      </w:r>
      <w:r w:rsidR="0A317300" w:rsidRPr="3D60D166">
        <w:rPr>
          <w:rFonts w:ascii="Times New Roman" w:hAnsi="Times New Roman" w:cs="Times New Roman"/>
          <w:lang w:val="es-ES"/>
        </w:rPr>
        <w:t xml:space="preserve"> </w:t>
      </w:r>
      <w:r w:rsidRPr="3D60D166">
        <w:rPr>
          <w:rFonts w:ascii="Times New Roman" w:hAnsi="Times New Roman" w:cs="Times New Roman"/>
          <w:lang w:val="es-ES"/>
        </w:rPr>
        <w:t xml:space="preserve">Yuri </w:t>
      </w:r>
      <w:r w:rsidR="2F9EBA89" w:rsidRPr="3D60D166">
        <w:rPr>
          <w:rFonts w:ascii="Times New Roman" w:hAnsi="Times New Roman" w:cs="Times New Roman"/>
          <w:lang w:val="es-ES"/>
        </w:rPr>
        <w:t>Castro</w:t>
      </w:r>
      <w:r w:rsidR="37EA7B2F" w:rsidRPr="3D60D166">
        <w:rPr>
          <w:rFonts w:ascii="Times New Roman" w:hAnsi="Times New Roman" w:cs="Times New Roman"/>
          <w:lang w:val="es-ES"/>
        </w:rPr>
        <w:t xml:space="preserve"> </w:t>
      </w:r>
      <w:r w:rsidR="2BCD21C9" w:rsidRPr="3D60D166">
        <w:rPr>
          <w:rFonts w:ascii="Times New Roman" w:hAnsi="Times New Roman" w:cs="Times New Roman"/>
        </w:rPr>
        <w:t xml:space="preserve">– </w:t>
      </w:r>
      <w:r w:rsidR="2F9EBA89" w:rsidRPr="3D60D166">
        <w:rPr>
          <w:rFonts w:ascii="Times New Roman" w:hAnsi="Times New Roman" w:cs="Times New Roman"/>
          <w:lang w:val="es-ES"/>
        </w:rPr>
        <w:t>IGM</w:t>
      </w:r>
      <w:r w:rsidR="37EA7B2F" w:rsidRPr="3D60D166">
        <w:rPr>
          <w:rFonts w:ascii="Times New Roman" w:hAnsi="Times New Roman" w:cs="Times New Roman"/>
          <w:lang w:val="es-ES"/>
        </w:rPr>
        <w:t>,</w:t>
      </w:r>
      <w:r w:rsidR="76E9095A" w:rsidRPr="3D60D166">
        <w:rPr>
          <w:rFonts w:ascii="Times New Roman" w:hAnsi="Times New Roman" w:cs="Times New Roman"/>
          <w:lang w:val="es-ES"/>
        </w:rPr>
        <w:t xml:space="preserve"> </w:t>
      </w:r>
      <w:r w:rsidRPr="3D60D166">
        <w:rPr>
          <w:rFonts w:ascii="Times New Roman" w:hAnsi="Times New Roman" w:cs="Times New Roman"/>
          <w:lang w:val="es-ES"/>
        </w:rPr>
        <w:t>Felicita a ONSEC</w:t>
      </w:r>
      <w:r w:rsidR="5CD982F4" w:rsidRPr="3D60D166">
        <w:rPr>
          <w:rFonts w:ascii="Times New Roman" w:hAnsi="Times New Roman" w:cs="Times New Roman"/>
          <w:lang w:val="es-ES"/>
        </w:rPr>
        <w:t xml:space="preserve"> por los avances realizados y destaca </w:t>
      </w:r>
      <w:r w:rsidR="0EE84A41" w:rsidRPr="3D60D166">
        <w:rPr>
          <w:rFonts w:ascii="Times New Roman" w:hAnsi="Times New Roman" w:cs="Times New Roman"/>
          <w:lang w:val="es-ES"/>
        </w:rPr>
        <w:t>que,</w:t>
      </w:r>
      <w:r w:rsidR="5CD982F4" w:rsidRPr="3D60D166">
        <w:rPr>
          <w:rFonts w:ascii="Times New Roman" w:hAnsi="Times New Roman" w:cs="Times New Roman"/>
          <w:lang w:val="es-ES"/>
        </w:rPr>
        <w:t>en las instituciones</w:t>
      </w:r>
      <w:r w:rsidR="2FDB2F04" w:rsidRPr="3D60D166">
        <w:rPr>
          <w:rFonts w:ascii="Times New Roman" w:hAnsi="Times New Roman" w:cs="Times New Roman"/>
          <w:lang w:val="es-ES"/>
        </w:rPr>
        <w:t xml:space="preserve">, el área tecnológica es débil, es importante que se considere la creación de otros departamentos en donde se </w:t>
      </w:r>
      <w:r w:rsidR="343C2099" w:rsidRPr="3D60D166">
        <w:rPr>
          <w:rFonts w:ascii="Times New Roman" w:hAnsi="Times New Roman" w:cs="Times New Roman"/>
          <w:lang w:val="es-ES"/>
        </w:rPr>
        <w:t xml:space="preserve">trabajen procesos como compras relacionadas a IT, el análisis de procedimientos, </w:t>
      </w:r>
      <w:r w:rsidR="5D7B5960" w:rsidRPr="3D60D166">
        <w:rPr>
          <w:rFonts w:ascii="Times New Roman" w:hAnsi="Times New Roman" w:cs="Times New Roman"/>
          <w:lang w:val="es-ES"/>
        </w:rPr>
        <w:t>incluir nuevas áreas que permita a IT ser un aliado en los procesos</w:t>
      </w:r>
      <w:r w:rsidR="2A1DE3C5" w:rsidRPr="3D60D166">
        <w:rPr>
          <w:rFonts w:ascii="Times New Roman" w:hAnsi="Times New Roman" w:cs="Times New Roman"/>
          <w:lang w:val="es-ES"/>
        </w:rPr>
        <w:t xml:space="preserve">. Menciona que el reto es también presupuestario, para disponer </w:t>
      </w:r>
      <w:r w:rsidR="3EE07705" w:rsidRPr="3D60D166">
        <w:rPr>
          <w:rFonts w:ascii="Times New Roman" w:hAnsi="Times New Roman" w:cs="Times New Roman"/>
          <w:lang w:val="es-ES"/>
        </w:rPr>
        <w:t>de equipo, personal c</w:t>
      </w:r>
      <w:r w:rsidR="0C362B70" w:rsidRPr="3D60D166">
        <w:rPr>
          <w:rFonts w:ascii="Times New Roman" w:hAnsi="Times New Roman" w:cs="Times New Roman"/>
          <w:lang w:val="es-ES"/>
        </w:rPr>
        <w:t>apacitado</w:t>
      </w:r>
      <w:r w:rsidR="3D1D3750" w:rsidRPr="3D60D166">
        <w:rPr>
          <w:rFonts w:ascii="Times New Roman" w:hAnsi="Times New Roman" w:cs="Times New Roman"/>
          <w:lang w:val="es-ES"/>
        </w:rPr>
        <w:t xml:space="preserve"> (salarios)</w:t>
      </w:r>
      <w:r w:rsidR="0C362B70" w:rsidRPr="3D60D166">
        <w:rPr>
          <w:rFonts w:ascii="Times New Roman" w:hAnsi="Times New Roman" w:cs="Times New Roman"/>
          <w:lang w:val="es-ES"/>
        </w:rPr>
        <w:t xml:space="preserve">, etc. Agrega también, que el reto son los tiempos y </w:t>
      </w:r>
      <w:r w:rsidR="0E39DECD" w:rsidRPr="3D60D166">
        <w:rPr>
          <w:rFonts w:ascii="Times New Roman" w:hAnsi="Times New Roman" w:cs="Times New Roman"/>
          <w:lang w:val="es-ES"/>
        </w:rPr>
        <w:t xml:space="preserve">procesos administrativos, etc. </w:t>
      </w:r>
      <w:r w:rsidR="2D0E8B60" w:rsidRPr="3D60D166">
        <w:rPr>
          <w:rFonts w:ascii="Times New Roman" w:hAnsi="Times New Roman" w:cs="Times New Roman"/>
          <w:lang w:val="es-ES"/>
        </w:rPr>
        <w:t xml:space="preserve"> Destaca </w:t>
      </w:r>
      <w:r w:rsidR="7E641611" w:rsidRPr="3D60D166">
        <w:rPr>
          <w:rFonts w:ascii="Times New Roman" w:hAnsi="Times New Roman" w:cs="Times New Roman"/>
          <w:lang w:val="es-ES"/>
        </w:rPr>
        <w:t>la importancia del cambio cultural</w:t>
      </w:r>
      <w:r w:rsidR="39F88AE8" w:rsidRPr="3D60D166">
        <w:rPr>
          <w:rFonts w:ascii="Times New Roman" w:hAnsi="Times New Roman" w:cs="Times New Roman"/>
          <w:lang w:val="es-ES"/>
        </w:rPr>
        <w:t>, dando visibilidad e importancia a los departamentos de IT en las instituciones públicas.</w:t>
      </w:r>
    </w:p>
    <w:p w14:paraId="3C92DD64" w14:textId="43CA514D" w:rsidR="00CC2822" w:rsidRDefault="00440415" w:rsidP="591E414E">
      <w:pPr>
        <w:jc w:val="both"/>
        <w:rPr>
          <w:rFonts w:ascii="Times New Roman" w:hAnsi="Times New Roman" w:cs="Times New Roman"/>
          <w:lang w:val="es-ES"/>
        </w:rPr>
      </w:pPr>
      <w:r w:rsidRPr="591E414E">
        <w:rPr>
          <w:rFonts w:ascii="Times New Roman" w:hAnsi="Times New Roman" w:cs="Times New Roman"/>
          <w:lang w:val="es-ES"/>
        </w:rPr>
        <w:t>- Inga. Wendy Miranda</w:t>
      </w:r>
      <w:r w:rsidR="6257FFB7" w:rsidRPr="591E414E">
        <w:rPr>
          <w:rFonts w:ascii="Times New Roman" w:hAnsi="Times New Roman" w:cs="Times New Roman"/>
          <w:lang w:val="es-ES"/>
        </w:rPr>
        <w:t xml:space="preserve"> </w:t>
      </w:r>
      <w:r w:rsidR="6257FFB7" w:rsidRPr="591E414E">
        <w:rPr>
          <w:rFonts w:ascii="Times New Roman" w:hAnsi="Times New Roman" w:cs="Times New Roman"/>
        </w:rPr>
        <w:t xml:space="preserve">– </w:t>
      </w:r>
      <w:r w:rsidR="00F26125" w:rsidRPr="591E414E">
        <w:rPr>
          <w:rFonts w:ascii="Times New Roman" w:hAnsi="Times New Roman" w:cs="Times New Roman"/>
          <w:lang w:val="es-ES"/>
        </w:rPr>
        <w:t>GAE, menciona que se está dirigiendo la atención a la interoperabilidad interinstitucional</w:t>
      </w:r>
      <w:r w:rsidR="001166E3" w:rsidRPr="591E414E">
        <w:rPr>
          <w:rFonts w:ascii="Times New Roman" w:hAnsi="Times New Roman" w:cs="Times New Roman"/>
          <w:lang w:val="es-ES"/>
        </w:rPr>
        <w:t xml:space="preserve"> y a la mejora continua</w:t>
      </w:r>
      <w:r w:rsidR="002A206C" w:rsidRPr="591E414E">
        <w:rPr>
          <w:rFonts w:ascii="Times New Roman" w:hAnsi="Times New Roman" w:cs="Times New Roman"/>
          <w:lang w:val="es-ES"/>
        </w:rPr>
        <w:t xml:space="preserve"> en el tema.</w:t>
      </w:r>
    </w:p>
    <w:p w14:paraId="21FFE4DF" w14:textId="5524547A" w:rsidR="00747333" w:rsidRDefault="00646D37" w:rsidP="591E414E">
      <w:pPr>
        <w:jc w:val="both"/>
        <w:rPr>
          <w:rFonts w:ascii="Times New Roman" w:hAnsi="Times New Roman" w:cs="Times New Roman"/>
          <w:lang w:val="es-ES"/>
        </w:rPr>
      </w:pPr>
      <w:r w:rsidRPr="591E414E">
        <w:rPr>
          <w:rFonts w:ascii="Times New Roman" w:hAnsi="Times New Roman" w:cs="Times New Roman"/>
          <w:lang w:val="es-ES"/>
        </w:rPr>
        <w:t>-</w:t>
      </w:r>
      <w:r w:rsidR="0062769A" w:rsidRPr="591E414E">
        <w:rPr>
          <w:rFonts w:ascii="Times New Roman" w:hAnsi="Times New Roman" w:cs="Times New Roman"/>
          <w:lang w:val="es-ES"/>
        </w:rPr>
        <w:t xml:space="preserve"> </w:t>
      </w:r>
      <w:r w:rsidR="00CC2822" w:rsidRPr="591E414E">
        <w:rPr>
          <w:rFonts w:ascii="Times New Roman" w:hAnsi="Times New Roman" w:cs="Times New Roman"/>
          <w:lang w:val="es-ES"/>
        </w:rPr>
        <w:t xml:space="preserve">Lcdo.Yonni Aguilar </w:t>
      </w:r>
      <w:r w:rsidR="7AEAA7A2" w:rsidRPr="591E414E">
        <w:rPr>
          <w:rFonts w:ascii="Times New Roman" w:hAnsi="Times New Roman" w:cs="Times New Roman"/>
        </w:rPr>
        <w:t xml:space="preserve">– </w:t>
      </w:r>
      <w:r w:rsidR="00CC2822" w:rsidRPr="591E414E">
        <w:rPr>
          <w:rFonts w:ascii="Times New Roman" w:hAnsi="Times New Roman" w:cs="Times New Roman"/>
          <w:lang w:val="es-ES"/>
        </w:rPr>
        <w:t>CiiDH,</w:t>
      </w:r>
      <w:r w:rsidR="0032243C" w:rsidRPr="591E414E">
        <w:rPr>
          <w:rFonts w:ascii="Times New Roman" w:hAnsi="Times New Roman" w:cs="Times New Roman"/>
          <w:lang w:val="es-ES"/>
        </w:rPr>
        <w:t xml:space="preserve"> </w:t>
      </w:r>
      <w:r w:rsidR="00CC2822" w:rsidRPr="591E414E">
        <w:rPr>
          <w:rFonts w:ascii="Times New Roman" w:hAnsi="Times New Roman" w:cs="Times New Roman"/>
          <w:lang w:val="es-ES"/>
        </w:rPr>
        <w:t>reconoce el esfuerzo que ONSEC hace en los procesos que realiza</w:t>
      </w:r>
      <w:r w:rsidR="006C7C61" w:rsidRPr="591E414E">
        <w:rPr>
          <w:rFonts w:ascii="Times New Roman" w:hAnsi="Times New Roman" w:cs="Times New Roman"/>
          <w:lang w:val="es-ES"/>
        </w:rPr>
        <w:t xml:space="preserve"> y en los retos que afrontan.  </w:t>
      </w:r>
      <w:r w:rsidR="00981F35" w:rsidRPr="591E414E">
        <w:rPr>
          <w:rFonts w:ascii="Times New Roman" w:hAnsi="Times New Roman" w:cs="Times New Roman"/>
          <w:lang w:val="es-ES"/>
        </w:rPr>
        <w:t>Comparte que será valioso conocer los medios de verificación en la próxima reunión</w:t>
      </w:r>
      <w:r w:rsidR="00980585" w:rsidRPr="591E414E">
        <w:rPr>
          <w:rFonts w:ascii="Times New Roman" w:hAnsi="Times New Roman" w:cs="Times New Roman"/>
          <w:lang w:val="es-ES"/>
        </w:rPr>
        <w:t>.</w:t>
      </w:r>
    </w:p>
    <w:p w14:paraId="563C5D2F" w14:textId="66EB499A" w:rsidR="00627EEF" w:rsidRDefault="00980585" w:rsidP="00EA0FE8">
      <w:pPr>
        <w:jc w:val="both"/>
        <w:rPr>
          <w:rFonts w:ascii="Times New Roman" w:hAnsi="Times New Roman" w:cs="Times New Roman"/>
          <w:lang w:val="es-ES"/>
        </w:rPr>
      </w:pPr>
      <w:r>
        <w:rPr>
          <w:rFonts w:ascii="Times New Roman" w:hAnsi="Times New Roman" w:cs="Times New Roman"/>
          <w:lang w:val="es-ES"/>
        </w:rPr>
        <w:t xml:space="preserve">- Lcda. Silvia Márquez – MINFIN, </w:t>
      </w:r>
      <w:r w:rsidR="00B107FD">
        <w:rPr>
          <w:rFonts w:ascii="Times New Roman" w:hAnsi="Times New Roman" w:cs="Times New Roman"/>
          <w:lang w:val="es-ES"/>
        </w:rPr>
        <w:t xml:space="preserve">destaca la importancia de </w:t>
      </w:r>
      <w:r w:rsidR="004346A2">
        <w:rPr>
          <w:rFonts w:ascii="Times New Roman" w:hAnsi="Times New Roman" w:cs="Times New Roman"/>
          <w:lang w:val="es-ES"/>
        </w:rPr>
        <w:t xml:space="preserve">realizar este tipo de mesas de trabajo. Menciona que </w:t>
      </w:r>
      <w:r w:rsidR="00BF4FA1">
        <w:rPr>
          <w:rFonts w:ascii="Times New Roman" w:hAnsi="Times New Roman" w:cs="Times New Roman"/>
          <w:lang w:val="es-ES"/>
        </w:rPr>
        <w:t xml:space="preserve">es valioso que </w:t>
      </w:r>
      <w:r w:rsidR="004346A2">
        <w:rPr>
          <w:rFonts w:ascii="Times New Roman" w:hAnsi="Times New Roman" w:cs="Times New Roman"/>
          <w:lang w:val="es-ES"/>
        </w:rPr>
        <w:t xml:space="preserve">cada institución </w:t>
      </w:r>
      <w:r w:rsidR="00BF4FA1">
        <w:rPr>
          <w:rFonts w:ascii="Times New Roman" w:hAnsi="Times New Roman" w:cs="Times New Roman"/>
          <w:lang w:val="es-ES"/>
        </w:rPr>
        <w:t>realice</w:t>
      </w:r>
      <w:r w:rsidR="004346A2">
        <w:rPr>
          <w:rFonts w:ascii="Times New Roman" w:hAnsi="Times New Roman" w:cs="Times New Roman"/>
          <w:lang w:val="es-ES"/>
        </w:rPr>
        <w:t xml:space="preserve"> un di</w:t>
      </w:r>
      <w:r w:rsidR="00BF4FA1">
        <w:rPr>
          <w:rFonts w:ascii="Times New Roman" w:hAnsi="Times New Roman" w:cs="Times New Roman"/>
          <w:lang w:val="es-ES"/>
        </w:rPr>
        <w:t>a</w:t>
      </w:r>
      <w:r w:rsidR="004346A2">
        <w:rPr>
          <w:rFonts w:ascii="Times New Roman" w:hAnsi="Times New Roman" w:cs="Times New Roman"/>
          <w:lang w:val="es-ES"/>
        </w:rPr>
        <w:t xml:space="preserve">gnóstico para identificar </w:t>
      </w:r>
      <w:r w:rsidR="00BF4FA1">
        <w:rPr>
          <w:rFonts w:ascii="Times New Roman" w:hAnsi="Times New Roman" w:cs="Times New Roman"/>
          <w:lang w:val="es-ES"/>
        </w:rPr>
        <w:t xml:space="preserve">qué áreas pueden mejorarse, </w:t>
      </w:r>
      <w:r w:rsidR="00BC40F3">
        <w:rPr>
          <w:rFonts w:ascii="Times New Roman" w:hAnsi="Times New Roman" w:cs="Times New Roman"/>
          <w:lang w:val="es-ES"/>
        </w:rPr>
        <w:t>identificar formas para agilizar procesos</w:t>
      </w:r>
      <w:r w:rsidR="00BF4D99">
        <w:rPr>
          <w:rFonts w:ascii="Times New Roman" w:hAnsi="Times New Roman" w:cs="Times New Roman"/>
          <w:lang w:val="es-ES"/>
        </w:rPr>
        <w:t xml:space="preserve"> y aspectos legales que </w:t>
      </w:r>
      <w:r w:rsidR="00627EEF">
        <w:rPr>
          <w:rFonts w:ascii="Times New Roman" w:hAnsi="Times New Roman" w:cs="Times New Roman"/>
          <w:lang w:val="es-ES"/>
        </w:rPr>
        <w:t>se deben considera</w:t>
      </w:r>
      <w:r w:rsidR="005D43A4">
        <w:rPr>
          <w:rFonts w:ascii="Times New Roman" w:hAnsi="Times New Roman" w:cs="Times New Roman"/>
          <w:lang w:val="es-ES"/>
        </w:rPr>
        <w:t>r para la mejora continua.</w:t>
      </w:r>
    </w:p>
    <w:p w14:paraId="4BBEA460" w14:textId="55082856" w:rsidR="005D43A4" w:rsidRDefault="005D43A4" w:rsidP="00EA0FE8">
      <w:pPr>
        <w:jc w:val="both"/>
        <w:rPr>
          <w:rFonts w:ascii="Times New Roman" w:hAnsi="Times New Roman" w:cs="Times New Roman"/>
          <w:lang w:val="es-ES"/>
        </w:rPr>
      </w:pPr>
      <w:r>
        <w:rPr>
          <w:rFonts w:ascii="Times New Roman" w:hAnsi="Times New Roman" w:cs="Times New Roman"/>
          <w:lang w:val="es-ES"/>
        </w:rPr>
        <w:t xml:space="preserve">- </w:t>
      </w:r>
      <w:r w:rsidR="00EC0FA9">
        <w:rPr>
          <w:rFonts w:ascii="Times New Roman" w:hAnsi="Times New Roman" w:cs="Times New Roman"/>
          <w:lang w:val="es-ES"/>
        </w:rPr>
        <w:t xml:space="preserve">Lcda. Lilian Sierra – ICEFI, felicita a ONSEC por los esfuerzos </w:t>
      </w:r>
      <w:r w:rsidR="00C27F2B">
        <w:rPr>
          <w:rFonts w:ascii="Times New Roman" w:hAnsi="Times New Roman" w:cs="Times New Roman"/>
          <w:lang w:val="es-ES"/>
        </w:rPr>
        <w:t xml:space="preserve">realizados y </w:t>
      </w:r>
      <w:r w:rsidR="005C5157">
        <w:rPr>
          <w:rFonts w:ascii="Times New Roman" w:hAnsi="Times New Roman" w:cs="Times New Roman"/>
          <w:lang w:val="es-ES"/>
        </w:rPr>
        <w:t>destaca lo valioso de la ley de simplificación de trámites</w:t>
      </w:r>
      <w:r w:rsidR="00984A3C">
        <w:rPr>
          <w:rFonts w:ascii="Times New Roman" w:hAnsi="Times New Roman" w:cs="Times New Roman"/>
          <w:lang w:val="es-ES"/>
        </w:rPr>
        <w:t xml:space="preserve">. Es valioso conocer los trámites, requisitos, costos </w:t>
      </w:r>
      <w:r w:rsidR="0037586A">
        <w:rPr>
          <w:rFonts w:ascii="Times New Roman" w:hAnsi="Times New Roman" w:cs="Times New Roman"/>
          <w:lang w:val="es-ES"/>
        </w:rPr>
        <w:t>a los que se incurre en los procesos</w:t>
      </w:r>
      <w:r w:rsidR="00790EF2">
        <w:rPr>
          <w:rFonts w:ascii="Times New Roman" w:hAnsi="Times New Roman" w:cs="Times New Roman"/>
          <w:lang w:val="es-ES"/>
        </w:rPr>
        <w:t>.</w:t>
      </w:r>
    </w:p>
    <w:p w14:paraId="10823572" w14:textId="520EF890" w:rsidR="00790EF2" w:rsidRDefault="00790EF2" w:rsidP="591E414E">
      <w:pPr>
        <w:jc w:val="both"/>
        <w:rPr>
          <w:rFonts w:ascii="Times New Roman" w:hAnsi="Times New Roman" w:cs="Times New Roman"/>
          <w:lang w:val="es-ES"/>
        </w:rPr>
      </w:pPr>
      <w:r w:rsidRPr="591E414E">
        <w:rPr>
          <w:rFonts w:ascii="Times New Roman" w:hAnsi="Times New Roman" w:cs="Times New Roman"/>
          <w:lang w:val="es-ES"/>
        </w:rPr>
        <w:t>-</w:t>
      </w:r>
      <w:r w:rsidR="541BADF9" w:rsidRPr="591E414E">
        <w:rPr>
          <w:rFonts w:ascii="Times New Roman" w:hAnsi="Times New Roman" w:cs="Times New Roman"/>
          <w:lang w:val="es-ES"/>
        </w:rPr>
        <w:t xml:space="preserve"> Ing. </w:t>
      </w:r>
      <w:r w:rsidR="009007F3" w:rsidRPr="591E414E">
        <w:rPr>
          <w:rFonts w:ascii="Times New Roman" w:hAnsi="Times New Roman" w:cs="Times New Roman"/>
          <w:lang w:val="es-ES"/>
        </w:rPr>
        <w:t xml:space="preserve">Edgar </w:t>
      </w:r>
      <w:r w:rsidR="541BADF9" w:rsidRPr="591E414E">
        <w:rPr>
          <w:rFonts w:ascii="Times New Roman" w:hAnsi="Times New Roman" w:cs="Times New Roman"/>
          <w:lang w:val="es-ES"/>
        </w:rPr>
        <w:t>Ramos</w:t>
      </w:r>
      <w:r w:rsidR="009007F3" w:rsidRPr="591E414E">
        <w:rPr>
          <w:rFonts w:ascii="Times New Roman" w:hAnsi="Times New Roman" w:cs="Times New Roman"/>
          <w:lang w:val="es-ES"/>
        </w:rPr>
        <w:t xml:space="preserve"> </w:t>
      </w:r>
      <w:r w:rsidR="75F00F3F" w:rsidRPr="591E414E">
        <w:rPr>
          <w:rFonts w:ascii="Times New Roman" w:hAnsi="Times New Roman" w:cs="Times New Roman"/>
        </w:rPr>
        <w:t xml:space="preserve">– </w:t>
      </w:r>
      <w:r w:rsidR="541BADF9" w:rsidRPr="591E414E">
        <w:rPr>
          <w:rFonts w:ascii="Times New Roman" w:hAnsi="Times New Roman" w:cs="Times New Roman"/>
          <w:lang w:val="es-ES"/>
        </w:rPr>
        <w:t>GAE, indica que</w:t>
      </w:r>
      <w:r w:rsidRPr="591E414E">
        <w:rPr>
          <w:rFonts w:ascii="Times New Roman" w:hAnsi="Times New Roman" w:cs="Times New Roman"/>
          <w:lang w:val="es-ES"/>
        </w:rPr>
        <w:t xml:space="preserve"> la expectativa es muy grande, </w:t>
      </w:r>
      <w:r w:rsidR="006C1915" w:rsidRPr="591E414E">
        <w:rPr>
          <w:rFonts w:ascii="Times New Roman" w:hAnsi="Times New Roman" w:cs="Times New Roman"/>
          <w:lang w:val="es-ES"/>
        </w:rPr>
        <w:t xml:space="preserve">comparte que GAE visitó a ONSEC y </w:t>
      </w:r>
      <w:r w:rsidR="00D8031B" w:rsidRPr="591E414E">
        <w:rPr>
          <w:rFonts w:ascii="Times New Roman" w:hAnsi="Times New Roman" w:cs="Times New Roman"/>
          <w:lang w:val="es-ES"/>
        </w:rPr>
        <w:t xml:space="preserve">menciona que tuvo la oportunidad de conocer diferentes departamentos para hacer un diagnóstico para luego realizar un análisis de los resultados. Destaca </w:t>
      </w:r>
      <w:r w:rsidR="00496700" w:rsidRPr="591E414E">
        <w:rPr>
          <w:rFonts w:ascii="Times New Roman" w:hAnsi="Times New Roman" w:cs="Times New Roman"/>
          <w:lang w:val="es-ES"/>
        </w:rPr>
        <w:t>el interés en continuar</w:t>
      </w:r>
      <w:r w:rsidR="00864C64" w:rsidRPr="591E414E">
        <w:rPr>
          <w:rFonts w:ascii="Times New Roman" w:hAnsi="Times New Roman" w:cs="Times New Roman"/>
          <w:lang w:val="es-ES"/>
        </w:rPr>
        <w:t xml:space="preserve"> apoyando en el proceso. </w:t>
      </w:r>
    </w:p>
    <w:p w14:paraId="16203BF4" w14:textId="3760C431" w:rsidR="00864C64" w:rsidRDefault="006D29CE" w:rsidP="591E414E">
      <w:pPr>
        <w:jc w:val="both"/>
        <w:rPr>
          <w:rFonts w:ascii="Times New Roman" w:hAnsi="Times New Roman" w:cs="Times New Roman"/>
          <w:lang w:val="es-ES"/>
        </w:rPr>
      </w:pPr>
      <w:r w:rsidRPr="591E414E">
        <w:rPr>
          <w:rFonts w:ascii="Times New Roman" w:hAnsi="Times New Roman" w:cs="Times New Roman"/>
          <w:lang w:val="es-ES"/>
        </w:rPr>
        <w:t xml:space="preserve">- </w:t>
      </w:r>
      <w:r w:rsidR="00864C64" w:rsidRPr="591E414E">
        <w:rPr>
          <w:rFonts w:ascii="Times New Roman" w:hAnsi="Times New Roman" w:cs="Times New Roman"/>
          <w:lang w:val="es-ES"/>
        </w:rPr>
        <w:t>Inga. Wendy Miranda</w:t>
      </w:r>
      <w:r w:rsidR="0012269E" w:rsidRPr="591E414E">
        <w:rPr>
          <w:rFonts w:ascii="Times New Roman" w:hAnsi="Times New Roman" w:cs="Times New Roman"/>
          <w:lang w:val="es-ES"/>
        </w:rPr>
        <w:t xml:space="preserve"> </w:t>
      </w:r>
      <w:r w:rsidR="5CEF7216" w:rsidRPr="591E414E">
        <w:rPr>
          <w:rFonts w:ascii="Times New Roman" w:hAnsi="Times New Roman" w:cs="Times New Roman"/>
        </w:rPr>
        <w:t xml:space="preserve">– </w:t>
      </w:r>
      <w:r w:rsidR="0012269E" w:rsidRPr="591E414E">
        <w:rPr>
          <w:rFonts w:ascii="Times New Roman" w:hAnsi="Times New Roman" w:cs="Times New Roman"/>
          <w:lang w:val="es-ES"/>
        </w:rPr>
        <w:t>GAE</w:t>
      </w:r>
      <w:r w:rsidR="00864C64" w:rsidRPr="591E414E">
        <w:rPr>
          <w:rFonts w:ascii="Times New Roman" w:hAnsi="Times New Roman" w:cs="Times New Roman"/>
          <w:lang w:val="es-ES"/>
        </w:rPr>
        <w:t>, agradece a M</w:t>
      </w:r>
      <w:r w:rsidR="00AAAE38" w:rsidRPr="591E414E">
        <w:rPr>
          <w:rFonts w:ascii="Times New Roman" w:hAnsi="Times New Roman" w:cs="Times New Roman"/>
          <w:lang w:val="es-ES"/>
        </w:rPr>
        <w:t>sc</w:t>
      </w:r>
      <w:r w:rsidR="00864C64" w:rsidRPr="591E414E">
        <w:rPr>
          <w:rFonts w:ascii="Times New Roman" w:hAnsi="Times New Roman" w:cs="Times New Roman"/>
          <w:lang w:val="es-ES"/>
        </w:rPr>
        <w:t xml:space="preserve">. Karla </w:t>
      </w:r>
      <w:r w:rsidR="00D80546" w:rsidRPr="591E414E">
        <w:rPr>
          <w:rFonts w:ascii="Times New Roman" w:hAnsi="Times New Roman" w:cs="Times New Roman"/>
          <w:lang w:val="es-ES"/>
        </w:rPr>
        <w:t xml:space="preserve">Gómez </w:t>
      </w:r>
      <w:r w:rsidR="00864C64" w:rsidRPr="591E414E">
        <w:rPr>
          <w:rFonts w:ascii="Times New Roman" w:hAnsi="Times New Roman" w:cs="Times New Roman"/>
          <w:lang w:val="es-ES"/>
        </w:rPr>
        <w:t xml:space="preserve">por la apertura </w:t>
      </w:r>
      <w:r w:rsidR="00933468" w:rsidRPr="591E414E">
        <w:rPr>
          <w:rFonts w:ascii="Times New Roman" w:hAnsi="Times New Roman" w:cs="Times New Roman"/>
          <w:lang w:val="es-ES"/>
        </w:rPr>
        <w:t>y apoyo brindado a GAE</w:t>
      </w:r>
      <w:r w:rsidR="00D80546" w:rsidRPr="591E414E">
        <w:rPr>
          <w:rFonts w:ascii="Times New Roman" w:hAnsi="Times New Roman" w:cs="Times New Roman"/>
          <w:lang w:val="es-ES"/>
        </w:rPr>
        <w:t>, r</w:t>
      </w:r>
      <w:r w:rsidR="00933468" w:rsidRPr="591E414E">
        <w:rPr>
          <w:rFonts w:ascii="Times New Roman" w:hAnsi="Times New Roman" w:cs="Times New Roman"/>
          <w:lang w:val="es-ES"/>
        </w:rPr>
        <w:t>econoce el esfuerzo realizado por ONSEC.</w:t>
      </w:r>
    </w:p>
    <w:p w14:paraId="31019041" w14:textId="0323A0C4" w:rsidR="006D29CE" w:rsidRDefault="006D29CE" w:rsidP="591E414E">
      <w:pPr>
        <w:jc w:val="both"/>
        <w:rPr>
          <w:rFonts w:ascii="Times New Roman" w:hAnsi="Times New Roman" w:cs="Times New Roman"/>
          <w:lang w:val="es-ES"/>
        </w:rPr>
      </w:pPr>
      <w:r w:rsidRPr="591E414E">
        <w:rPr>
          <w:rFonts w:ascii="Times New Roman" w:hAnsi="Times New Roman" w:cs="Times New Roman"/>
          <w:lang w:val="es-ES"/>
        </w:rPr>
        <w:t xml:space="preserve">- Lcda. Marissa </w:t>
      </w:r>
      <w:r w:rsidR="37ED9AC6" w:rsidRPr="591E414E">
        <w:rPr>
          <w:rFonts w:ascii="Times New Roman" w:hAnsi="Times New Roman" w:cs="Times New Roman"/>
          <w:lang w:val="es-ES"/>
        </w:rPr>
        <w:t>Anleu</w:t>
      </w:r>
      <w:r w:rsidR="2BDA0F75" w:rsidRPr="591E414E">
        <w:rPr>
          <w:rFonts w:ascii="Times New Roman" w:hAnsi="Times New Roman" w:cs="Times New Roman"/>
        </w:rPr>
        <w:t xml:space="preserve"> –</w:t>
      </w:r>
      <w:r w:rsidR="009007F3" w:rsidRPr="591E414E">
        <w:rPr>
          <w:rFonts w:ascii="Times New Roman" w:hAnsi="Times New Roman" w:cs="Times New Roman"/>
          <w:lang w:val="es-ES"/>
        </w:rPr>
        <w:t xml:space="preserve"> </w:t>
      </w:r>
      <w:r w:rsidRPr="591E414E">
        <w:rPr>
          <w:rFonts w:ascii="Times New Roman" w:hAnsi="Times New Roman" w:cs="Times New Roman"/>
          <w:lang w:val="es-ES"/>
        </w:rPr>
        <w:t>ONSEC, destaca que el mayor interés es mejorar los procesos que actualmente tienen, simplificar el trámite</w:t>
      </w:r>
      <w:r w:rsidR="00DD287C" w:rsidRPr="591E414E">
        <w:rPr>
          <w:rFonts w:ascii="Times New Roman" w:hAnsi="Times New Roman" w:cs="Times New Roman"/>
          <w:lang w:val="es-ES"/>
        </w:rPr>
        <w:t>, haciendo uso de los sistemas con los que cuenta la oficina actualmente.</w:t>
      </w:r>
    </w:p>
    <w:p w14:paraId="5DF4AEEA" w14:textId="26048D10" w:rsidR="00005C34" w:rsidRDefault="00B27AE5" w:rsidP="00EA0FE8">
      <w:pPr>
        <w:jc w:val="both"/>
        <w:rPr>
          <w:rFonts w:ascii="Times New Roman" w:hAnsi="Times New Roman" w:cs="Times New Roman"/>
          <w:lang w:val="es-ES"/>
        </w:rPr>
      </w:pPr>
      <w:r>
        <w:rPr>
          <w:rFonts w:ascii="Times New Roman" w:hAnsi="Times New Roman" w:cs="Times New Roman"/>
          <w:lang w:val="es-ES"/>
        </w:rPr>
        <w:t xml:space="preserve">- </w:t>
      </w:r>
      <w:proofErr w:type="spellStart"/>
      <w:r>
        <w:rPr>
          <w:rFonts w:ascii="Times New Roman" w:hAnsi="Times New Roman" w:cs="Times New Roman"/>
          <w:lang w:val="es-ES"/>
        </w:rPr>
        <w:t>Mgtr</w:t>
      </w:r>
      <w:proofErr w:type="spellEnd"/>
      <w:r>
        <w:rPr>
          <w:rFonts w:ascii="Times New Roman" w:hAnsi="Times New Roman" w:cs="Times New Roman"/>
          <w:lang w:val="es-ES"/>
        </w:rPr>
        <w:t xml:space="preserve">. Zaira Mejia – GAE, destaca que es importante que </w:t>
      </w:r>
      <w:r w:rsidR="006A3689">
        <w:rPr>
          <w:rFonts w:ascii="Times New Roman" w:hAnsi="Times New Roman" w:cs="Times New Roman"/>
          <w:lang w:val="es-ES"/>
        </w:rPr>
        <w:t xml:space="preserve">las personas que participaron en la consulta se enfocaron en tres áreas: </w:t>
      </w:r>
      <w:r w:rsidR="00EE64A1">
        <w:rPr>
          <w:rFonts w:ascii="Times New Roman" w:hAnsi="Times New Roman" w:cs="Times New Roman"/>
          <w:lang w:val="es-ES"/>
        </w:rPr>
        <w:t>acceso a la información</w:t>
      </w:r>
      <w:r w:rsidR="00D83174">
        <w:rPr>
          <w:rFonts w:ascii="Times New Roman" w:hAnsi="Times New Roman" w:cs="Times New Roman"/>
          <w:lang w:val="es-ES"/>
        </w:rPr>
        <w:t>, cuáles son los requisitos</w:t>
      </w:r>
      <w:r w:rsidR="008B11FC">
        <w:rPr>
          <w:rFonts w:ascii="Times New Roman" w:hAnsi="Times New Roman" w:cs="Times New Roman"/>
          <w:lang w:val="es-ES"/>
        </w:rPr>
        <w:t xml:space="preserve"> a los trámites</w:t>
      </w:r>
      <w:r w:rsidR="00D83174">
        <w:rPr>
          <w:rFonts w:ascii="Times New Roman" w:hAnsi="Times New Roman" w:cs="Times New Roman"/>
          <w:lang w:val="es-ES"/>
        </w:rPr>
        <w:t xml:space="preserve">, </w:t>
      </w:r>
      <w:r w:rsidR="00EE64A1">
        <w:rPr>
          <w:rFonts w:ascii="Times New Roman" w:hAnsi="Times New Roman" w:cs="Times New Roman"/>
          <w:lang w:val="es-ES"/>
        </w:rPr>
        <w:t>y buena atención. E</w:t>
      </w:r>
      <w:r w:rsidR="00D83174">
        <w:rPr>
          <w:rFonts w:ascii="Times New Roman" w:hAnsi="Times New Roman" w:cs="Times New Roman"/>
          <w:lang w:val="es-ES"/>
        </w:rPr>
        <w:t xml:space="preserve">s importante buscar medios de difusión, menciona que en la próxima mesa se unirá la TGW y que ONSEC puede apoyarse </w:t>
      </w:r>
      <w:r w:rsidR="00EE64A1">
        <w:rPr>
          <w:rFonts w:ascii="Times New Roman" w:hAnsi="Times New Roman" w:cs="Times New Roman"/>
          <w:lang w:val="es-ES"/>
        </w:rPr>
        <w:t>en TGW para difundir</w:t>
      </w:r>
      <w:r w:rsidR="008B11FC">
        <w:rPr>
          <w:rFonts w:ascii="Times New Roman" w:hAnsi="Times New Roman" w:cs="Times New Roman"/>
          <w:lang w:val="es-ES"/>
        </w:rPr>
        <w:t xml:space="preserve">. </w:t>
      </w:r>
      <w:r w:rsidR="00EB0727">
        <w:rPr>
          <w:rFonts w:ascii="Times New Roman" w:hAnsi="Times New Roman" w:cs="Times New Roman"/>
          <w:lang w:val="es-ES"/>
        </w:rPr>
        <w:t xml:space="preserve">Es importante que la comunicación se realice con un lenguaje de respeto, </w:t>
      </w:r>
      <w:r w:rsidR="005D618F">
        <w:rPr>
          <w:rFonts w:ascii="Times New Roman" w:hAnsi="Times New Roman" w:cs="Times New Roman"/>
          <w:lang w:val="es-ES"/>
        </w:rPr>
        <w:t xml:space="preserve">tomando en cuenta la pertinencia </w:t>
      </w:r>
      <w:r w:rsidR="00BD294F">
        <w:rPr>
          <w:rFonts w:ascii="Times New Roman" w:hAnsi="Times New Roman" w:cs="Times New Roman"/>
          <w:lang w:val="es-ES"/>
        </w:rPr>
        <w:t xml:space="preserve">cultural, entre otros. </w:t>
      </w:r>
      <w:r w:rsidR="009943B5">
        <w:rPr>
          <w:rFonts w:ascii="Times New Roman" w:hAnsi="Times New Roman" w:cs="Times New Roman"/>
          <w:lang w:val="es-ES"/>
        </w:rPr>
        <w:t xml:space="preserve"> Sugiere identificar </w:t>
      </w:r>
      <w:r w:rsidR="00F73663">
        <w:rPr>
          <w:rFonts w:ascii="Times New Roman" w:hAnsi="Times New Roman" w:cs="Times New Roman"/>
          <w:lang w:val="es-ES"/>
        </w:rPr>
        <w:t xml:space="preserve">oportunidades de apoyo interinstitucional, </w:t>
      </w:r>
      <w:r w:rsidR="00AD47C0">
        <w:rPr>
          <w:rFonts w:ascii="Times New Roman" w:hAnsi="Times New Roman" w:cs="Times New Roman"/>
          <w:lang w:val="es-ES"/>
        </w:rPr>
        <w:t xml:space="preserve">para </w:t>
      </w:r>
      <w:r w:rsidR="00655EFF">
        <w:rPr>
          <w:rFonts w:ascii="Times New Roman" w:hAnsi="Times New Roman" w:cs="Times New Roman"/>
          <w:lang w:val="es-ES"/>
        </w:rPr>
        <w:t xml:space="preserve">ayudar a resolver algunos de los retos que se presentan.  Consulta si ONSEC, </w:t>
      </w:r>
      <w:r w:rsidR="00297D94">
        <w:rPr>
          <w:rFonts w:ascii="Times New Roman" w:hAnsi="Times New Roman" w:cs="Times New Roman"/>
          <w:lang w:val="es-ES"/>
        </w:rPr>
        <w:t xml:space="preserve">ya tiene identificado qué instituciones son las que </w:t>
      </w:r>
      <w:r w:rsidR="00005C34">
        <w:rPr>
          <w:rFonts w:ascii="Times New Roman" w:hAnsi="Times New Roman" w:cs="Times New Roman"/>
          <w:lang w:val="es-ES"/>
        </w:rPr>
        <w:t xml:space="preserve">se relacionan con el mayor </w:t>
      </w:r>
      <w:r w:rsidR="003E6CC5">
        <w:rPr>
          <w:rFonts w:ascii="Times New Roman" w:hAnsi="Times New Roman" w:cs="Times New Roman"/>
          <w:lang w:val="es-ES"/>
        </w:rPr>
        <w:t>volumen</w:t>
      </w:r>
      <w:r w:rsidR="002A4227">
        <w:rPr>
          <w:rFonts w:ascii="Times New Roman" w:hAnsi="Times New Roman" w:cs="Times New Roman"/>
          <w:lang w:val="es-ES"/>
        </w:rPr>
        <w:t xml:space="preserve"> de trámites,</w:t>
      </w:r>
      <w:r w:rsidR="00005C34">
        <w:rPr>
          <w:rFonts w:ascii="Times New Roman" w:hAnsi="Times New Roman" w:cs="Times New Roman"/>
          <w:lang w:val="es-ES"/>
        </w:rPr>
        <w:t xml:space="preserve"> tomando en cuenta que el público mayormente atendido son personas de la tercera edad.</w:t>
      </w:r>
    </w:p>
    <w:p w14:paraId="35F5A08C" w14:textId="5198517D" w:rsidR="00B27AE5" w:rsidRDefault="00005C34" w:rsidP="00EA0FE8">
      <w:pPr>
        <w:jc w:val="both"/>
        <w:rPr>
          <w:rFonts w:ascii="Times New Roman" w:hAnsi="Times New Roman" w:cs="Times New Roman"/>
          <w:lang w:val="es-ES"/>
        </w:rPr>
      </w:pPr>
      <w:r>
        <w:rPr>
          <w:rFonts w:ascii="Times New Roman" w:hAnsi="Times New Roman" w:cs="Times New Roman"/>
          <w:lang w:val="es-ES"/>
        </w:rPr>
        <w:t xml:space="preserve">- Dolores Sales – GAE, </w:t>
      </w:r>
      <w:r w:rsidR="007B3C87">
        <w:rPr>
          <w:rFonts w:ascii="Times New Roman" w:hAnsi="Times New Roman" w:cs="Times New Roman"/>
          <w:lang w:val="es-ES"/>
        </w:rPr>
        <w:t>comparte que en l</w:t>
      </w:r>
      <w:r w:rsidR="007B3C87" w:rsidRPr="007B3C87">
        <w:rPr>
          <w:rFonts w:ascii="Times New Roman" w:hAnsi="Times New Roman" w:cs="Times New Roman"/>
          <w:lang w:val="es-ES"/>
        </w:rPr>
        <w:t>a visita a los departamentos</w:t>
      </w:r>
      <w:r w:rsidR="007B3C87">
        <w:rPr>
          <w:rFonts w:ascii="Times New Roman" w:hAnsi="Times New Roman" w:cs="Times New Roman"/>
          <w:lang w:val="es-ES"/>
        </w:rPr>
        <w:t>, la población</w:t>
      </w:r>
      <w:r w:rsidR="007B3C87" w:rsidRPr="007B3C87">
        <w:rPr>
          <w:rFonts w:ascii="Times New Roman" w:hAnsi="Times New Roman" w:cs="Times New Roman"/>
          <w:lang w:val="es-ES"/>
        </w:rPr>
        <w:t xml:space="preserve"> puso de manifiesto la falta de información sobre los servicios que ofrecen las instituciones. Dicha información debe ser de fácil acceso y presentarse con instrucciones claras para su uso por parte de los usuarios. Además, se recomienda acompañarla con campañas de sensibilización dirigidas a la población.</w:t>
      </w:r>
      <w:r w:rsidR="007B3C87">
        <w:rPr>
          <w:rFonts w:ascii="Times New Roman" w:hAnsi="Times New Roman" w:cs="Times New Roman"/>
          <w:lang w:val="es-ES"/>
        </w:rPr>
        <w:t xml:space="preserve"> </w:t>
      </w:r>
      <w:r>
        <w:rPr>
          <w:rFonts w:ascii="Times New Roman" w:hAnsi="Times New Roman" w:cs="Times New Roman"/>
          <w:lang w:val="es-ES"/>
        </w:rPr>
        <w:t>comparte que</w:t>
      </w:r>
      <w:r w:rsidR="146A3B72" w:rsidRPr="6FF23896">
        <w:rPr>
          <w:rFonts w:ascii="Times New Roman" w:hAnsi="Times New Roman" w:cs="Times New Roman"/>
          <w:lang w:val="es-ES"/>
        </w:rPr>
        <w:t>,</w:t>
      </w:r>
      <w:r>
        <w:rPr>
          <w:rFonts w:ascii="Times New Roman" w:hAnsi="Times New Roman" w:cs="Times New Roman"/>
          <w:lang w:val="es-ES"/>
        </w:rPr>
        <w:t xml:space="preserve"> en las visitas </w:t>
      </w:r>
      <w:r w:rsidR="004861E9">
        <w:rPr>
          <w:rFonts w:ascii="Times New Roman" w:hAnsi="Times New Roman" w:cs="Times New Roman"/>
          <w:lang w:val="es-ES"/>
        </w:rPr>
        <w:t>de consulta</w:t>
      </w:r>
      <w:r w:rsidR="005B48C7">
        <w:rPr>
          <w:rFonts w:ascii="Times New Roman" w:hAnsi="Times New Roman" w:cs="Times New Roman"/>
          <w:lang w:val="es-ES"/>
        </w:rPr>
        <w:t xml:space="preserve">, la población </w:t>
      </w:r>
      <w:r w:rsidR="002E5352">
        <w:rPr>
          <w:rFonts w:ascii="Times New Roman" w:hAnsi="Times New Roman" w:cs="Times New Roman"/>
          <w:lang w:val="es-ES"/>
        </w:rPr>
        <w:t xml:space="preserve">transmitió </w:t>
      </w:r>
      <w:r w:rsidR="00773B4B">
        <w:rPr>
          <w:rFonts w:ascii="Times New Roman" w:hAnsi="Times New Roman" w:cs="Times New Roman"/>
          <w:lang w:val="es-ES"/>
        </w:rPr>
        <w:t xml:space="preserve">la importancia de </w:t>
      </w:r>
      <w:r w:rsidR="001167E5">
        <w:rPr>
          <w:rFonts w:ascii="Times New Roman" w:hAnsi="Times New Roman" w:cs="Times New Roman"/>
          <w:lang w:val="es-ES"/>
        </w:rPr>
        <w:t xml:space="preserve">conocer la población a la que se están dirigiendo. </w:t>
      </w:r>
    </w:p>
    <w:p w14:paraId="0DAC8C95" w14:textId="6E871A67" w:rsidR="75ECBD0D" w:rsidRDefault="75ECBD0D" w:rsidP="75ECBD0D">
      <w:pPr>
        <w:spacing w:after="0" w:line="240" w:lineRule="auto"/>
        <w:jc w:val="both"/>
        <w:rPr>
          <w:rFonts w:ascii="Times New Roman" w:hAnsi="Times New Roman" w:cs="Times New Roman"/>
        </w:rPr>
      </w:pPr>
    </w:p>
    <w:p w14:paraId="6AA74C6E" w14:textId="4EC15389" w:rsidR="00A36F28" w:rsidRDefault="009442F7" w:rsidP="00B01668">
      <w:pPr>
        <w:jc w:val="both"/>
        <w:rPr>
          <w:rFonts w:ascii="Times New Roman" w:hAnsi="Times New Roman" w:cs="Times New Roman"/>
          <w:b/>
          <w:bCs/>
        </w:rPr>
      </w:pPr>
      <w:r>
        <w:rPr>
          <w:rFonts w:ascii="Times New Roman" w:hAnsi="Times New Roman" w:cs="Times New Roman"/>
          <w:b/>
          <w:bCs/>
        </w:rPr>
        <w:t>4</w:t>
      </w:r>
      <w:r w:rsidR="2A946C7F" w:rsidRPr="00597299">
        <w:rPr>
          <w:rFonts w:ascii="Times New Roman" w:hAnsi="Times New Roman" w:cs="Times New Roman"/>
          <w:b/>
          <w:bCs/>
        </w:rPr>
        <w:t xml:space="preserve">.5 </w:t>
      </w:r>
      <w:proofErr w:type="spellStart"/>
      <w:r w:rsidR="2A946C7F" w:rsidRPr="00597299">
        <w:rPr>
          <w:rFonts w:ascii="Times New Roman" w:hAnsi="Times New Roman" w:cs="Times New Roman"/>
          <w:b/>
          <w:bCs/>
        </w:rPr>
        <w:t>Exposición</w:t>
      </w:r>
      <w:proofErr w:type="spellEnd"/>
      <w:r w:rsidR="2A946C7F" w:rsidRPr="00597299">
        <w:rPr>
          <w:rFonts w:ascii="Times New Roman" w:hAnsi="Times New Roman" w:cs="Times New Roman"/>
          <w:b/>
          <w:bCs/>
        </w:rPr>
        <w:t xml:space="preserve"> de </w:t>
      </w:r>
      <w:proofErr w:type="spellStart"/>
      <w:r w:rsidR="2A946C7F" w:rsidRPr="00597299">
        <w:rPr>
          <w:rFonts w:ascii="Times New Roman" w:hAnsi="Times New Roman" w:cs="Times New Roman"/>
          <w:b/>
          <w:bCs/>
        </w:rPr>
        <w:t>Tablero</w:t>
      </w:r>
      <w:proofErr w:type="spellEnd"/>
      <w:r w:rsidR="2A946C7F" w:rsidRPr="00597299">
        <w:rPr>
          <w:rFonts w:ascii="Times New Roman" w:hAnsi="Times New Roman" w:cs="Times New Roman"/>
          <w:b/>
          <w:bCs/>
        </w:rPr>
        <w:t xml:space="preserve"> de </w:t>
      </w:r>
      <w:proofErr w:type="spellStart"/>
      <w:r w:rsidR="2A946C7F" w:rsidRPr="00597299">
        <w:rPr>
          <w:rFonts w:ascii="Times New Roman" w:hAnsi="Times New Roman" w:cs="Times New Roman"/>
          <w:b/>
          <w:bCs/>
        </w:rPr>
        <w:t>Cumplimiento</w:t>
      </w:r>
      <w:proofErr w:type="spellEnd"/>
      <w:r w:rsidR="2A946C7F" w:rsidRPr="00597299">
        <w:rPr>
          <w:rFonts w:ascii="Times New Roman" w:hAnsi="Times New Roman" w:cs="Times New Roman"/>
          <w:b/>
          <w:bCs/>
        </w:rPr>
        <w:t xml:space="preserve"> 7° PAN:</w:t>
      </w:r>
    </w:p>
    <w:p w14:paraId="19325FFA" w14:textId="1DF961CC" w:rsidR="001118C4" w:rsidRPr="004B1C74" w:rsidRDefault="001118C4" w:rsidP="591E414E">
      <w:pPr>
        <w:jc w:val="both"/>
        <w:rPr>
          <w:rFonts w:ascii="Times New Roman" w:hAnsi="Times New Roman" w:cs="Times New Roman"/>
          <w:lang w:val="es-ES"/>
        </w:rPr>
      </w:pPr>
      <w:r w:rsidRPr="591E414E">
        <w:rPr>
          <w:rFonts w:ascii="Times New Roman" w:hAnsi="Times New Roman" w:cs="Times New Roman"/>
          <w:lang w:val="es-ES"/>
        </w:rPr>
        <w:t>Mgtr. Zaira Mejia</w:t>
      </w:r>
      <w:r w:rsidR="7C6F14FE" w:rsidRPr="591E414E">
        <w:rPr>
          <w:rFonts w:ascii="Times New Roman" w:hAnsi="Times New Roman" w:cs="Times New Roman"/>
        </w:rPr>
        <w:t xml:space="preserve"> –</w:t>
      </w:r>
      <w:r w:rsidRPr="591E414E">
        <w:rPr>
          <w:rFonts w:ascii="Times New Roman" w:hAnsi="Times New Roman" w:cs="Times New Roman"/>
          <w:lang w:val="es-ES"/>
        </w:rPr>
        <w:t xml:space="preserve"> GAE-DGA, Directora de Gobierno Abierto y Punto de Contacto (PoC), realiza la introducción sobre el contenido del Tablero de Cumplimiento del 7° PAN. Motiva a la constante y permanente actualización de los medios de verificación. Comparte que el miércoles 23 de junio del presente año, se realizará la capacitación sobre el tablero de cumplimiento, </w:t>
      </w:r>
      <w:r w:rsidR="6B371E0F" w:rsidRPr="591E414E">
        <w:rPr>
          <w:rFonts w:ascii="Times New Roman" w:hAnsi="Times New Roman" w:cs="Times New Roman"/>
          <w:lang w:val="es-ES"/>
        </w:rPr>
        <w:t xml:space="preserve">invitación que ya fue trasladada a las instituciones. </w:t>
      </w:r>
    </w:p>
    <w:p w14:paraId="3C98AA00" w14:textId="77777777" w:rsidR="001118C4" w:rsidRPr="00BF5E73" w:rsidRDefault="001118C4" w:rsidP="001118C4">
      <w:pPr>
        <w:jc w:val="both"/>
        <w:rPr>
          <w:rFonts w:ascii="Times New Roman" w:hAnsi="Times New Roman" w:cs="Times New Roman"/>
          <w:lang w:val="es-ES"/>
        </w:rPr>
      </w:pPr>
      <w:r w:rsidRPr="004B1C74">
        <w:rPr>
          <w:rFonts w:ascii="Times New Roman" w:hAnsi="Times New Roman" w:cs="Times New Roman"/>
          <w:lang w:val="es-ES"/>
        </w:rPr>
        <w:t xml:space="preserve">Jonathan Subuyuj, técnico de Gobierno Abierto, realiza la exposición del funcionamiento del Tablero de Cumplimiento del 7° PAN, con base </w:t>
      </w:r>
      <w:r>
        <w:rPr>
          <w:rFonts w:ascii="Times New Roman" w:hAnsi="Times New Roman" w:cs="Times New Roman"/>
          <w:lang w:val="es-ES"/>
        </w:rPr>
        <w:t>a</w:t>
      </w:r>
      <w:r w:rsidRPr="004B1C74">
        <w:rPr>
          <w:rFonts w:ascii="Times New Roman" w:hAnsi="Times New Roman" w:cs="Times New Roman"/>
          <w:lang w:val="es-ES"/>
        </w:rPr>
        <w:t xml:space="preserve"> la información que será entregada por las instituciones implementadoras de los compromisos e hitos.</w:t>
      </w:r>
      <w:r w:rsidRPr="00BF5E73">
        <w:rPr>
          <w:rFonts w:ascii="Times New Roman" w:hAnsi="Times New Roman" w:cs="Times New Roman"/>
          <w:lang w:val="es-ES"/>
        </w:rPr>
        <w:t xml:space="preserve"> </w:t>
      </w:r>
    </w:p>
    <w:p w14:paraId="3E419F99" w14:textId="363802FD" w:rsidR="00BA521F" w:rsidRDefault="000C2B08" w:rsidP="00B01668">
      <w:pPr>
        <w:jc w:val="both"/>
        <w:rPr>
          <w:rFonts w:ascii="Times New Roman" w:hAnsi="Times New Roman" w:cs="Times New Roman"/>
          <w:lang w:val="es-ES"/>
        </w:rPr>
      </w:pPr>
      <w:r>
        <w:rPr>
          <w:rFonts w:ascii="Times New Roman" w:hAnsi="Times New Roman" w:cs="Times New Roman"/>
          <w:lang w:val="es-ES"/>
        </w:rPr>
        <w:t>Se</w:t>
      </w:r>
      <w:r w:rsidR="001118C4" w:rsidRPr="4C71E4CF">
        <w:rPr>
          <w:rFonts w:ascii="Times New Roman" w:hAnsi="Times New Roman" w:cs="Times New Roman"/>
          <w:lang w:val="es-ES"/>
        </w:rPr>
        <w:t xml:space="preserve"> expone la modalidad de ingreso al Tablero de Cumplimiento y cómo será la carga de archivos, destacando que posteriormente se realizará una capacitación específica para abordar los detalles del manejo del Tablero de Cumplimiento con las instituciones públicas implementadoras de compromisos e hitos, con los delegados técnicos y TI que han sido designados, según comunicaciones oficiales.</w:t>
      </w:r>
    </w:p>
    <w:p w14:paraId="63078B16" w14:textId="77777777" w:rsidR="001002F1" w:rsidRPr="004561E5" w:rsidRDefault="001002F1" w:rsidP="00B01668">
      <w:pPr>
        <w:jc w:val="both"/>
        <w:rPr>
          <w:rFonts w:ascii="Times New Roman" w:hAnsi="Times New Roman" w:cs="Times New Roman"/>
          <w:lang w:val="es-ES"/>
        </w:rPr>
      </w:pPr>
    </w:p>
    <w:p w14:paraId="58C618E7" w14:textId="3A992232" w:rsidR="000C172A" w:rsidRDefault="00C94522" w:rsidP="00B01668">
      <w:pPr>
        <w:jc w:val="both"/>
        <w:rPr>
          <w:rFonts w:ascii="Times New Roman" w:hAnsi="Times New Roman" w:cs="Times New Roman"/>
          <w:b/>
          <w:bCs/>
        </w:rPr>
      </w:pPr>
      <w:r>
        <w:rPr>
          <w:rFonts w:ascii="Times New Roman" w:hAnsi="Times New Roman" w:cs="Times New Roman"/>
          <w:b/>
          <w:bCs/>
        </w:rPr>
        <w:t>3</w:t>
      </w:r>
      <w:r w:rsidR="2A946C7F" w:rsidRPr="008425CC">
        <w:rPr>
          <w:rFonts w:ascii="Times New Roman" w:hAnsi="Times New Roman" w:cs="Times New Roman"/>
          <w:b/>
          <w:bCs/>
        </w:rPr>
        <w:t xml:space="preserve">.6 Espacio de </w:t>
      </w:r>
      <w:proofErr w:type="spellStart"/>
      <w:r w:rsidR="2A946C7F" w:rsidRPr="008425CC">
        <w:rPr>
          <w:rFonts w:ascii="Times New Roman" w:hAnsi="Times New Roman" w:cs="Times New Roman"/>
          <w:b/>
          <w:bCs/>
        </w:rPr>
        <w:t>aportes</w:t>
      </w:r>
      <w:proofErr w:type="spellEnd"/>
      <w:r w:rsidR="2A946C7F" w:rsidRPr="008425CC">
        <w:rPr>
          <w:rFonts w:ascii="Times New Roman" w:hAnsi="Times New Roman" w:cs="Times New Roman"/>
          <w:b/>
          <w:bCs/>
        </w:rPr>
        <w:t xml:space="preserve"> y </w:t>
      </w:r>
      <w:proofErr w:type="spellStart"/>
      <w:r w:rsidR="2A946C7F" w:rsidRPr="008425CC">
        <w:rPr>
          <w:rFonts w:ascii="Times New Roman" w:hAnsi="Times New Roman" w:cs="Times New Roman"/>
          <w:b/>
          <w:bCs/>
        </w:rPr>
        <w:t>retroalimentación</w:t>
      </w:r>
      <w:proofErr w:type="spellEnd"/>
      <w:r w:rsidR="2A946C7F" w:rsidRPr="008425CC">
        <w:rPr>
          <w:rFonts w:ascii="Times New Roman" w:hAnsi="Times New Roman" w:cs="Times New Roman"/>
          <w:b/>
          <w:bCs/>
        </w:rPr>
        <w:t>:</w:t>
      </w:r>
    </w:p>
    <w:p w14:paraId="3B02493E" w14:textId="2912DE75" w:rsidR="00BA521F" w:rsidRDefault="000C2B08" w:rsidP="591E414E">
      <w:pPr>
        <w:jc w:val="both"/>
        <w:rPr>
          <w:rFonts w:ascii="Times New Roman" w:hAnsi="Times New Roman" w:cs="Times New Roman"/>
          <w:lang w:val="es-ES"/>
        </w:rPr>
      </w:pPr>
      <w:r w:rsidRPr="591E414E">
        <w:rPr>
          <w:rFonts w:ascii="Times New Roman" w:hAnsi="Times New Roman" w:cs="Times New Roman"/>
          <w:lang w:val="es-ES"/>
        </w:rPr>
        <w:t xml:space="preserve">- Lcda. </w:t>
      </w:r>
      <w:r w:rsidR="37C12A14" w:rsidRPr="591E414E">
        <w:rPr>
          <w:rFonts w:ascii="Times New Roman" w:hAnsi="Times New Roman" w:cs="Times New Roman"/>
          <w:lang w:val="es-ES"/>
        </w:rPr>
        <w:t>Marissa Anleu</w:t>
      </w:r>
      <w:r w:rsidR="4BF31746" w:rsidRPr="591E414E">
        <w:rPr>
          <w:rFonts w:ascii="Times New Roman" w:hAnsi="Times New Roman" w:cs="Times New Roman"/>
        </w:rPr>
        <w:t xml:space="preserve"> –</w:t>
      </w:r>
      <w:r w:rsidRPr="591E414E">
        <w:rPr>
          <w:rFonts w:ascii="Times New Roman" w:hAnsi="Times New Roman" w:cs="Times New Roman"/>
          <w:lang w:val="es-ES"/>
        </w:rPr>
        <w:t xml:space="preserve"> ONSEC</w:t>
      </w:r>
      <w:r w:rsidR="00AA3BAC" w:rsidRPr="591E414E">
        <w:rPr>
          <w:rFonts w:ascii="Times New Roman" w:hAnsi="Times New Roman" w:cs="Times New Roman"/>
          <w:lang w:val="es-ES"/>
        </w:rPr>
        <w:t xml:space="preserve">, felicita por el Tablero de Cumplimiento, </w:t>
      </w:r>
      <w:r w:rsidR="006B051C" w:rsidRPr="591E414E">
        <w:rPr>
          <w:rFonts w:ascii="Times New Roman" w:hAnsi="Times New Roman" w:cs="Times New Roman"/>
          <w:lang w:val="es-ES"/>
        </w:rPr>
        <w:t>comparte que le parece una herramienta muy completa que facilitará la visibilidad de los resultados.</w:t>
      </w:r>
    </w:p>
    <w:p w14:paraId="02AFFDE1" w14:textId="5BA1432B" w:rsidR="00FB4463" w:rsidRDefault="00FB4463" w:rsidP="00B01668">
      <w:pPr>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Mgtr</w:t>
      </w:r>
      <w:proofErr w:type="spellEnd"/>
      <w:r>
        <w:rPr>
          <w:rFonts w:ascii="Times New Roman" w:hAnsi="Times New Roman" w:cs="Times New Roman"/>
        </w:rPr>
        <w:t xml:space="preserve">. Zaira Mejia – GAE, </w:t>
      </w:r>
      <w:proofErr w:type="spellStart"/>
      <w:r w:rsidR="00B45925">
        <w:rPr>
          <w:rFonts w:ascii="Times New Roman" w:hAnsi="Times New Roman" w:cs="Times New Roman"/>
        </w:rPr>
        <w:t>comparte</w:t>
      </w:r>
      <w:proofErr w:type="spellEnd"/>
      <w:r w:rsidR="00B45925">
        <w:rPr>
          <w:rFonts w:ascii="Times New Roman" w:hAnsi="Times New Roman" w:cs="Times New Roman"/>
        </w:rPr>
        <w:t xml:space="preserve"> la </w:t>
      </w:r>
      <w:proofErr w:type="spellStart"/>
      <w:r w:rsidR="00B45925">
        <w:rPr>
          <w:rFonts w:ascii="Times New Roman" w:hAnsi="Times New Roman" w:cs="Times New Roman"/>
        </w:rPr>
        <w:t>importancia</w:t>
      </w:r>
      <w:proofErr w:type="spellEnd"/>
      <w:r w:rsidR="00B45925">
        <w:rPr>
          <w:rFonts w:ascii="Times New Roman" w:hAnsi="Times New Roman" w:cs="Times New Roman"/>
        </w:rPr>
        <w:t xml:space="preserve"> de la </w:t>
      </w:r>
      <w:proofErr w:type="spellStart"/>
      <w:r w:rsidR="00B45925">
        <w:rPr>
          <w:rFonts w:ascii="Times New Roman" w:hAnsi="Times New Roman" w:cs="Times New Roman"/>
        </w:rPr>
        <w:t>información</w:t>
      </w:r>
      <w:proofErr w:type="spellEnd"/>
      <w:r w:rsidR="00B45925">
        <w:rPr>
          <w:rFonts w:ascii="Times New Roman" w:hAnsi="Times New Roman" w:cs="Times New Roman"/>
        </w:rPr>
        <w:t xml:space="preserve"> y Calidad de la </w:t>
      </w:r>
      <w:proofErr w:type="spellStart"/>
      <w:r w:rsidR="00B45925">
        <w:rPr>
          <w:rFonts w:ascii="Times New Roman" w:hAnsi="Times New Roman" w:cs="Times New Roman"/>
        </w:rPr>
        <w:t>información</w:t>
      </w:r>
      <w:proofErr w:type="spellEnd"/>
      <w:r w:rsidR="00B45925">
        <w:rPr>
          <w:rFonts w:ascii="Times New Roman" w:hAnsi="Times New Roman" w:cs="Times New Roman"/>
        </w:rPr>
        <w:t xml:space="preserve"> </w:t>
      </w:r>
      <w:proofErr w:type="spellStart"/>
      <w:r w:rsidR="00B45925">
        <w:rPr>
          <w:rFonts w:ascii="Times New Roman" w:hAnsi="Times New Roman" w:cs="Times New Roman"/>
        </w:rPr>
        <w:t>que</w:t>
      </w:r>
      <w:proofErr w:type="spellEnd"/>
      <w:r w:rsidR="00B45925">
        <w:rPr>
          <w:rFonts w:ascii="Times New Roman" w:hAnsi="Times New Roman" w:cs="Times New Roman"/>
        </w:rPr>
        <w:t xml:space="preserve"> </w:t>
      </w:r>
      <w:proofErr w:type="spellStart"/>
      <w:r w:rsidR="00B45925">
        <w:rPr>
          <w:rFonts w:ascii="Times New Roman" w:hAnsi="Times New Roman" w:cs="Times New Roman"/>
        </w:rPr>
        <w:t>nutrirá</w:t>
      </w:r>
      <w:proofErr w:type="spellEnd"/>
      <w:r w:rsidR="00B45925">
        <w:rPr>
          <w:rFonts w:ascii="Times New Roman" w:hAnsi="Times New Roman" w:cs="Times New Roman"/>
        </w:rPr>
        <w:t xml:space="preserve"> </w:t>
      </w:r>
      <w:proofErr w:type="spellStart"/>
      <w:r w:rsidR="00B45925">
        <w:rPr>
          <w:rFonts w:ascii="Times New Roman" w:hAnsi="Times New Roman" w:cs="Times New Roman"/>
        </w:rPr>
        <w:t>el</w:t>
      </w:r>
      <w:proofErr w:type="spellEnd"/>
      <w:r w:rsidR="00B45925">
        <w:rPr>
          <w:rFonts w:ascii="Times New Roman" w:hAnsi="Times New Roman" w:cs="Times New Roman"/>
        </w:rPr>
        <w:t xml:space="preserve"> </w:t>
      </w:r>
      <w:proofErr w:type="spellStart"/>
      <w:r w:rsidR="00B45925">
        <w:rPr>
          <w:rFonts w:ascii="Times New Roman" w:hAnsi="Times New Roman" w:cs="Times New Roman"/>
        </w:rPr>
        <w:t>Tablero</w:t>
      </w:r>
      <w:proofErr w:type="spellEnd"/>
      <w:r w:rsidR="00B45925">
        <w:rPr>
          <w:rFonts w:ascii="Times New Roman" w:hAnsi="Times New Roman" w:cs="Times New Roman"/>
        </w:rPr>
        <w:t xml:space="preserve"> de </w:t>
      </w:r>
      <w:proofErr w:type="spellStart"/>
      <w:r w:rsidR="00B45925">
        <w:rPr>
          <w:rFonts w:ascii="Times New Roman" w:hAnsi="Times New Roman" w:cs="Times New Roman"/>
        </w:rPr>
        <w:t>Cumplimiento</w:t>
      </w:r>
      <w:proofErr w:type="spellEnd"/>
      <w:r w:rsidR="00B45925">
        <w:rPr>
          <w:rFonts w:ascii="Times New Roman" w:hAnsi="Times New Roman" w:cs="Times New Roman"/>
        </w:rPr>
        <w:t xml:space="preserve">. Los </w:t>
      </w:r>
      <w:proofErr w:type="spellStart"/>
      <w:r w:rsidR="00B45925">
        <w:rPr>
          <w:rFonts w:ascii="Times New Roman" w:hAnsi="Times New Roman" w:cs="Times New Roman"/>
        </w:rPr>
        <w:t>resultados</w:t>
      </w:r>
      <w:proofErr w:type="spellEnd"/>
      <w:r w:rsidR="00B45925">
        <w:rPr>
          <w:rFonts w:ascii="Times New Roman" w:hAnsi="Times New Roman" w:cs="Times New Roman"/>
        </w:rPr>
        <w:t xml:space="preserve"> se</w:t>
      </w:r>
      <w:r w:rsidR="00D7037B">
        <w:rPr>
          <w:rFonts w:ascii="Times New Roman" w:hAnsi="Times New Roman" w:cs="Times New Roman"/>
        </w:rPr>
        <w:t xml:space="preserve"> </w:t>
      </w:r>
      <w:proofErr w:type="spellStart"/>
      <w:r w:rsidR="00D7037B">
        <w:rPr>
          <w:rFonts w:ascii="Times New Roman" w:hAnsi="Times New Roman" w:cs="Times New Roman"/>
        </w:rPr>
        <w:t>presentarán</w:t>
      </w:r>
      <w:proofErr w:type="spellEnd"/>
      <w:r w:rsidR="00D7037B">
        <w:rPr>
          <w:rFonts w:ascii="Times New Roman" w:hAnsi="Times New Roman" w:cs="Times New Roman"/>
        </w:rPr>
        <w:t xml:space="preserve"> a Presidencia</w:t>
      </w:r>
      <w:r w:rsidR="009D7714">
        <w:rPr>
          <w:rFonts w:ascii="Times New Roman" w:hAnsi="Times New Roman" w:cs="Times New Roman"/>
        </w:rPr>
        <w:t xml:space="preserve">, con </w:t>
      </w:r>
      <w:proofErr w:type="spellStart"/>
      <w:r w:rsidR="009D7714">
        <w:rPr>
          <w:rFonts w:ascii="Times New Roman" w:hAnsi="Times New Roman" w:cs="Times New Roman"/>
        </w:rPr>
        <w:t>cierta</w:t>
      </w:r>
      <w:proofErr w:type="spellEnd"/>
      <w:r w:rsidR="009D7714">
        <w:rPr>
          <w:rFonts w:ascii="Times New Roman" w:hAnsi="Times New Roman" w:cs="Times New Roman"/>
        </w:rPr>
        <w:t xml:space="preserve"> </w:t>
      </w:r>
      <w:proofErr w:type="spellStart"/>
      <w:r w:rsidR="009D7714">
        <w:rPr>
          <w:rFonts w:ascii="Times New Roman" w:hAnsi="Times New Roman" w:cs="Times New Roman"/>
        </w:rPr>
        <w:t>periodicidad</w:t>
      </w:r>
      <w:proofErr w:type="spellEnd"/>
      <w:r w:rsidR="009D7714">
        <w:rPr>
          <w:rFonts w:ascii="Times New Roman" w:hAnsi="Times New Roman" w:cs="Times New Roman"/>
        </w:rPr>
        <w:t>.</w:t>
      </w:r>
    </w:p>
    <w:p w14:paraId="05DC3CA4" w14:textId="7709EEF9" w:rsidR="00A128A0" w:rsidRDefault="00A128A0" w:rsidP="00B01668">
      <w:pPr>
        <w:jc w:val="both"/>
        <w:rPr>
          <w:rFonts w:ascii="Times New Roman" w:hAnsi="Times New Roman" w:cs="Times New Roman"/>
          <w:lang w:val="es-ES"/>
        </w:rPr>
      </w:pPr>
      <w:r w:rsidRPr="524967F9">
        <w:rPr>
          <w:rFonts w:ascii="Times New Roman" w:hAnsi="Times New Roman" w:cs="Times New Roman"/>
          <w:lang w:val="es-ES"/>
        </w:rPr>
        <w:t xml:space="preserve">- </w:t>
      </w:r>
      <w:r w:rsidR="004561E5" w:rsidRPr="524967F9">
        <w:rPr>
          <w:rFonts w:ascii="Times New Roman" w:hAnsi="Times New Roman" w:cs="Times New Roman"/>
          <w:lang w:val="es-ES"/>
        </w:rPr>
        <w:t xml:space="preserve">Lcda. </w:t>
      </w:r>
      <w:r w:rsidRPr="524967F9">
        <w:rPr>
          <w:rFonts w:ascii="Times New Roman" w:hAnsi="Times New Roman" w:cs="Times New Roman"/>
          <w:lang w:val="es-ES"/>
        </w:rPr>
        <w:t>Ludmila</w:t>
      </w:r>
      <w:r w:rsidR="004561E5" w:rsidRPr="524967F9">
        <w:rPr>
          <w:rFonts w:ascii="Times New Roman" w:hAnsi="Times New Roman" w:cs="Times New Roman"/>
          <w:lang w:val="es-ES"/>
        </w:rPr>
        <w:t xml:space="preserve"> Trujillo</w:t>
      </w:r>
      <w:r w:rsidRPr="524967F9">
        <w:rPr>
          <w:rFonts w:ascii="Times New Roman" w:hAnsi="Times New Roman" w:cs="Times New Roman"/>
          <w:lang w:val="es-ES"/>
        </w:rPr>
        <w:t xml:space="preserve"> – I</w:t>
      </w:r>
      <w:r w:rsidR="415E42DF" w:rsidRPr="524967F9">
        <w:rPr>
          <w:rFonts w:ascii="Times New Roman" w:hAnsi="Times New Roman" w:cs="Times New Roman"/>
          <w:lang w:val="es-ES"/>
        </w:rPr>
        <w:t>NCIDEJOVEN</w:t>
      </w:r>
      <w:r w:rsidRPr="524967F9">
        <w:rPr>
          <w:rFonts w:ascii="Times New Roman" w:hAnsi="Times New Roman" w:cs="Times New Roman"/>
          <w:lang w:val="es-ES"/>
        </w:rPr>
        <w:t xml:space="preserve">, consulta si en el Tablero se </w:t>
      </w:r>
      <w:r w:rsidRPr="2C7B31FA">
        <w:rPr>
          <w:rFonts w:ascii="Times New Roman" w:hAnsi="Times New Roman" w:cs="Times New Roman"/>
          <w:lang w:val="es-ES"/>
        </w:rPr>
        <w:t>visibilizará</w:t>
      </w:r>
      <w:r w:rsidR="55817612" w:rsidRPr="2C7B31FA">
        <w:rPr>
          <w:rFonts w:ascii="Times New Roman" w:hAnsi="Times New Roman" w:cs="Times New Roman"/>
          <w:lang w:val="es-ES"/>
        </w:rPr>
        <w:t>n</w:t>
      </w:r>
      <w:r w:rsidRPr="524967F9">
        <w:rPr>
          <w:rFonts w:ascii="Times New Roman" w:hAnsi="Times New Roman" w:cs="Times New Roman"/>
          <w:lang w:val="es-ES"/>
        </w:rPr>
        <w:t xml:space="preserve"> </w:t>
      </w:r>
      <w:r w:rsidR="00D74C4F" w:rsidRPr="524967F9">
        <w:rPr>
          <w:rFonts w:ascii="Times New Roman" w:hAnsi="Times New Roman" w:cs="Times New Roman"/>
          <w:lang w:val="es-ES"/>
        </w:rPr>
        <w:t>los avances, durante todo el proceso de implementación</w:t>
      </w:r>
      <w:r w:rsidR="0D2747B5" w:rsidRPr="000A98DF">
        <w:rPr>
          <w:rFonts w:ascii="Times New Roman" w:hAnsi="Times New Roman" w:cs="Times New Roman"/>
          <w:lang w:val="es-ES"/>
        </w:rPr>
        <w:t xml:space="preserve"> y </w:t>
      </w:r>
      <w:r w:rsidR="203AB40F" w:rsidRPr="7ABC17BC">
        <w:rPr>
          <w:rFonts w:ascii="Times New Roman" w:hAnsi="Times New Roman" w:cs="Times New Roman"/>
          <w:lang w:val="es-ES"/>
        </w:rPr>
        <w:t>si</w:t>
      </w:r>
      <w:r w:rsidR="44129D84" w:rsidRPr="524967F9">
        <w:rPr>
          <w:rFonts w:ascii="Times New Roman" w:hAnsi="Times New Roman" w:cs="Times New Roman"/>
          <w:lang w:val="es-ES"/>
        </w:rPr>
        <w:t xml:space="preserve"> </w:t>
      </w:r>
      <w:r w:rsidR="44129D84" w:rsidRPr="7ABC17BC">
        <w:rPr>
          <w:rFonts w:ascii="Times New Roman" w:hAnsi="Times New Roman" w:cs="Times New Roman"/>
          <w:lang w:val="es-ES"/>
        </w:rPr>
        <w:t>el</w:t>
      </w:r>
      <w:r w:rsidR="44129D84" w:rsidRPr="524967F9">
        <w:rPr>
          <w:rFonts w:ascii="Times New Roman" w:hAnsi="Times New Roman" w:cs="Times New Roman"/>
          <w:lang w:val="es-ES"/>
        </w:rPr>
        <w:t xml:space="preserve"> rango numérico </w:t>
      </w:r>
      <w:r w:rsidR="1F09341B" w:rsidRPr="7ABC17BC">
        <w:rPr>
          <w:rFonts w:ascii="Times New Roman" w:hAnsi="Times New Roman" w:cs="Times New Roman"/>
          <w:lang w:val="es-ES"/>
        </w:rPr>
        <w:t>tendrá</w:t>
      </w:r>
      <w:r w:rsidR="44129D84" w:rsidRPr="524967F9">
        <w:rPr>
          <w:rFonts w:ascii="Times New Roman" w:hAnsi="Times New Roman" w:cs="Times New Roman"/>
          <w:lang w:val="es-ES"/>
        </w:rPr>
        <w:t xml:space="preserve"> un </w:t>
      </w:r>
      <w:r w:rsidR="26868BB5" w:rsidRPr="000A98DF">
        <w:rPr>
          <w:rFonts w:ascii="Times New Roman" w:hAnsi="Times New Roman" w:cs="Times New Roman"/>
          <w:lang w:val="es-ES"/>
        </w:rPr>
        <w:t>desglose</w:t>
      </w:r>
      <w:r w:rsidR="44129D84" w:rsidRPr="524967F9">
        <w:rPr>
          <w:rFonts w:ascii="Times New Roman" w:hAnsi="Times New Roman" w:cs="Times New Roman"/>
          <w:lang w:val="es-ES"/>
        </w:rPr>
        <w:t xml:space="preserve"> descriptivo de lo que se avanzó </w:t>
      </w:r>
      <w:r w:rsidR="111AF4E4" w:rsidRPr="524967F9">
        <w:rPr>
          <w:rFonts w:ascii="Times New Roman" w:hAnsi="Times New Roman" w:cs="Times New Roman"/>
          <w:lang w:val="es-ES"/>
        </w:rPr>
        <w:t xml:space="preserve">y lo que queda pendiente. </w:t>
      </w:r>
    </w:p>
    <w:p w14:paraId="6278734D" w14:textId="280C325C" w:rsidR="00353FDA" w:rsidRDefault="00353FDA" w:rsidP="00B01668">
      <w:pPr>
        <w:jc w:val="both"/>
        <w:rPr>
          <w:rFonts w:ascii="Times New Roman" w:hAnsi="Times New Roman" w:cs="Times New Roman"/>
          <w:lang w:val="es-ES"/>
        </w:rPr>
      </w:pPr>
      <w:r w:rsidRPr="000A98DF">
        <w:rPr>
          <w:rFonts w:ascii="Times New Roman" w:hAnsi="Times New Roman" w:cs="Times New Roman"/>
          <w:lang w:val="es-ES"/>
        </w:rPr>
        <w:t xml:space="preserve">- </w:t>
      </w:r>
      <w:proofErr w:type="spellStart"/>
      <w:r w:rsidRPr="000A98DF">
        <w:rPr>
          <w:rFonts w:ascii="Times New Roman" w:hAnsi="Times New Roman" w:cs="Times New Roman"/>
          <w:lang w:val="es-ES"/>
        </w:rPr>
        <w:t>Mgtr</w:t>
      </w:r>
      <w:proofErr w:type="spellEnd"/>
      <w:r w:rsidRPr="000A98DF">
        <w:rPr>
          <w:rFonts w:ascii="Times New Roman" w:hAnsi="Times New Roman" w:cs="Times New Roman"/>
          <w:lang w:val="es-ES"/>
        </w:rPr>
        <w:t>. Zaira Mejia – GAE, confirma que si se visualizará</w:t>
      </w:r>
      <w:r w:rsidR="008C2979" w:rsidRPr="000A98DF">
        <w:rPr>
          <w:rFonts w:ascii="Times New Roman" w:hAnsi="Times New Roman" w:cs="Times New Roman"/>
          <w:lang w:val="es-ES"/>
        </w:rPr>
        <w:t xml:space="preserve"> y motiva a compartir sugerencias en el transcurso </w:t>
      </w:r>
      <w:r w:rsidR="008C2979" w:rsidRPr="3905B40D">
        <w:rPr>
          <w:rFonts w:ascii="Times New Roman" w:hAnsi="Times New Roman" w:cs="Times New Roman"/>
          <w:lang w:val="es-ES"/>
        </w:rPr>
        <w:t>de</w:t>
      </w:r>
      <w:r w:rsidR="1D624E58" w:rsidRPr="3905B40D">
        <w:rPr>
          <w:rFonts w:ascii="Times New Roman" w:hAnsi="Times New Roman" w:cs="Times New Roman"/>
          <w:lang w:val="es-ES"/>
        </w:rPr>
        <w:t xml:space="preserve">l proceso de implementación </w:t>
      </w:r>
      <w:r w:rsidR="1D624E58" w:rsidRPr="1B1C7470">
        <w:rPr>
          <w:rFonts w:ascii="Times New Roman" w:hAnsi="Times New Roman" w:cs="Times New Roman"/>
          <w:lang w:val="es-ES"/>
        </w:rPr>
        <w:t xml:space="preserve">del Tablero de Cumplimiento. </w:t>
      </w:r>
    </w:p>
    <w:p w14:paraId="4097951C" w14:textId="18C82178" w:rsidR="008B0574" w:rsidRDefault="25FA5C1F">
      <w:pPr>
        <w:pStyle w:val="Heading1"/>
        <w:rPr>
          <w:rFonts w:ascii="Times New Roman" w:hAnsi="Times New Roman" w:cs="Times New Roman"/>
        </w:rPr>
      </w:pPr>
      <w:r w:rsidRPr="2CB24B07">
        <w:rPr>
          <w:rFonts w:ascii="Times New Roman" w:hAnsi="Times New Roman" w:cs="Times New Roman"/>
        </w:rPr>
        <w:t>5</w:t>
      </w:r>
      <w:r w:rsidR="002202DE" w:rsidRPr="00BF5E73">
        <w:rPr>
          <w:rFonts w:ascii="Times New Roman" w:hAnsi="Times New Roman" w:cs="Times New Roman"/>
        </w:rPr>
        <w:t xml:space="preserve">. </w:t>
      </w:r>
      <w:proofErr w:type="spellStart"/>
      <w:r w:rsidR="002202DE" w:rsidRPr="00BF5E73">
        <w:rPr>
          <w:rFonts w:ascii="Times New Roman" w:hAnsi="Times New Roman" w:cs="Times New Roman"/>
        </w:rPr>
        <w:t>Acuerdos</w:t>
      </w:r>
      <w:proofErr w:type="spellEnd"/>
      <w:r w:rsidR="002202DE" w:rsidRPr="00BF5E73">
        <w:rPr>
          <w:rFonts w:ascii="Times New Roman" w:hAnsi="Times New Roman" w:cs="Times New Roman"/>
        </w:rPr>
        <w:t xml:space="preserve"> y </w:t>
      </w:r>
      <w:proofErr w:type="spellStart"/>
      <w:r w:rsidR="007133D0" w:rsidRPr="00BF5E73">
        <w:rPr>
          <w:rFonts w:ascii="Times New Roman" w:hAnsi="Times New Roman" w:cs="Times New Roman"/>
        </w:rPr>
        <w:t>seguimiento</w:t>
      </w:r>
      <w:proofErr w:type="spellEnd"/>
    </w:p>
    <w:p w14:paraId="429E776F" w14:textId="77777777" w:rsidR="00093205" w:rsidRPr="00093205" w:rsidRDefault="00093205" w:rsidP="00093205"/>
    <w:tbl>
      <w:tblPr>
        <w:tblStyle w:val="TableGrid"/>
        <w:tblW w:w="9209" w:type="dxa"/>
        <w:tblLook w:val="04A0" w:firstRow="1" w:lastRow="0" w:firstColumn="1" w:lastColumn="0" w:noHBand="0" w:noVBand="1"/>
      </w:tblPr>
      <w:tblGrid>
        <w:gridCol w:w="542"/>
        <w:gridCol w:w="4698"/>
        <w:gridCol w:w="1985"/>
        <w:gridCol w:w="1984"/>
      </w:tblGrid>
      <w:tr w:rsidR="007133D0" w:rsidRPr="00BF5E73" w14:paraId="5CA4D548" w14:textId="77777777" w:rsidTr="2832CB2F">
        <w:tc>
          <w:tcPr>
            <w:tcW w:w="542" w:type="dxa"/>
          </w:tcPr>
          <w:p w14:paraId="12401796" w14:textId="77777777" w:rsidR="007133D0" w:rsidRPr="00CF5DD9" w:rsidRDefault="007133D0">
            <w:pPr>
              <w:rPr>
                <w:rFonts w:ascii="Times New Roman" w:hAnsi="Times New Roman" w:cs="Times New Roman"/>
              </w:rPr>
            </w:pPr>
            <w:r w:rsidRPr="00CF5DD9">
              <w:rPr>
                <w:rFonts w:ascii="Times New Roman" w:hAnsi="Times New Roman" w:cs="Times New Roman"/>
                <w:b/>
              </w:rPr>
              <w:t>No.</w:t>
            </w:r>
          </w:p>
        </w:tc>
        <w:tc>
          <w:tcPr>
            <w:tcW w:w="4698" w:type="dxa"/>
          </w:tcPr>
          <w:p w14:paraId="3FD582C0"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Descripción</w:t>
            </w:r>
            <w:proofErr w:type="spellEnd"/>
            <w:r w:rsidRPr="00BF5E73">
              <w:rPr>
                <w:rFonts w:ascii="Times New Roman" w:hAnsi="Times New Roman" w:cs="Times New Roman"/>
                <w:b/>
              </w:rPr>
              <w:t xml:space="preserve"> del </w:t>
            </w:r>
            <w:proofErr w:type="spellStart"/>
            <w:r w:rsidRPr="00BF5E73">
              <w:rPr>
                <w:rFonts w:ascii="Times New Roman" w:hAnsi="Times New Roman" w:cs="Times New Roman"/>
                <w:b/>
              </w:rPr>
              <w:t>Acuerdo</w:t>
            </w:r>
            <w:proofErr w:type="spellEnd"/>
            <w:r w:rsidRPr="00BF5E73">
              <w:rPr>
                <w:rFonts w:ascii="Times New Roman" w:hAnsi="Times New Roman" w:cs="Times New Roman"/>
                <w:b/>
              </w:rPr>
              <w:t xml:space="preserve"> / </w:t>
            </w:r>
            <w:proofErr w:type="spellStart"/>
            <w:r w:rsidRPr="00BF5E73">
              <w:rPr>
                <w:rFonts w:ascii="Times New Roman" w:hAnsi="Times New Roman" w:cs="Times New Roman"/>
                <w:b/>
              </w:rPr>
              <w:t>Acción</w:t>
            </w:r>
            <w:proofErr w:type="spellEnd"/>
            <w:r w:rsidRPr="00BF5E73">
              <w:rPr>
                <w:rFonts w:ascii="Times New Roman" w:hAnsi="Times New Roman" w:cs="Times New Roman"/>
                <w:b/>
              </w:rPr>
              <w:t xml:space="preserve"> a </w:t>
            </w:r>
            <w:proofErr w:type="spellStart"/>
            <w:r w:rsidRPr="00BF5E73">
              <w:rPr>
                <w:rFonts w:ascii="Times New Roman" w:hAnsi="Times New Roman" w:cs="Times New Roman"/>
                <w:b/>
              </w:rPr>
              <w:t>tomar</w:t>
            </w:r>
            <w:proofErr w:type="spellEnd"/>
          </w:p>
        </w:tc>
        <w:tc>
          <w:tcPr>
            <w:tcW w:w="1985" w:type="dxa"/>
          </w:tcPr>
          <w:p w14:paraId="7D05CE7F"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Responsable</w:t>
            </w:r>
            <w:proofErr w:type="spellEnd"/>
          </w:p>
        </w:tc>
        <w:tc>
          <w:tcPr>
            <w:tcW w:w="1984" w:type="dxa"/>
          </w:tcPr>
          <w:p w14:paraId="62CFDAAA"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Institución</w:t>
            </w:r>
            <w:proofErr w:type="spellEnd"/>
            <w:r w:rsidRPr="00BF5E73">
              <w:rPr>
                <w:rFonts w:ascii="Times New Roman" w:hAnsi="Times New Roman" w:cs="Times New Roman"/>
                <w:b/>
              </w:rPr>
              <w:t>/Org.</w:t>
            </w:r>
          </w:p>
        </w:tc>
      </w:tr>
      <w:tr w:rsidR="007133D0" w:rsidRPr="00BF5E73" w14:paraId="37F55EE4" w14:textId="77777777" w:rsidTr="2832CB2F">
        <w:tc>
          <w:tcPr>
            <w:tcW w:w="542" w:type="dxa"/>
          </w:tcPr>
          <w:p w14:paraId="3A970525" w14:textId="77777777" w:rsidR="007133D0" w:rsidRPr="00BF5E73" w:rsidRDefault="007133D0">
            <w:pPr>
              <w:rPr>
                <w:rFonts w:ascii="Times New Roman" w:hAnsi="Times New Roman" w:cs="Times New Roman"/>
              </w:rPr>
            </w:pPr>
            <w:r w:rsidRPr="00BF5E73">
              <w:rPr>
                <w:rFonts w:ascii="Times New Roman" w:hAnsi="Times New Roman" w:cs="Times New Roman"/>
              </w:rPr>
              <w:t>01</w:t>
            </w:r>
          </w:p>
        </w:tc>
        <w:tc>
          <w:tcPr>
            <w:tcW w:w="4698" w:type="dxa"/>
          </w:tcPr>
          <w:p w14:paraId="4EAD3C0D" w14:textId="01E611D3" w:rsidR="007133D0" w:rsidRPr="00CF5DD9" w:rsidRDefault="2A946C7F" w:rsidP="2A946C7F">
            <w:pPr>
              <w:rPr>
                <w:rFonts w:ascii="Times New Roman" w:hAnsi="Times New Roman" w:cs="Times New Roman"/>
                <w:lang w:val="es-ES"/>
              </w:rPr>
            </w:pPr>
            <w:r w:rsidRPr="00CF5DD9">
              <w:rPr>
                <w:rFonts w:ascii="Times New Roman" w:hAnsi="Times New Roman" w:cs="Times New Roman"/>
                <w:lang w:val="es-ES"/>
              </w:rPr>
              <w:t xml:space="preserve">Seguimiento del cumplimiento de los </w:t>
            </w:r>
            <w:r w:rsidR="00374741">
              <w:rPr>
                <w:rFonts w:ascii="Times New Roman" w:hAnsi="Times New Roman" w:cs="Times New Roman"/>
                <w:lang w:val="es-ES"/>
              </w:rPr>
              <w:t>4</w:t>
            </w:r>
            <w:r w:rsidRPr="00CF5DD9">
              <w:rPr>
                <w:rFonts w:ascii="Times New Roman" w:hAnsi="Times New Roman" w:cs="Times New Roman"/>
                <w:lang w:val="es-ES"/>
              </w:rPr>
              <w:t xml:space="preserve"> hitos del compromiso por parte de </w:t>
            </w:r>
            <w:r w:rsidR="0074053A">
              <w:rPr>
                <w:rFonts w:ascii="Times New Roman" w:hAnsi="Times New Roman" w:cs="Times New Roman"/>
                <w:lang w:val="es-ES"/>
              </w:rPr>
              <w:t>ONSEC.</w:t>
            </w:r>
          </w:p>
        </w:tc>
        <w:tc>
          <w:tcPr>
            <w:tcW w:w="1985" w:type="dxa"/>
          </w:tcPr>
          <w:p w14:paraId="66E58FDE" w14:textId="67504BE1" w:rsidR="007133D0" w:rsidRPr="00BF5E73" w:rsidRDefault="2A946C7F">
            <w:pPr>
              <w:rPr>
                <w:rFonts w:ascii="Times New Roman" w:hAnsi="Times New Roman" w:cs="Times New Roman"/>
              </w:rPr>
            </w:pPr>
            <w:r w:rsidRPr="00BF5E73">
              <w:rPr>
                <w:rFonts w:ascii="Times New Roman" w:hAnsi="Times New Roman" w:cs="Times New Roman"/>
              </w:rPr>
              <w:t xml:space="preserve">Todos </w:t>
            </w:r>
            <w:proofErr w:type="spellStart"/>
            <w:r w:rsidRPr="00BF5E73">
              <w:rPr>
                <w:rFonts w:ascii="Times New Roman" w:hAnsi="Times New Roman" w:cs="Times New Roman"/>
              </w:rPr>
              <w:t>los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delegados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institucionales</w:t>
            </w:r>
            <w:proofErr w:type="spellEnd"/>
            <w:r w:rsidRPr="00BF5E73">
              <w:rPr>
                <w:rFonts w:ascii="Times New Roman" w:hAnsi="Times New Roman" w:cs="Times New Roman"/>
              </w:rPr>
              <w:t xml:space="preserve"> </w:t>
            </w:r>
            <w:r w:rsidR="00671377">
              <w:rPr>
                <w:rFonts w:ascii="Times New Roman" w:hAnsi="Times New Roman" w:cs="Times New Roman"/>
              </w:rPr>
              <w:t>de ONSEC,</w:t>
            </w:r>
            <w:r w:rsidRPr="00BF5E73">
              <w:rPr>
                <w:rFonts w:ascii="Times New Roman" w:hAnsi="Times New Roman" w:cs="Times New Roman"/>
              </w:rPr>
              <w:t xml:space="preserve"> </w:t>
            </w:r>
            <w:proofErr w:type="spellStart"/>
            <w:r w:rsidRPr="00BF5E73">
              <w:rPr>
                <w:rFonts w:ascii="Times New Roman" w:hAnsi="Times New Roman" w:cs="Times New Roman"/>
              </w:rPr>
              <w:t>en</w:t>
            </w:r>
            <w:proofErr w:type="spellEnd"/>
            <w:r w:rsidRPr="00BF5E73">
              <w:rPr>
                <w:rFonts w:ascii="Times New Roman" w:hAnsi="Times New Roman" w:cs="Times New Roman"/>
              </w:rPr>
              <w:t xml:space="preserve"> la mesa de </w:t>
            </w:r>
            <w:proofErr w:type="spellStart"/>
            <w:r w:rsidRPr="00BF5E73">
              <w:rPr>
                <w:rFonts w:ascii="Times New Roman" w:hAnsi="Times New Roman" w:cs="Times New Roman"/>
              </w:rPr>
              <w:t>trabajo</w:t>
            </w:r>
            <w:proofErr w:type="spellEnd"/>
          </w:p>
        </w:tc>
        <w:tc>
          <w:tcPr>
            <w:tcW w:w="1984" w:type="dxa"/>
          </w:tcPr>
          <w:p w14:paraId="0FCD2CFD" w14:textId="11D4E201" w:rsidR="007133D0" w:rsidRPr="00BF5E73" w:rsidRDefault="00671377" w:rsidP="2A946C7F">
            <w:pPr>
              <w:rPr>
                <w:rFonts w:ascii="Times New Roman" w:hAnsi="Times New Roman" w:cs="Times New Roman"/>
              </w:rPr>
            </w:pPr>
            <w:r>
              <w:rPr>
                <w:rFonts w:ascii="Times New Roman" w:hAnsi="Times New Roman" w:cs="Times New Roman"/>
              </w:rPr>
              <w:t>ONSEC</w:t>
            </w:r>
          </w:p>
        </w:tc>
      </w:tr>
      <w:tr w:rsidR="007133D0" w:rsidRPr="00BF5E73" w14:paraId="0966B775" w14:textId="77777777" w:rsidTr="2832CB2F">
        <w:tc>
          <w:tcPr>
            <w:tcW w:w="542" w:type="dxa"/>
          </w:tcPr>
          <w:p w14:paraId="5B463575" w14:textId="77777777" w:rsidR="007133D0" w:rsidRPr="00BF5E73" w:rsidRDefault="007133D0">
            <w:pPr>
              <w:rPr>
                <w:rFonts w:ascii="Times New Roman" w:hAnsi="Times New Roman" w:cs="Times New Roman"/>
              </w:rPr>
            </w:pPr>
            <w:r w:rsidRPr="00BF5E73">
              <w:rPr>
                <w:rFonts w:ascii="Times New Roman" w:hAnsi="Times New Roman" w:cs="Times New Roman"/>
              </w:rPr>
              <w:t>02</w:t>
            </w:r>
          </w:p>
        </w:tc>
        <w:tc>
          <w:tcPr>
            <w:tcW w:w="4698" w:type="dxa"/>
          </w:tcPr>
          <w:p w14:paraId="2F7DA12C" w14:textId="7110F4D2" w:rsidR="007133D0" w:rsidRPr="00CF5DD9" w:rsidRDefault="2A946C7F" w:rsidP="2A946C7F">
            <w:pPr>
              <w:rPr>
                <w:rFonts w:ascii="Times New Roman" w:hAnsi="Times New Roman" w:cs="Times New Roman"/>
              </w:rPr>
            </w:pPr>
            <w:r w:rsidRPr="00CF5DD9">
              <w:rPr>
                <w:rFonts w:ascii="Times New Roman" w:hAnsi="Times New Roman" w:cs="Times New Roman"/>
              </w:rPr>
              <w:t xml:space="preserve">Carga de </w:t>
            </w:r>
            <w:proofErr w:type="spellStart"/>
            <w:r w:rsidRPr="00CF5DD9">
              <w:rPr>
                <w:rFonts w:ascii="Times New Roman" w:hAnsi="Times New Roman" w:cs="Times New Roman"/>
              </w:rPr>
              <w:t>medios</w:t>
            </w:r>
            <w:proofErr w:type="spellEnd"/>
            <w:r w:rsidRPr="00CF5DD9">
              <w:rPr>
                <w:rFonts w:ascii="Times New Roman" w:hAnsi="Times New Roman" w:cs="Times New Roman"/>
              </w:rPr>
              <w:t xml:space="preserve"> de </w:t>
            </w:r>
            <w:proofErr w:type="spellStart"/>
            <w:r w:rsidRPr="00CF5DD9">
              <w:rPr>
                <w:rFonts w:ascii="Times New Roman" w:hAnsi="Times New Roman" w:cs="Times New Roman"/>
              </w:rPr>
              <w:t>verificación</w:t>
            </w:r>
            <w:proofErr w:type="spellEnd"/>
            <w:r w:rsidR="00A87795" w:rsidRPr="00CF5DD9">
              <w:rPr>
                <w:rFonts w:ascii="Times New Roman" w:hAnsi="Times New Roman" w:cs="Times New Roman"/>
              </w:rPr>
              <w:t xml:space="preserve"> </w:t>
            </w:r>
            <w:r w:rsidRPr="00CF5DD9">
              <w:rPr>
                <w:rFonts w:ascii="Times New Roman" w:hAnsi="Times New Roman" w:cs="Times New Roman"/>
              </w:rPr>
              <w:t>(</w:t>
            </w:r>
            <w:proofErr w:type="spellStart"/>
            <w:r w:rsidRPr="00CF5DD9">
              <w:rPr>
                <w:rFonts w:ascii="Times New Roman" w:hAnsi="Times New Roman" w:cs="Times New Roman"/>
              </w:rPr>
              <w:t>evidencias</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en</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el</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tablero</w:t>
            </w:r>
            <w:proofErr w:type="spellEnd"/>
            <w:r w:rsidRPr="00CF5DD9">
              <w:rPr>
                <w:rFonts w:ascii="Times New Roman" w:hAnsi="Times New Roman" w:cs="Times New Roman"/>
              </w:rPr>
              <w:t xml:space="preserve"> de </w:t>
            </w:r>
            <w:proofErr w:type="spellStart"/>
            <w:r w:rsidRPr="00CF5DD9">
              <w:rPr>
                <w:rFonts w:ascii="Times New Roman" w:hAnsi="Times New Roman" w:cs="Times New Roman"/>
              </w:rPr>
              <w:t>cumplimiento</w:t>
            </w:r>
            <w:proofErr w:type="spellEnd"/>
            <w:r w:rsidRPr="00CF5DD9">
              <w:rPr>
                <w:rFonts w:ascii="Times New Roman" w:hAnsi="Times New Roman" w:cs="Times New Roman"/>
              </w:rPr>
              <w:t xml:space="preserve"> de forma </w:t>
            </w:r>
            <w:proofErr w:type="spellStart"/>
            <w:r w:rsidRPr="00CF5DD9">
              <w:rPr>
                <w:rFonts w:ascii="Times New Roman" w:hAnsi="Times New Roman" w:cs="Times New Roman"/>
              </w:rPr>
              <w:t>constante</w:t>
            </w:r>
            <w:proofErr w:type="spellEnd"/>
            <w:r w:rsidRPr="00CF5DD9">
              <w:rPr>
                <w:rFonts w:ascii="Times New Roman" w:hAnsi="Times New Roman" w:cs="Times New Roman"/>
              </w:rPr>
              <w:t xml:space="preserve"> y </w:t>
            </w:r>
            <w:proofErr w:type="spellStart"/>
            <w:r w:rsidRPr="00CF5DD9">
              <w:rPr>
                <w:rFonts w:ascii="Times New Roman" w:hAnsi="Times New Roman" w:cs="Times New Roman"/>
              </w:rPr>
              <w:t>permanente</w:t>
            </w:r>
            <w:proofErr w:type="spellEnd"/>
            <w:r w:rsidRPr="00CF5DD9">
              <w:rPr>
                <w:rFonts w:ascii="Times New Roman" w:hAnsi="Times New Roman" w:cs="Times New Roman"/>
              </w:rPr>
              <w:t>.</w:t>
            </w:r>
          </w:p>
        </w:tc>
        <w:tc>
          <w:tcPr>
            <w:tcW w:w="1985" w:type="dxa"/>
          </w:tcPr>
          <w:p w14:paraId="2CAC6A23" w14:textId="3769E207" w:rsidR="007133D0" w:rsidRPr="00BF5E73" w:rsidRDefault="2A946C7F" w:rsidP="2A946C7F">
            <w:pPr>
              <w:rPr>
                <w:rFonts w:ascii="Times New Roman" w:hAnsi="Times New Roman" w:cs="Times New Roman"/>
              </w:rPr>
            </w:pPr>
            <w:r w:rsidRPr="00BF5E73">
              <w:rPr>
                <w:rFonts w:ascii="Times New Roman" w:hAnsi="Times New Roman" w:cs="Times New Roman"/>
              </w:rPr>
              <w:t>Delegado TI</w:t>
            </w:r>
          </w:p>
          <w:p w14:paraId="455437CA" w14:textId="7EC5083F" w:rsidR="007133D0" w:rsidRPr="00BF5E73" w:rsidRDefault="2A946C7F" w:rsidP="2A946C7F">
            <w:pPr>
              <w:rPr>
                <w:rFonts w:ascii="Times New Roman" w:hAnsi="Times New Roman" w:cs="Times New Roman"/>
              </w:rPr>
            </w:pPr>
            <w:r w:rsidRPr="00BF5E73">
              <w:rPr>
                <w:rFonts w:ascii="Times New Roman" w:hAnsi="Times New Roman" w:cs="Times New Roman"/>
              </w:rPr>
              <w:t xml:space="preserve">Delegado </w:t>
            </w:r>
            <w:proofErr w:type="spellStart"/>
            <w:r w:rsidRPr="00BF5E73">
              <w:rPr>
                <w:rFonts w:ascii="Times New Roman" w:hAnsi="Times New Roman" w:cs="Times New Roman"/>
              </w:rPr>
              <w:t>técnico</w:t>
            </w:r>
            <w:proofErr w:type="spellEnd"/>
          </w:p>
          <w:p w14:paraId="019CDC65" w14:textId="471B16C9" w:rsidR="007133D0" w:rsidRPr="00BF5E73" w:rsidRDefault="00901EF6" w:rsidP="2A946C7F">
            <w:pPr>
              <w:rPr>
                <w:rFonts w:ascii="Times New Roman" w:hAnsi="Times New Roman" w:cs="Times New Roman"/>
              </w:rPr>
            </w:pPr>
            <w:r>
              <w:rPr>
                <w:rFonts w:ascii="Times New Roman" w:hAnsi="Times New Roman" w:cs="Times New Roman"/>
              </w:rPr>
              <w:t>d</w:t>
            </w:r>
            <w:r w:rsidR="00671377">
              <w:rPr>
                <w:rFonts w:ascii="Times New Roman" w:hAnsi="Times New Roman" w:cs="Times New Roman"/>
              </w:rPr>
              <w:t>e ONSEC</w:t>
            </w:r>
          </w:p>
        </w:tc>
        <w:tc>
          <w:tcPr>
            <w:tcW w:w="1984" w:type="dxa"/>
          </w:tcPr>
          <w:p w14:paraId="79BFC623" w14:textId="04660285" w:rsidR="007133D0" w:rsidRPr="00BF5E73" w:rsidRDefault="00671377" w:rsidP="2A946C7F">
            <w:pPr>
              <w:rPr>
                <w:rFonts w:ascii="Times New Roman" w:hAnsi="Times New Roman" w:cs="Times New Roman"/>
              </w:rPr>
            </w:pPr>
            <w:r>
              <w:rPr>
                <w:rFonts w:ascii="Times New Roman" w:hAnsi="Times New Roman" w:cs="Times New Roman"/>
              </w:rPr>
              <w:t>ONSEC</w:t>
            </w:r>
          </w:p>
        </w:tc>
      </w:tr>
      <w:tr w:rsidR="00FA0787" w:rsidRPr="00BF5E73" w14:paraId="123714B3" w14:textId="77777777" w:rsidTr="2832CB2F">
        <w:trPr>
          <w:trHeight w:val="300"/>
        </w:trPr>
        <w:tc>
          <w:tcPr>
            <w:tcW w:w="542" w:type="dxa"/>
          </w:tcPr>
          <w:p w14:paraId="4498C524" w14:textId="5402A188" w:rsidR="00FA0787" w:rsidRPr="00BF5E73" w:rsidRDefault="00FA0787" w:rsidP="00FA0787">
            <w:pPr>
              <w:rPr>
                <w:rFonts w:ascii="Times New Roman" w:hAnsi="Times New Roman" w:cs="Times New Roman"/>
              </w:rPr>
            </w:pPr>
            <w:r w:rsidRPr="00BF5E73">
              <w:rPr>
                <w:rFonts w:ascii="Times New Roman" w:hAnsi="Times New Roman" w:cs="Times New Roman"/>
              </w:rPr>
              <w:t>0</w:t>
            </w:r>
            <w:r w:rsidR="00420A21">
              <w:rPr>
                <w:rFonts w:ascii="Times New Roman" w:hAnsi="Times New Roman" w:cs="Times New Roman"/>
              </w:rPr>
              <w:t>3</w:t>
            </w:r>
          </w:p>
        </w:tc>
        <w:tc>
          <w:tcPr>
            <w:tcW w:w="4698" w:type="dxa"/>
          </w:tcPr>
          <w:p w14:paraId="0FDCDD88" w14:textId="56158EDF" w:rsidR="00FA0787" w:rsidRPr="00CF5DD9" w:rsidRDefault="00FA0787" w:rsidP="00FA0787">
            <w:pPr>
              <w:rPr>
                <w:rFonts w:ascii="Times New Roman" w:hAnsi="Times New Roman" w:cs="Times New Roman"/>
              </w:rPr>
            </w:pPr>
            <w:r w:rsidRPr="00CF5DD9">
              <w:rPr>
                <w:rFonts w:ascii="Times New Roman" w:hAnsi="Times New Roman" w:cs="Times New Roman"/>
              </w:rPr>
              <w:t xml:space="preserve">La </w:t>
            </w:r>
            <w:proofErr w:type="spellStart"/>
            <w:r w:rsidRPr="00CF5DD9">
              <w:rPr>
                <w:rFonts w:ascii="Times New Roman" w:hAnsi="Times New Roman" w:cs="Times New Roman"/>
              </w:rPr>
              <w:t>siguiente</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reunión</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ordinaria</w:t>
            </w:r>
            <w:proofErr w:type="spellEnd"/>
            <w:r w:rsidRPr="00CF5DD9">
              <w:rPr>
                <w:rFonts w:ascii="Times New Roman" w:hAnsi="Times New Roman" w:cs="Times New Roman"/>
              </w:rPr>
              <w:t xml:space="preserve"> del </w:t>
            </w:r>
            <w:proofErr w:type="spellStart"/>
            <w:r w:rsidRPr="00CF5DD9">
              <w:rPr>
                <w:rFonts w:ascii="Times New Roman" w:hAnsi="Times New Roman" w:cs="Times New Roman"/>
              </w:rPr>
              <w:t>eje</w:t>
            </w:r>
            <w:proofErr w:type="spellEnd"/>
            <w:r w:rsidRPr="00CF5DD9">
              <w:rPr>
                <w:rFonts w:ascii="Times New Roman" w:hAnsi="Times New Roman" w:cs="Times New Roman"/>
              </w:rPr>
              <w:t xml:space="preserve"> </w:t>
            </w:r>
            <w:r w:rsidR="00EF20FD">
              <w:rPr>
                <w:rFonts w:ascii="Times New Roman" w:hAnsi="Times New Roman" w:cs="Times New Roman"/>
              </w:rPr>
              <w:t xml:space="preserve">de </w:t>
            </w:r>
            <w:proofErr w:type="spellStart"/>
            <w:r w:rsidR="00186CD5">
              <w:rPr>
                <w:rFonts w:ascii="Times New Roman" w:hAnsi="Times New Roman" w:cs="Times New Roman"/>
              </w:rPr>
              <w:t>Transformación</w:t>
            </w:r>
            <w:proofErr w:type="spellEnd"/>
            <w:r w:rsidR="00186CD5">
              <w:rPr>
                <w:rFonts w:ascii="Times New Roman" w:hAnsi="Times New Roman" w:cs="Times New Roman"/>
              </w:rPr>
              <w:t xml:space="preserve"> Digital</w:t>
            </w:r>
            <w:r w:rsidRPr="00CF5DD9">
              <w:rPr>
                <w:rFonts w:ascii="Times New Roman" w:hAnsi="Times New Roman" w:cs="Times New Roman"/>
              </w:rPr>
              <w:t xml:space="preserve"> </w:t>
            </w:r>
            <w:proofErr w:type="spellStart"/>
            <w:r w:rsidRPr="00CF5DD9">
              <w:rPr>
                <w:rFonts w:ascii="Times New Roman" w:hAnsi="Times New Roman" w:cs="Times New Roman"/>
              </w:rPr>
              <w:t>será</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el</w:t>
            </w:r>
            <w:proofErr w:type="spellEnd"/>
            <w:r w:rsidRPr="00CF5DD9">
              <w:rPr>
                <w:rFonts w:ascii="Times New Roman" w:hAnsi="Times New Roman" w:cs="Times New Roman"/>
              </w:rPr>
              <w:t xml:space="preserve"> </w:t>
            </w:r>
            <w:proofErr w:type="spellStart"/>
            <w:r w:rsidR="0061046F">
              <w:rPr>
                <w:rFonts w:ascii="Times New Roman" w:hAnsi="Times New Roman" w:cs="Times New Roman"/>
              </w:rPr>
              <w:t>m</w:t>
            </w:r>
            <w:r w:rsidR="00C4617A">
              <w:rPr>
                <w:rFonts w:ascii="Times New Roman" w:hAnsi="Times New Roman" w:cs="Times New Roman"/>
              </w:rPr>
              <w:t>iércoles</w:t>
            </w:r>
            <w:proofErr w:type="spellEnd"/>
            <w:r w:rsidRPr="61C8F4AA">
              <w:rPr>
                <w:rFonts w:ascii="Times New Roman" w:hAnsi="Times New Roman" w:cs="Times New Roman"/>
              </w:rPr>
              <w:t xml:space="preserve"> </w:t>
            </w:r>
            <w:r w:rsidR="00542DC7">
              <w:rPr>
                <w:rFonts w:ascii="Times New Roman" w:hAnsi="Times New Roman" w:cs="Times New Roman"/>
              </w:rPr>
              <w:t>2</w:t>
            </w:r>
            <w:r w:rsidR="00515A74">
              <w:rPr>
                <w:rFonts w:ascii="Times New Roman" w:hAnsi="Times New Roman" w:cs="Times New Roman"/>
              </w:rPr>
              <w:t>3</w:t>
            </w:r>
            <w:r w:rsidRPr="00CF5DD9">
              <w:rPr>
                <w:rFonts w:ascii="Times New Roman" w:hAnsi="Times New Roman" w:cs="Times New Roman"/>
              </w:rPr>
              <w:t xml:space="preserve"> de </w:t>
            </w:r>
            <w:proofErr w:type="spellStart"/>
            <w:r w:rsidRPr="00CF5DD9">
              <w:rPr>
                <w:rFonts w:ascii="Times New Roman" w:hAnsi="Times New Roman" w:cs="Times New Roman"/>
              </w:rPr>
              <w:t>septiembre</w:t>
            </w:r>
            <w:proofErr w:type="spellEnd"/>
            <w:r w:rsidRPr="00CF5DD9">
              <w:rPr>
                <w:rFonts w:ascii="Times New Roman" w:hAnsi="Times New Roman" w:cs="Times New Roman"/>
              </w:rPr>
              <w:t xml:space="preserve"> 2026, </w:t>
            </w:r>
            <w:proofErr w:type="spellStart"/>
            <w:r w:rsidRPr="00CF5DD9">
              <w:rPr>
                <w:rFonts w:ascii="Times New Roman" w:hAnsi="Times New Roman" w:cs="Times New Roman"/>
              </w:rPr>
              <w:t>en</w:t>
            </w:r>
            <w:proofErr w:type="spellEnd"/>
            <w:r w:rsidRPr="00CF5DD9">
              <w:rPr>
                <w:rFonts w:ascii="Times New Roman" w:hAnsi="Times New Roman" w:cs="Times New Roman"/>
              </w:rPr>
              <w:t xml:space="preserve"> la GAE, de 9:00 a 12:00 horas.</w:t>
            </w:r>
          </w:p>
          <w:p w14:paraId="33CFD46A" w14:textId="57B1118D" w:rsidR="00FA0787" w:rsidRPr="00CF5DD9" w:rsidRDefault="00FA0787" w:rsidP="00FA0787">
            <w:pPr>
              <w:rPr>
                <w:rFonts w:ascii="Times New Roman" w:hAnsi="Times New Roman" w:cs="Times New Roman"/>
              </w:rPr>
            </w:pPr>
            <w:proofErr w:type="spellStart"/>
            <w:r w:rsidRPr="00CF5DD9">
              <w:rPr>
                <w:rFonts w:ascii="Times New Roman" w:hAnsi="Times New Roman" w:cs="Times New Roman"/>
              </w:rPr>
              <w:t>Convocatoria</w:t>
            </w:r>
            <w:proofErr w:type="spellEnd"/>
            <w:r w:rsidRPr="00CF5DD9">
              <w:rPr>
                <w:rFonts w:ascii="Times New Roman" w:hAnsi="Times New Roman" w:cs="Times New Roman"/>
              </w:rPr>
              <w:t xml:space="preserve"> a cargo de: GAE</w:t>
            </w:r>
          </w:p>
        </w:tc>
        <w:tc>
          <w:tcPr>
            <w:tcW w:w="1985" w:type="dxa"/>
          </w:tcPr>
          <w:p w14:paraId="4714B449" w14:textId="30BD60EF"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00551CD4" w14:textId="1D6D61B5"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r w:rsidR="00FA0787" w:rsidRPr="00BF5E73" w14:paraId="49BA1B1D" w14:textId="77777777" w:rsidTr="2832CB2F">
        <w:trPr>
          <w:trHeight w:val="300"/>
        </w:trPr>
        <w:tc>
          <w:tcPr>
            <w:tcW w:w="542" w:type="dxa"/>
          </w:tcPr>
          <w:p w14:paraId="6D82E889" w14:textId="6A793ED3" w:rsidR="00FA0787" w:rsidRPr="00BF5E73" w:rsidRDefault="00FA0787" w:rsidP="00FA0787">
            <w:pPr>
              <w:rPr>
                <w:rFonts w:ascii="Times New Roman" w:hAnsi="Times New Roman" w:cs="Times New Roman"/>
              </w:rPr>
            </w:pPr>
            <w:r w:rsidRPr="00BF5E73">
              <w:rPr>
                <w:rFonts w:ascii="Times New Roman" w:hAnsi="Times New Roman" w:cs="Times New Roman"/>
              </w:rPr>
              <w:t>0</w:t>
            </w:r>
            <w:r w:rsidR="00420A21">
              <w:rPr>
                <w:rFonts w:ascii="Times New Roman" w:hAnsi="Times New Roman" w:cs="Times New Roman"/>
              </w:rPr>
              <w:t>4</w:t>
            </w:r>
          </w:p>
        </w:tc>
        <w:tc>
          <w:tcPr>
            <w:tcW w:w="4698" w:type="dxa"/>
          </w:tcPr>
          <w:p w14:paraId="6D8B8CEF" w14:textId="0476C24F" w:rsidR="00FA0787" w:rsidRPr="00CF5DD9" w:rsidRDefault="00FA0787" w:rsidP="00FA0787">
            <w:pPr>
              <w:rPr>
                <w:rFonts w:ascii="Times New Roman" w:hAnsi="Times New Roman" w:cs="Times New Roman"/>
              </w:rPr>
            </w:pPr>
            <w:r w:rsidRPr="2832CB2F">
              <w:rPr>
                <w:rFonts w:ascii="Times New Roman" w:hAnsi="Times New Roman" w:cs="Times New Roman"/>
                <w:lang w:val="es-ES"/>
              </w:rPr>
              <w:t>Envío de ayuda de memoria a las instituciones</w:t>
            </w:r>
            <w:r w:rsidR="351B339F" w:rsidRPr="2832CB2F">
              <w:rPr>
                <w:rFonts w:ascii="Times New Roman" w:hAnsi="Times New Roman" w:cs="Times New Roman"/>
                <w:lang w:val="es-ES"/>
              </w:rPr>
              <w:t xml:space="preserve"> y organizaciones</w:t>
            </w:r>
            <w:r w:rsidRPr="2832CB2F">
              <w:rPr>
                <w:rFonts w:ascii="Times New Roman" w:hAnsi="Times New Roman" w:cs="Times New Roman"/>
                <w:lang w:val="es-ES"/>
              </w:rPr>
              <w:t xml:space="preserve"> participantes en la mesa de trabajo </w:t>
            </w:r>
            <w:proofErr w:type="spellStart"/>
            <w:r w:rsidRPr="2832CB2F">
              <w:rPr>
                <w:rFonts w:ascii="Times New Roman" w:hAnsi="Times New Roman" w:cs="Times New Roman"/>
                <w:lang w:val="es-ES"/>
              </w:rPr>
              <w:t>multiactor</w:t>
            </w:r>
            <w:proofErr w:type="spellEnd"/>
            <w:r w:rsidRPr="2832CB2F">
              <w:rPr>
                <w:rFonts w:ascii="Times New Roman" w:hAnsi="Times New Roman" w:cs="Times New Roman"/>
                <w:lang w:val="es-ES"/>
              </w:rPr>
              <w:t xml:space="preserve"> del eje </w:t>
            </w:r>
            <w:r w:rsidR="00BE05C2" w:rsidRPr="2832CB2F">
              <w:rPr>
                <w:rFonts w:ascii="Times New Roman" w:hAnsi="Times New Roman" w:cs="Times New Roman"/>
                <w:lang w:val="es-ES"/>
              </w:rPr>
              <w:t xml:space="preserve">de </w:t>
            </w:r>
            <w:r w:rsidR="00515A74">
              <w:rPr>
                <w:rFonts w:ascii="Times New Roman" w:hAnsi="Times New Roman" w:cs="Times New Roman"/>
                <w:lang w:val="es-ES"/>
              </w:rPr>
              <w:t>Transformación Digital</w:t>
            </w:r>
            <w:r w:rsidR="006C353C" w:rsidRPr="2832CB2F">
              <w:rPr>
                <w:rFonts w:ascii="Times New Roman" w:hAnsi="Times New Roman" w:cs="Times New Roman"/>
                <w:lang w:val="es-ES"/>
              </w:rPr>
              <w:t>.</w:t>
            </w:r>
          </w:p>
        </w:tc>
        <w:tc>
          <w:tcPr>
            <w:tcW w:w="1985" w:type="dxa"/>
          </w:tcPr>
          <w:p w14:paraId="52AD428B" w14:textId="2A4793AA"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1AEE6CA5" w14:textId="1919757A"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bl>
    <w:p w14:paraId="47C41E81" w14:textId="22FC95DD" w:rsidR="009007F3" w:rsidRPr="009007F3" w:rsidRDefault="11D2460B" w:rsidP="3D60D166">
      <w:pPr>
        <w:pStyle w:val="Heading1"/>
        <w:jc w:val="both"/>
        <w:rPr>
          <w:rFonts w:ascii="Times New Roman" w:hAnsi="Times New Roman" w:cs="Times New Roman"/>
          <w:b w:val="0"/>
          <w:bCs w:val="0"/>
          <w:color w:val="auto"/>
          <w:sz w:val="24"/>
          <w:szCs w:val="24"/>
          <w:lang w:val="es-ES"/>
        </w:rPr>
      </w:pPr>
      <w:r w:rsidRPr="3D60D166">
        <w:rPr>
          <w:rFonts w:ascii="Times New Roman" w:hAnsi="Times New Roman" w:cs="Times New Roman"/>
          <w:lang w:val="es-ES"/>
        </w:rPr>
        <w:t>6</w:t>
      </w:r>
      <w:r w:rsidR="3FA69755" w:rsidRPr="3D60D166">
        <w:rPr>
          <w:rFonts w:ascii="Times New Roman" w:hAnsi="Times New Roman" w:cs="Times New Roman"/>
          <w:lang w:val="es-ES"/>
        </w:rPr>
        <w:t xml:space="preserve">. </w:t>
      </w:r>
      <w:r w:rsidR="61A00CF7" w:rsidRPr="3D60D166">
        <w:rPr>
          <w:rFonts w:ascii="Times New Roman" w:hAnsi="Times New Roman" w:cs="Times New Roman"/>
          <w:lang w:val="es-ES"/>
        </w:rPr>
        <w:t>Cierre de la Reunión:</w:t>
      </w:r>
      <w:r w:rsidR="05205172" w:rsidRPr="3D60D166">
        <w:rPr>
          <w:rFonts w:ascii="Times New Roman" w:hAnsi="Times New Roman" w:cs="Times New Roman"/>
          <w:lang w:val="es-ES"/>
        </w:rPr>
        <w:t xml:space="preserve"> </w:t>
      </w:r>
      <w:r w:rsidR="506A5F92" w:rsidRPr="3D60D166">
        <w:rPr>
          <w:rFonts w:ascii="Times New Roman" w:hAnsi="Times New Roman" w:cs="Times New Roman"/>
          <w:lang w:val="es-ES"/>
        </w:rPr>
        <w:t xml:space="preserve"> </w:t>
      </w:r>
      <w:r w:rsidR="05205172" w:rsidRPr="3D60D166">
        <w:rPr>
          <w:rFonts w:ascii="Times New Roman" w:hAnsi="Times New Roman" w:cs="Times New Roman"/>
          <w:b w:val="0"/>
          <w:bCs w:val="0"/>
          <w:color w:val="auto"/>
          <w:sz w:val="24"/>
          <w:szCs w:val="24"/>
          <w:lang w:val="es-ES"/>
        </w:rPr>
        <w:t>Inga. Wendy Miranda</w:t>
      </w:r>
      <w:r w:rsidR="2C13A8CF" w:rsidRPr="3D60D166">
        <w:rPr>
          <w:rFonts w:ascii="Times New Roman" w:hAnsi="Times New Roman" w:cs="Times New Roman"/>
          <w:b w:val="0"/>
          <w:bCs w:val="0"/>
          <w:color w:val="auto"/>
          <w:sz w:val="24"/>
          <w:szCs w:val="24"/>
          <w:lang w:val="es-ES"/>
        </w:rPr>
        <w:t xml:space="preserve">, </w:t>
      </w:r>
      <w:r w:rsidR="61A00CF7" w:rsidRPr="3D60D166">
        <w:rPr>
          <w:rFonts w:ascii="Times New Roman" w:hAnsi="Times New Roman" w:cs="Times New Roman"/>
          <w:b w:val="0"/>
          <w:bCs w:val="0"/>
          <w:color w:val="auto"/>
          <w:sz w:val="24"/>
          <w:szCs w:val="24"/>
          <w:lang w:val="es-ES"/>
        </w:rPr>
        <w:t>agradeció a todos los present</w:t>
      </w:r>
      <w:r w:rsidR="20AE3AC1" w:rsidRPr="3D60D166">
        <w:rPr>
          <w:rFonts w:ascii="Times New Roman" w:hAnsi="Times New Roman" w:cs="Times New Roman"/>
          <w:b w:val="0"/>
          <w:bCs w:val="0"/>
          <w:color w:val="auto"/>
          <w:sz w:val="24"/>
          <w:szCs w:val="24"/>
          <w:lang w:val="es-ES"/>
        </w:rPr>
        <w:t>e</w:t>
      </w:r>
      <w:r w:rsidR="61A00CF7" w:rsidRPr="3D60D166">
        <w:rPr>
          <w:rFonts w:ascii="Times New Roman" w:hAnsi="Times New Roman" w:cs="Times New Roman"/>
          <w:b w:val="0"/>
          <w:bCs w:val="0"/>
          <w:color w:val="auto"/>
          <w:sz w:val="24"/>
          <w:szCs w:val="24"/>
          <w:lang w:val="es-ES"/>
        </w:rPr>
        <w:t xml:space="preserve">s por sus aportes y su participación en la reunión. </w:t>
      </w:r>
    </w:p>
    <w:p w14:paraId="6621C255" w14:textId="2DD6DFDF" w:rsidR="008B0574" w:rsidRPr="00BF5E73" w:rsidRDefault="00453220" w:rsidP="00D76264">
      <w:pPr>
        <w:pStyle w:val="Heading1"/>
        <w:jc w:val="both"/>
        <w:rPr>
          <w:rFonts w:ascii="Times New Roman" w:hAnsi="Times New Roman" w:cs="Times New Roman"/>
        </w:rPr>
      </w:pPr>
      <w:r>
        <w:rPr>
          <w:rFonts w:ascii="Times New Roman" w:hAnsi="Times New Roman" w:cs="Times New Roman"/>
        </w:rPr>
        <w:t xml:space="preserve">7. </w:t>
      </w:r>
      <w:proofErr w:type="spellStart"/>
      <w:r w:rsidRPr="00BF5E73">
        <w:rPr>
          <w:rFonts w:ascii="Times New Roman" w:hAnsi="Times New Roman" w:cs="Times New Roman"/>
        </w:rPr>
        <w:t>Próxima</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Reunión</w:t>
      </w:r>
      <w:proofErr w:type="spellEnd"/>
    </w:p>
    <w:p w14:paraId="1C7A4B98" w14:textId="3A6C95DC" w:rsidR="007133D0" w:rsidRDefault="002202DE" w:rsidP="1044B2EB">
      <w:pPr>
        <w:rPr>
          <w:rFonts w:ascii="Times New Roman" w:hAnsi="Times New Roman" w:cs="Times New Roman"/>
          <w:lang w:val="es-ES"/>
        </w:rPr>
      </w:pPr>
      <w:r w:rsidRPr="64F203F7">
        <w:rPr>
          <w:rFonts w:ascii="Times New Roman" w:hAnsi="Times New Roman" w:cs="Times New Roman"/>
          <w:b/>
          <w:lang w:val="es-ES"/>
        </w:rPr>
        <w:t xml:space="preserve">Fecha: </w:t>
      </w:r>
      <w:r w:rsidR="00FD6E2F" w:rsidRPr="64F203F7">
        <w:rPr>
          <w:rFonts w:ascii="Times New Roman" w:hAnsi="Times New Roman" w:cs="Times New Roman"/>
          <w:b/>
          <w:lang w:val="es-ES"/>
        </w:rPr>
        <w:t>2</w:t>
      </w:r>
      <w:r w:rsidR="00AC31D2" w:rsidRPr="64F203F7">
        <w:rPr>
          <w:rFonts w:ascii="Times New Roman" w:hAnsi="Times New Roman" w:cs="Times New Roman"/>
          <w:b/>
          <w:lang w:val="es-ES"/>
        </w:rPr>
        <w:t>3</w:t>
      </w:r>
      <w:r w:rsidR="007133D0" w:rsidRPr="64F203F7">
        <w:rPr>
          <w:rFonts w:ascii="Times New Roman" w:hAnsi="Times New Roman" w:cs="Times New Roman"/>
          <w:b/>
          <w:lang w:val="es-ES"/>
        </w:rPr>
        <w:t xml:space="preserve"> de septiembre 2026. </w:t>
      </w:r>
      <w:r>
        <w:br/>
      </w:r>
      <w:r w:rsidRPr="64F203F7">
        <w:rPr>
          <w:rFonts w:ascii="Times New Roman" w:hAnsi="Times New Roman" w:cs="Times New Roman"/>
          <w:b/>
          <w:lang w:val="es-ES"/>
        </w:rPr>
        <w:t xml:space="preserve">Hora: </w:t>
      </w:r>
      <w:r w:rsidR="007133D0" w:rsidRPr="64F203F7">
        <w:rPr>
          <w:rFonts w:ascii="Times New Roman" w:hAnsi="Times New Roman" w:cs="Times New Roman"/>
          <w:lang w:val="es-ES"/>
        </w:rPr>
        <w:t>9:00 ho</w:t>
      </w:r>
      <w:r w:rsidR="00A36F28" w:rsidRPr="64F203F7">
        <w:rPr>
          <w:rFonts w:ascii="Times New Roman" w:hAnsi="Times New Roman" w:cs="Times New Roman"/>
          <w:lang w:val="es-ES"/>
        </w:rPr>
        <w:t>r</w:t>
      </w:r>
      <w:r w:rsidR="007133D0" w:rsidRPr="64F203F7">
        <w:rPr>
          <w:rFonts w:ascii="Times New Roman" w:hAnsi="Times New Roman" w:cs="Times New Roman"/>
          <w:lang w:val="es-ES"/>
        </w:rPr>
        <w:t>as</w:t>
      </w:r>
      <w:r w:rsidR="004C669B" w:rsidRPr="64F203F7">
        <w:rPr>
          <w:rFonts w:ascii="Times New Roman" w:hAnsi="Times New Roman" w:cs="Times New Roman"/>
          <w:lang w:val="es-ES"/>
        </w:rPr>
        <w:t xml:space="preserve"> en instalaciones de GAE.</w:t>
      </w:r>
      <w:r>
        <w:br/>
      </w:r>
      <w:r w:rsidRPr="64F203F7">
        <w:rPr>
          <w:rFonts w:ascii="Times New Roman" w:hAnsi="Times New Roman" w:cs="Times New Roman"/>
          <w:b/>
          <w:lang w:val="es-ES"/>
        </w:rPr>
        <w:t xml:space="preserve">Objetivo principal: </w:t>
      </w:r>
      <w:r w:rsidR="001B474F" w:rsidRPr="64F203F7">
        <w:rPr>
          <w:rFonts w:ascii="Times New Roman" w:hAnsi="Times New Roman" w:cs="Times New Roman"/>
          <w:lang w:val="es-ES"/>
        </w:rPr>
        <w:t xml:space="preserve">Seguimiento al cumplimiento e implementación del compromiso y los </w:t>
      </w:r>
      <w:r w:rsidR="00AC31D2" w:rsidRPr="64F203F7">
        <w:rPr>
          <w:rFonts w:ascii="Times New Roman" w:hAnsi="Times New Roman" w:cs="Times New Roman"/>
          <w:lang w:val="es-ES"/>
        </w:rPr>
        <w:t>4</w:t>
      </w:r>
      <w:r w:rsidR="001B474F" w:rsidRPr="64F203F7">
        <w:rPr>
          <w:rFonts w:ascii="Times New Roman" w:hAnsi="Times New Roman" w:cs="Times New Roman"/>
          <w:lang w:val="es-ES"/>
        </w:rPr>
        <w:t xml:space="preserve"> hitos de </w:t>
      </w:r>
      <w:r w:rsidR="00AC31D2" w:rsidRPr="64F203F7">
        <w:rPr>
          <w:rFonts w:ascii="Times New Roman" w:hAnsi="Times New Roman" w:cs="Times New Roman"/>
          <w:lang w:val="es-ES"/>
        </w:rPr>
        <w:t>Transformación Digital</w:t>
      </w:r>
      <w:r w:rsidR="001B474F" w:rsidRPr="64F203F7">
        <w:rPr>
          <w:rFonts w:ascii="Times New Roman" w:hAnsi="Times New Roman" w:cs="Times New Roman"/>
          <w:lang w:val="es-ES"/>
        </w:rPr>
        <w:t xml:space="preserve">. (2da. Reunión de la mesa de trabajo </w:t>
      </w:r>
      <w:proofErr w:type="spellStart"/>
      <w:r w:rsidR="001B474F" w:rsidRPr="64F203F7">
        <w:rPr>
          <w:rFonts w:ascii="Times New Roman" w:hAnsi="Times New Roman" w:cs="Times New Roman"/>
          <w:lang w:val="es-ES"/>
        </w:rPr>
        <w:t>multiactor</w:t>
      </w:r>
      <w:proofErr w:type="spellEnd"/>
      <w:r w:rsidR="001B474F" w:rsidRPr="64F203F7">
        <w:rPr>
          <w:rFonts w:ascii="Times New Roman" w:hAnsi="Times New Roman" w:cs="Times New Roman"/>
          <w:lang w:val="es-ES"/>
        </w:rPr>
        <w:t xml:space="preserve"> del eje</w:t>
      </w:r>
      <w:r w:rsidR="0CA215FC" w:rsidRPr="64F203F7">
        <w:rPr>
          <w:rFonts w:ascii="Times New Roman" w:hAnsi="Times New Roman" w:cs="Times New Roman"/>
          <w:lang w:val="es-ES"/>
        </w:rPr>
        <w:t xml:space="preserve"> </w:t>
      </w:r>
      <w:r w:rsidR="005C0DB6" w:rsidRPr="64F203F7">
        <w:rPr>
          <w:rFonts w:ascii="Times New Roman" w:hAnsi="Times New Roman" w:cs="Times New Roman"/>
          <w:lang w:val="es-ES"/>
        </w:rPr>
        <w:t xml:space="preserve">de </w:t>
      </w:r>
      <w:r w:rsidR="4964D451" w:rsidRPr="64F203F7">
        <w:rPr>
          <w:rFonts w:ascii="Times New Roman" w:hAnsi="Times New Roman" w:cs="Times New Roman"/>
          <w:lang w:val="es-ES"/>
        </w:rPr>
        <w:t>Transformación Digital</w:t>
      </w:r>
      <w:r w:rsidR="001B474F" w:rsidRPr="17BE4C37">
        <w:rPr>
          <w:rFonts w:ascii="Times New Roman" w:hAnsi="Times New Roman" w:cs="Times New Roman"/>
          <w:lang w:val="es-ES"/>
        </w:rPr>
        <w:t>)</w:t>
      </w:r>
      <w:r w:rsidR="30612B0C" w:rsidRPr="17BE4C37">
        <w:rPr>
          <w:rFonts w:ascii="Times New Roman" w:hAnsi="Times New Roman" w:cs="Times New Roman"/>
          <w:lang w:val="es-ES"/>
        </w:rPr>
        <w:t>.</w:t>
      </w:r>
    </w:p>
    <w:p w14:paraId="2021B314" w14:textId="46B3CC23" w:rsidR="008B0574" w:rsidRPr="00A14BB9" w:rsidRDefault="00A14BB9" w:rsidP="00A14BB9">
      <w:pPr>
        <w:pStyle w:val="Heading1"/>
        <w:rPr>
          <w:rFonts w:ascii="Times New Roman" w:hAnsi="Times New Roman" w:cs="Times New Roman"/>
        </w:rPr>
      </w:pPr>
      <w:r>
        <w:rPr>
          <w:rFonts w:ascii="Times New Roman" w:hAnsi="Times New Roman" w:cs="Times New Roman"/>
        </w:rPr>
        <w:t>8</w:t>
      </w:r>
      <w:r w:rsidR="002202DE" w:rsidRPr="00BF5E73">
        <w:rPr>
          <w:rFonts w:ascii="Times New Roman" w:hAnsi="Times New Roman" w:cs="Times New Roman"/>
        </w:rPr>
        <w:t xml:space="preserve">. </w:t>
      </w:r>
      <w:proofErr w:type="spellStart"/>
      <w:r w:rsidR="002202DE" w:rsidRPr="00BF5E73">
        <w:rPr>
          <w:rFonts w:ascii="Times New Roman" w:hAnsi="Times New Roman" w:cs="Times New Roman"/>
        </w:rPr>
        <w:t>Anexos</w:t>
      </w:r>
      <w:proofErr w:type="spellEnd"/>
    </w:p>
    <w:p w14:paraId="5B8484F8" w14:textId="382F4947" w:rsidR="008B0574" w:rsidRPr="00BF5E73" w:rsidRDefault="5268FCE1" w:rsidP="001B474F">
      <w:pPr>
        <w:pStyle w:val="ListBullet"/>
        <w:jc w:val="both"/>
        <w:rPr>
          <w:rFonts w:ascii="Times New Roman" w:hAnsi="Times New Roman" w:cs="Times New Roman"/>
        </w:rPr>
      </w:pPr>
      <w:r w:rsidRPr="320AC865">
        <w:rPr>
          <w:rFonts w:ascii="Times New Roman" w:hAnsi="Times New Roman" w:cs="Times New Roman"/>
        </w:rPr>
        <w:t xml:space="preserve">Anexo 1: </w:t>
      </w:r>
      <w:proofErr w:type="spellStart"/>
      <w:r w:rsidR="23A994A7" w:rsidRPr="320AC865">
        <w:rPr>
          <w:rFonts w:ascii="Times New Roman" w:hAnsi="Times New Roman" w:cs="Times New Roman"/>
        </w:rPr>
        <w:t>Documentaciones</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institucionales</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que</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fueron</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expuestas</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durante</w:t>
      </w:r>
      <w:proofErr w:type="spellEnd"/>
      <w:r w:rsidR="2B7C76FD" w:rsidRPr="320AC865">
        <w:rPr>
          <w:rFonts w:ascii="Times New Roman" w:hAnsi="Times New Roman" w:cs="Times New Roman"/>
        </w:rPr>
        <w:t xml:space="preserve"> la </w:t>
      </w:r>
      <w:proofErr w:type="spellStart"/>
      <w:r w:rsidR="2B7C76FD" w:rsidRPr="320AC865">
        <w:rPr>
          <w:rFonts w:ascii="Times New Roman" w:hAnsi="Times New Roman" w:cs="Times New Roman"/>
        </w:rPr>
        <w:t>reunión</w:t>
      </w:r>
      <w:proofErr w:type="spellEnd"/>
      <w:r w:rsidR="2B7C76FD" w:rsidRPr="320AC865">
        <w:rPr>
          <w:rFonts w:ascii="Times New Roman" w:hAnsi="Times New Roman" w:cs="Times New Roman"/>
        </w:rPr>
        <w:t xml:space="preserve">, </w:t>
      </w:r>
      <w:proofErr w:type="spellStart"/>
      <w:r w:rsidR="2B7C76FD" w:rsidRPr="320AC865">
        <w:rPr>
          <w:rFonts w:ascii="Times New Roman" w:hAnsi="Times New Roman" w:cs="Times New Roman"/>
        </w:rPr>
        <w:t>en</w:t>
      </w:r>
      <w:proofErr w:type="spellEnd"/>
      <w:r w:rsidRPr="320AC865">
        <w:rPr>
          <w:rFonts w:ascii="Times New Roman" w:hAnsi="Times New Roman" w:cs="Times New Roman"/>
        </w:rPr>
        <w:t xml:space="preserve"> </w:t>
      </w:r>
      <w:proofErr w:type="spellStart"/>
      <w:r w:rsidRPr="320AC865">
        <w:rPr>
          <w:rFonts w:ascii="Times New Roman" w:hAnsi="Times New Roman" w:cs="Times New Roman"/>
        </w:rPr>
        <w:t>el</w:t>
      </w:r>
      <w:proofErr w:type="spellEnd"/>
      <w:r w:rsidRPr="320AC865">
        <w:rPr>
          <w:rFonts w:ascii="Times New Roman" w:hAnsi="Times New Roman" w:cs="Times New Roman"/>
        </w:rPr>
        <w:t xml:space="preserve"> </w:t>
      </w:r>
      <w:proofErr w:type="spellStart"/>
      <w:r w:rsidRPr="320AC865">
        <w:rPr>
          <w:rFonts w:ascii="Times New Roman" w:hAnsi="Times New Roman" w:cs="Times New Roman"/>
        </w:rPr>
        <w:t>marco</w:t>
      </w:r>
      <w:proofErr w:type="spellEnd"/>
      <w:r w:rsidRPr="320AC865">
        <w:rPr>
          <w:rFonts w:ascii="Times New Roman" w:hAnsi="Times New Roman" w:cs="Times New Roman"/>
        </w:rPr>
        <w:t xml:space="preserve"> </w:t>
      </w:r>
      <w:r w:rsidR="2B7C76FD" w:rsidRPr="320AC865">
        <w:rPr>
          <w:rFonts w:ascii="Times New Roman" w:hAnsi="Times New Roman" w:cs="Times New Roman"/>
        </w:rPr>
        <w:t xml:space="preserve">de la </w:t>
      </w:r>
      <w:proofErr w:type="spellStart"/>
      <w:r w:rsidR="2B7C76FD" w:rsidRPr="320AC865">
        <w:rPr>
          <w:rFonts w:ascii="Times New Roman" w:hAnsi="Times New Roman" w:cs="Times New Roman"/>
        </w:rPr>
        <w:t>implementación</w:t>
      </w:r>
      <w:proofErr w:type="spellEnd"/>
      <w:r w:rsidR="2B7C76FD" w:rsidRPr="320AC865">
        <w:rPr>
          <w:rFonts w:ascii="Times New Roman" w:hAnsi="Times New Roman" w:cs="Times New Roman"/>
        </w:rPr>
        <w:t xml:space="preserve"> del </w:t>
      </w:r>
      <w:proofErr w:type="spellStart"/>
      <w:r w:rsidRPr="320AC865">
        <w:rPr>
          <w:rFonts w:ascii="Times New Roman" w:hAnsi="Times New Roman" w:cs="Times New Roman"/>
        </w:rPr>
        <w:t>compromiso</w:t>
      </w:r>
      <w:proofErr w:type="spellEnd"/>
      <w:r w:rsidRPr="320AC865">
        <w:rPr>
          <w:rFonts w:ascii="Times New Roman" w:hAnsi="Times New Roman" w:cs="Times New Roman"/>
        </w:rPr>
        <w:t xml:space="preserve"> de </w:t>
      </w:r>
      <w:proofErr w:type="spellStart"/>
      <w:r w:rsidR="302C4AE9" w:rsidRPr="51EA2C08">
        <w:rPr>
          <w:rFonts w:ascii="Times New Roman" w:hAnsi="Times New Roman" w:cs="Times New Roman"/>
        </w:rPr>
        <w:t>Transformación</w:t>
      </w:r>
      <w:proofErr w:type="spellEnd"/>
      <w:r w:rsidR="302C4AE9" w:rsidRPr="51EA2C08">
        <w:rPr>
          <w:rFonts w:ascii="Times New Roman" w:hAnsi="Times New Roman" w:cs="Times New Roman"/>
        </w:rPr>
        <w:t xml:space="preserve"> Digital</w:t>
      </w:r>
      <w:r w:rsidR="2B7C76FD" w:rsidRPr="320AC865">
        <w:rPr>
          <w:rFonts w:ascii="Times New Roman" w:hAnsi="Times New Roman" w:cs="Times New Roman"/>
        </w:rPr>
        <w:t xml:space="preserve">. </w:t>
      </w:r>
    </w:p>
    <w:p w14:paraId="1C09D83E" w14:textId="74EE4612" w:rsidR="008B0574" w:rsidRPr="00BF5E73" w:rsidRDefault="002202DE" w:rsidP="007133D0">
      <w:pPr>
        <w:rPr>
          <w:rFonts w:ascii="Times New Roman" w:hAnsi="Times New Roman" w:cs="Times New Roman"/>
        </w:rPr>
      </w:pPr>
      <w:r>
        <w:br/>
      </w:r>
      <w:proofErr w:type="spellStart"/>
      <w:r w:rsidRPr="00BF5E73">
        <w:rPr>
          <w:rFonts w:ascii="Times New Roman" w:hAnsi="Times New Roman" w:cs="Times New Roman"/>
          <w:b/>
        </w:rPr>
        <w:t>Fecha</w:t>
      </w:r>
      <w:proofErr w:type="spellEnd"/>
      <w:r w:rsidRPr="00BF5E73">
        <w:rPr>
          <w:rFonts w:ascii="Times New Roman" w:hAnsi="Times New Roman" w:cs="Times New Roman"/>
          <w:b/>
        </w:rPr>
        <w:t xml:space="preserve"> de </w:t>
      </w:r>
      <w:proofErr w:type="spellStart"/>
      <w:r w:rsidR="007133D0" w:rsidRPr="00BF5E73">
        <w:rPr>
          <w:rFonts w:ascii="Times New Roman" w:hAnsi="Times New Roman" w:cs="Times New Roman"/>
          <w:b/>
        </w:rPr>
        <w:t>emis</w:t>
      </w:r>
      <w:r w:rsidR="001B474F" w:rsidRPr="00BF5E73">
        <w:rPr>
          <w:rFonts w:ascii="Times New Roman" w:hAnsi="Times New Roman" w:cs="Times New Roman"/>
          <w:b/>
        </w:rPr>
        <w:t>ió</w:t>
      </w:r>
      <w:r w:rsidR="007133D0" w:rsidRPr="00BF5E73">
        <w:rPr>
          <w:rFonts w:ascii="Times New Roman" w:hAnsi="Times New Roman" w:cs="Times New Roman"/>
          <w:b/>
        </w:rPr>
        <w:t>n</w:t>
      </w:r>
      <w:proofErr w:type="spellEnd"/>
      <w:r w:rsidRPr="00BF5E73">
        <w:rPr>
          <w:rFonts w:ascii="Times New Roman" w:hAnsi="Times New Roman" w:cs="Times New Roman"/>
          <w:b/>
        </w:rPr>
        <w:t xml:space="preserve"> del </w:t>
      </w:r>
      <w:proofErr w:type="spellStart"/>
      <w:r w:rsidRPr="00BF5E73">
        <w:rPr>
          <w:rFonts w:ascii="Times New Roman" w:hAnsi="Times New Roman" w:cs="Times New Roman"/>
          <w:b/>
        </w:rPr>
        <w:t>documento</w:t>
      </w:r>
      <w:proofErr w:type="spellEnd"/>
      <w:r w:rsidRPr="00BF5E73">
        <w:rPr>
          <w:rFonts w:ascii="Times New Roman" w:hAnsi="Times New Roman" w:cs="Times New Roman"/>
          <w:b/>
        </w:rPr>
        <w:t xml:space="preserve">: </w:t>
      </w:r>
      <w:r w:rsidR="004C669B">
        <w:rPr>
          <w:rFonts w:ascii="Times New Roman" w:hAnsi="Times New Roman" w:cs="Times New Roman"/>
          <w:b/>
        </w:rPr>
        <w:t xml:space="preserve"> </w:t>
      </w:r>
      <w:r w:rsidR="002516D5" w:rsidRPr="72AC2306">
        <w:rPr>
          <w:rFonts w:ascii="Times New Roman" w:hAnsi="Times New Roman" w:cs="Times New Roman"/>
          <w:b/>
          <w:bCs/>
        </w:rPr>
        <w:t>1</w:t>
      </w:r>
      <w:r w:rsidR="5142E528" w:rsidRPr="72AC2306">
        <w:rPr>
          <w:rFonts w:ascii="Times New Roman" w:hAnsi="Times New Roman" w:cs="Times New Roman"/>
          <w:b/>
          <w:bCs/>
        </w:rPr>
        <w:t xml:space="preserve">8 </w:t>
      </w:r>
      <w:r w:rsidR="001B474F" w:rsidRPr="00BF5E73">
        <w:rPr>
          <w:rFonts w:ascii="Times New Roman" w:hAnsi="Times New Roman" w:cs="Times New Roman"/>
          <w:b/>
        </w:rPr>
        <w:t xml:space="preserve">de </w:t>
      </w:r>
      <w:proofErr w:type="spellStart"/>
      <w:r w:rsidR="001B474F" w:rsidRPr="00BF5E73">
        <w:rPr>
          <w:rFonts w:ascii="Times New Roman" w:hAnsi="Times New Roman" w:cs="Times New Roman"/>
          <w:b/>
        </w:rPr>
        <w:t>junio</w:t>
      </w:r>
      <w:proofErr w:type="spellEnd"/>
      <w:r w:rsidR="001B474F" w:rsidRPr="00BF5E73">
        <w:rPr>
          <w:rFonts w:ascii="Times New Roman" w:hAnsi="Times New Roman" w:cs="Times New Roman"/>
          <w:b/>
        </w:rPr>
        <w:t xml:space="preserve"> de 2026</w:t>
      </w:r>
    </w:p>
    <w:sectPr w:rsidR="008B0574" w:rsidRPr="00BF5E73"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FD98" w14:textId="77777777" w:rsidR="002A77A5" w:rsidRDefault="002A77A5">
      <w:pPr>
        <w:spacing w:after="0" w:line="240" w:lineRule="auto"/>
      </w:pPr>
      <w:r>
        <w:separator/>
      </w:r>
    </w:p>
  </w:endnote>
  <w:endnote w:type="continuationSeparator" w:id="0">
    <w:p w14:paraId="35C17BC5" w14:textId="77777777" w:rsidR="002A77A5" w:rsidRDefault="002A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2A946C7F" w14:paraId="35EB7A16" w14:textId="77777777" w:rsidTr="2A946C7F">
      <w:trPr>
        <w:trHeight w:val="300"/>
      </w:trPr>
      <w:tc>
        <w:tcPr>
          <w:tcW w:w="2880" w:type="dxa"/>
        </w:tcPr>
        <w:p w14:paraId="3D51B080" w14:textId="45810C7C" w:rsidR="2A946C7F" w:rsidRDefault="2A946C7F" w:rsidP="2A946C7F">
          <w:pPr>
            <w:pStyle w:val="Header"/>
            <w:ind w:left="-115"/>
          </w:pPr>
        </w:p>
      </w:tc>
      <w:tc>
        <w:tcPr>
          <w:tcW w:w="2880" w:type="dxa"/>
        </w:tcPr>
        <w:p w14:paraId="1533D24D" w14:textId="05F779DC" w:rsidR="2A946C7F" w:rsidRDefault="2A946C7F" w:rsidP="2A946C7F">
          <w:pPr>
            <w:pStyle w:val="Header"/>
            <w:jc w:val="center"/>
          </w:pPr>
        </w:p>
      </w:tc>
      <w:tc>
        <w:tcPr>
          <w:tcW w:w="2880" w:type="dxa"/>
        </w:tcPr>
        <w:p w14:paraId="391D7C40" w14:textId="1A419BFF" w:rsidR="2A946C7F" w:rsidRDefault="2A946C7F" w:rsidP="2A946C7F">
          <w:pPr>
            <w:pStyle w:val="Header"/>
            <w:ind w:right="-115"/>
            <w:jc w:val="right"/>
          </w:pPr>
        </w:p>
      </w:tc>
    </w:tr>
  </w:tbl>
  <w:p w14:paraId="5EB5427B" w14:textId="63CF78E1" w:rsidR="00BF5E73" w:rsidRDefault="00BF5E73" w:rsidP="2A946C7F">
    <w:pPr>
      <w:pStyle w:val="Footer"/>
      <w:rPr>
        <w:noProof/>
      </w:rPr>
    </w:pPr>
    <w:r>
      <w:rPr>
        <w:noProof/>
      </w:rPr>
      <w:drawing>
        <wp:anchor distT="0" distB="0" distL="114300" distR="114300" simplePos="0" relativeHeight="251658244" behindDoc="1" locked="0" layoutInCell="1" allowOverlap="1" wp14:anchorId="65028C37" wp14:editId="1F2F0A28">
          <wp:simplePos x="0" y="0"/>
          <wp:positionH relativeFrom="page">
            <wp:posOffset>0</wp:posOffset>
          </wp:positionH>
          <wp:positionV relativeFrom="paragraph">
            <wp:posOffset>-68580</wp:posOffset>
          </wp:positionV>
          <wp:extent cx="7768590" cy="878205"/>
          <wp:effectExtent l="0" t="0" r="3810" b="0"/>
          <wp:wrapNone/>
          <wp:docPr id="1601145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 t="91181" r="196" b="76"/>
                  <a:stretch>
                    <a:fillRect/>
                  </a:stretch>
                </pic:blipFill>
                <pic:spPr bwMode="auto">
                  <a:xfrm>
                    <a:off x="0" y="0"/>
                    <a:ext cx="7768590" cy="878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4F542" w14:textId="34A61DBC" w:rsidR="2A946C7F" w:rsidRDefault="2A946C7F" w:rsidP="2A946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E678A" w14:textId="77777777" w:rsidR="002A77A5" w:rsidRDefault="002A77A5">
      <w:pPr>
        <w:spacing w:after="0" w:line="240" w:lineRule="auto"/>
      </w:pPr>
      <w:r>
        <w:separator/>
      </w:r>
    </w:p>
  </w:footnote>
  <w:footnote w:type="continuationSeparator" w:id="0">
    <w:p w14:paraId="323F0F3C" w14:textId="77777777" w:rsidR="002A77A5" w:rsidRDefault="002A7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39"/>
      <w:gridCol w:w="222"/>
      <w:gridCol w:w="222"/>
    </w:tblGrid>
    <w:tr w:rsidR="2A946C7F" w14:paraId="5D2F5ED6" w14:textId="77777777" w:rsidTr="00E07F05">
      <w:trPr>
        <w:trHeight w:val="144"/>
      </w:trPr>
      <w:tc>
        <w:tcPr>
          <w:tcW w:w="3739" w:type="dxa"/>
        </w:tcPr>
        <w:p w14:paraId="2D7963E9" w14:textId="432385CF" w:rsidR="2A946C7F" w:rsidRDefault="2C485B6D" w:rsidP="2A946C7F">
          <w:pPr>
            <w:pStyle w:val="Header"/>
            <w:ind w:left="-115"/>
          </w:pPr>
          <w:r>
            <w:rPr>
              <w:noProof/>
            </w:rPr>
            <w:drawing>
              <wp:anchor distT="0" distB="0" distL="114300" distR="114300" simplePos="0" relativeHeight="251658240" behindDoc="1" locked="0" layoutInCell="1" allowOverlap="1" wp14:anchorId="5831BBF2" wp14:editId="6D2D3261">
                <wp:simplePos x="0" y="0"/>
                <wp:positionH relativeFrom="column">
                  <wp:posOffset>-895350</wp:posOffset>
                </wp:positionH>
                <wp:positionV relativeFrom="paragraph">
                  <wp:posOffset>-371475</wp:posOffset>
                </wp:positionV>
                <wp:extent cx="2589530" cy="825500"/>
                <wp:effectExtent l="0" t="0" r="0" b="0"/>
                <wp:wrapNone/>
                <wp:docPr id="19407010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695962665"/>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14:sizeRelH relativeFrom="page">
                  <wp14:pctWidth>0</wp14:pctWidth>
                </wp14:sizeRelH>
                <wp14:sizeRelV relativeFrom="page">
                  <wp14:pctHeight>0</wp14:pctHeight>
                </wp14:sizeRelV>
              </wp:anchor>
            </w:drawing>
          </w:r>
        </w:p>
      </w:tc>
      <w:tc>
        <w:tcPr>
          <w:tcW w:w="101" w:type="dxa"/>
        </w:tcPr>
        <w:p w14:paraId="02BC2939" w14:textId="4B5272F5" w:rsidR="2A946C7F" w:rsidRDefault="2A946C7F" w:rsidP="2A946C7F">
          <w:pPr>
            <w:pStyle w:val="Header"/>
            <w:jc w:val="center"/>
          </w:pPr>
        </w:p>
      </w:tc>
      <w:tc>
        <w:tcPr>
          <w:tcW w:w="101" w:type="dxa"/>
        </w:tcPr>
        <w:p w14:paraId="1BF478F0" w14:textId="2B3FA942" w:rsidR="2A946C7F" w:rsidRDefault="4A166581" w:rsidP="2A946C7F">
          <w:pPr>
            <w:pStyle w:val="Header"/>
            <w:ind w:right="-115"/>
            <w:jc w:val="right"/>
          </w:pPr>
          <w:r>
            <w:rPr>
              <w:noProof/>
            </w:rPr>
            <w:drawing>
              <wp:anchor distT="0" distB="0" distL="114300" distR="114300" simplePos="0" relativeHeight="251658242" behindDoc="1" locked="0" layoutInCell="1" allowOverlap="1" wp14:anchorId="05E455E7" wp14:editId="094434EE">
                <wp:simplePos x="0" y="0"/>
                <wp:positionH relativeFrom="column">
                  <wp:posOffset>2362200</wp:posOffset>
                </wp:positionH>
                <wp:positionV relativeFrom="paragraph">
                  <wp:posOffset>-361950</wp:posOffset>
                </wp:positionV>
                <wp:extent cx="716280" cy="794869"/>
                <wp:effectExtent l="0" t="0" r="7620" b="5715"/>
                <wp:wrapNone/>
                <wp:docPr id="2565662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339" cy="796044"/>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36DB6A" w14:textId="57C3B222" w:rsidR="2A946C7F" w:rsidRDefault="00E07F05" w:rsidP="2A946C7F">
    <w:pPr>
      <w:pStyle w:val="Header"/>
    </w:pPr>
    <w:r>
      <w:rPr>
        <w:noProof/>
      </w:rPr>
      <w:drawing>
        <wp:anchor distT="0" distB="0" distL="114300" distR="114300" simplePos="0" relativeHeight="251658243" behindDoc="1" locked="0" layoutInCell="1" allowOverlap="1" wp14:anchorId="47CF94E3" wp14:editId="5CE14A88">
          <wp:simplePos x="0" y="0"/>
          <wp:positionH relativeFrom="rightMargin">
            <wp:align>left</wp:align>
          </wp:positionH>
          <wp:positionV relativeFrom="paragraph">
            <wp:posOffset>-468630</wp:posOffset>
          </wp:positionV>
          <wp:extent cx="545672" cy="548640"/>
          <wp:effectExtent l="0" t="0" r="6985" b="3810"/>
          <wp:wrapNone/>
          <wp:docPr id="638211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529" cy="552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3584268" wp14:editId="55839397">
          <wp:simplePos x="0" y="0"/>
          <wp:positionH relativeFrom="margin">
            <wp:posOffset>1965960</wp:posOffset>
          </wp:positionH>
          <wp:positionV relativeFrom="page">
            <wp:align>top</wp:align>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0663" name="Imagen 1720070663"/>
                  <pic:cNvPicPr/>
                </pic:nvPicPr>
                <pic:blipFill>
                  <a:blip r:embed="rId4"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69E07C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C27E8F"/>
    <w:multiLevelType w:val="hybridMultilevel"/>
    <w:tmpl w:val="33A4956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07F9084A"/>
    <w:multiLevelType w:val="hybridMultilevel"/>
    <w:tmpl w:val="B6102A8C"/>
    <w:lvl w:ilvl="0" w:tplc="89B45726">
      <w:start w:val="4"/>
      <w:numFmt w:val="bullet"/>
      <w:lvlText w:val="-"/>
      <w:lvlJc w:val="left"/>
      <w:pPr>
        <w:ind w:left="720" w:hanging="360"/>
      </w:pPr>
      <w:rPr>
        <w:rFonts w:ascii="Times New Roman" w:eastAsiaTheme="minorEastAsia" w:hAnsi="Times New Roman"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085251E0"/>
    <w:multiLevelType w:val="hybridMultilevel"/>
    <w:tmpl w:val="A7109C42"/>
    <w:lvl w:ilvl="0" w:tplc="075CD3D2">
      <w:start w:val="1"/>
      <w:numFmt w:val="bullet"/>
      <w:lvlText w:val="-"/>
      <w:lvlJc w:val="left"/>
      <w:pPr>
        <w:ind w:left="720" w:hanging="360"/>
      </w:pPr>
      <w:rPr>
        <w:rFonts w:ascii="Times New Roman" w:eastAsiaTheme="minorEastAsia" w:hAnsi="Times New Roman"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16016CAE"/>
    <w:multiLevelType w:val="hybridMultilevel"/>
    <w:tmpl w:val="CE1CA69E"/>
    <w:lvl w:ilvl="0" w:tplc="6608A9D6">
      <w:start w:val="1"/>
      <w:numFmt w:val="bullet"/>
      <w:lvlText w:val=""/>
      <w:lvlJc w:val="left"/>
      <w:pPr>
        <w:ind w:left="720" w:hanging="360"/>
      </w:pPr>
      <w:rPr>
        <w:rFonts w:ascii="Symbol" w:hAnsi="Symbol" w:hint="default"/>
      </w:rPr>
    </w:lvl>
    <w:lvl w:ilvl="1" w:tplc="29A63CFA">
      <w:start w:val="1"/>
      <w:numFmt w:val="bullet"/>
      <w:lvlText w:val="o"/>
      <w:lvlJc w:val="left"/>
      <w:pPr>
        <w:ind w:left="1440" w:hanging="360"/>
      </w:pPr>
      <w:rPr>
        <w:rFonts w:ascii="Courier New" w:hAnsi="Courier New" w:hint="default"/>
      </w:rPr>
    </w:lvl>
    <w:lvl w:ilvl="2" w:tplc="BB180846">
      <w:start w:val="1"/>
      <w:numFmt w:val="bullet"/>
      <w:lvlText w:val=""/>
      <w:lvlJc w:val="left"/>
      <w:pPr>
        <w:ind w:left="2160" w:hanging="360"/>
      </w:pPr>
      <w:rPr>
        <w:rFonts w:ascii="Wingdings" w:hAnsi="Wingdings" w:hint="default"/>
      </w:rPr>
    </w:lvl>
    <w:lvl w:ilvl="3" w:tplc="E8D490E0">
      <w:start w:val="1"/>
      <w:numFmt w:val="bullet"/>
      <w:lvlText w:val=""/>
      <w:lvlJc w:val="left"/>
      <w:pPr>
        <w:ind w:left="2880" w:hanging="360"/>
      </w:pPr>
      <w:rPr>
        <w:rFonts w:ascii="Symbol" w:hAnsi="Symbol" w:hint="default"/>
      </w:rPr>
    </w:lvl>
    <w:lvl w:ilvl="4" w:tplc="59E89564">
      <w:start w:val="1"/>
      <w:numFmt w:val="bullet"/>
      <w:lvlText w:val="o"/>
      <w:lvlJc w:val="left"/>
      <w:pPr>
        <w:ind w:left="3600" w:hanging="360"/>
      </w:pPr>
      <w:rPr>
        <w:rFonts w:ascii="Courier New" w:hAnsi="Courier New" w:hint="default"/>
      </w:rPr>
    </w:lvl>
    <w:lvl w:ilvl="5" w:tplc="BECE9BB0">
      <w:start w:val="1"/>
      <w:numFmt w:val="bullet"/>
      <w:lvlText w:val=""/>
      <w:lvlJc w:val="left"/>
      <w:pPr>
        <w:ind w:left="4320" w:hanging="360"/>
      </w:pPr>
      <w:rPr>
        <w:rFonts w:ascii="Wingdings" w:hAnsi="Wingdings" w:hint="default"/>
      </w:rPr>
    </w:lvl>
    <w:lvl w:ilvl="6" w:tplc="291444E6">
      <w:start w:val="1"/>
      <w:numFmt w:val="bullet"/>
      <w:lvlText w:val=""/>
      <w:lvlJc w:val="left"/>
      <w:pPr>
        <w:ind w:left="5040" w:hanging="360"/>
      </w:pPr>
      <w:rPr>
        <w:rFonts w:ascii="Symbol" w:hAnsi="Symbol" w:hint="default"/>
      </w:rPr>
    </w:lvl>
    <w:lvl w:ilvl="7" w:tplc="AB847D8C">
      <w:start w:val="1"/>
      <w:numFmt w:val="bullet"/>
      <w:lvlText w:val="o"/>
      <w:lvlJc w:val="left"/>
      <w:pPr>
        <w:ind w:left="5760" w:hanging="360"/>
      </w:pPr>
      <w:rPr>
        <w:rFonts w:ascii="Courier New" w:hAnsi="Courier New" w:hint="default"/>
      </w:rPr>
    </w:lvl>
    <w:lvl w:ilvl="8" w:tplc="CA7A36FA">
      <w:start w:val="1"/>
      <w:numFmt w:val="bullet"/>
      <w:lvlText w:val=""/>
      <w:lvlJc w:val="left"/>
      <w:pPr>
        <w:ind w:left="6480" w:hanging="360"/>
      </w:pPr>
      <w:rPr>
        <w:rFonts w:ascii="Wingdings" w:hAnsi="Wingdings" w:hint="default"/>
      </w:rPr>
    </w:lvl>
  </w:abstractNum>
  <w:abstractNum w:abstractNumId="13" w15:restartNumberingAfterBreak="0">
    <w:nsid w:val="4FB06216"/>
    <w:multiLevelType w:val="hybridMultilevel"/>
    <w:tmpl w:val="8512A290"/>
    <w:lvl w:ilvl="0" w:tplc="2D624D58">
      <w:numFmt w:val="bullet"/>
      <w:lvlText w:val=""/>
      <w:lvlJc w:val="left"/>
      <w:pPr>
        <w:ind w:left="720" w:hanging="360"/>
      </w:pPr>
      <w:rPr>
        <w:rFonts w:ascii="Symbol" w:eastAsiaTheme="minorEastAsia" w:hAnsi="Symbol"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52D865A2"/>
    <w:multiLevelType w:val="hybridMultilevel"/>
    <w:tmpl w:val="F168EAAA"/>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76FA6DD"/>
    <w:multiLevelType w:val="hybridMultilevel"/>
    <w:tmpl w:val="FFFFFFFF"/>
    <w:lvl w:ilvl="0" w:tplc="DA6E26DE">
      <w:start w:val="1"/>
      <w:numFmt w:val="bullet"/>
      <w:lvlText w:val="-"/>
      <w:lvlJc w:val="left"/>
      <w:pPr>
        <w:ind w:left="720" w:hanging="360"/>
      </w:pPr>
      <w:rPr>
        <w:rFonts w:ascii="Aptos" w:hAnsi="Aptos" w:hint="default"/>
      </w:rPr>
    </w:lvl>
    <w:lvl w:ilvl="1" w:tplc="6AB4D6FA">
      <w:start w:val="1"/>
      <w:numFmt w:val="bullet"/>
      <w:lvlText w:val="o"/>
      <w:lvlJc w:val="left"/>
      <w:pPr>
        <w:ind w:left="1440" w:hanging="360"/>
      </w:pPr>
      <w:rPr>
        <w:rFonts w:ascii="Courier New" w:hAnsi="Courier New" w:hint="default"/>
      </w:rPr>
    </w:lvl>
    <w:lvl w:ilvl="2" w:tplc="BED6C2CC">
      <w:start w:val="1"/>
      <w:numFmt w:val="bullet"/>
      <w:lvlText w:val=""/>
      <w:lvlJc w:val="left"/>
      <w:pPr>
        <w:ind w:left="2160" w:hanging="360"/>
      </w:pPr>
      <w:rPr>
        <w:rFonts w:ascii="Wingdings" w:hAnsi="Wingdings" w:hint="default"/>
      </w:rPr>
    </w:lvl>
    <w:lvl w:ilvl="3" w:tplc="A734F42E">
      <w:start w:val="1"/>
      <w:numFmt w:val="bullet"/>
      <w:lvlText w:val=""/>
      <w:lvlJc w:val="left"/>
      <w:pPr>
        <w:ind w:left="2880" w:hanging="360"/>
      </w:pPr>
      <w:rPr>
        <w:rFonts w:ascii="Symbol" w:hAnsi="Symbol" w:hint="default"/>
      </w:rPr>
    </w:lvl>
    <w:lvl w:ilvl="4" w:tplc="2BF0EFAC">
      <w:start w:val="1"/>
      <w:numFmt w:val="bullet"/>
      <w:lvlText w:val="o"/>
      <w:lvlJc w:val="left"/>
      <w:pPr>
        <w:ind w:left="3600" w:hanging="360"/>
      </w:pPr>
      <w:rPr>
        <w:rFonts w:ascii="Courier New" w:hAnsi="Courier New" w:hint="default"/>
      </w:rPr>
    </w:lvl>
    <w:lvl w:ilvl="5" w:tplc="2EB40746">
      <w:start w:val="1"/>
      <w:numFmt w:val="bullet"/>
      <w:lvlText w:val=""/>
      <w:lvlJc w:val="left"/>
      <w:pPr>
        <w:ind w:left="4320" w:hanging="360"/>
      </w:pPr>
      <w:rPr>
        <w:rFonts w:ascii="Wingdings" w:hAnsi="Wingdings" w:hint="default"/>
      </w:rPr>
    </w:lvl>
    <w:lvl w:ilvl="6" w:tplc="63C62B36">
      <w:start w:val="1"/>
      <w:numFmt w:val="bullet"/>
      <w:lvlText w:val=""/>
      <w:lvlJc w:val="left"/>
      <w:pPr>
        <w:ind w:left="5040" w:hanging="360"/>
      </w:pPr>
      <w:rPr>
        <w:rFonts w:ascii="Symbol" w:hAnsi="Symbol" w:hint="default"/>
      </w:rPr>
    </w:lvl>
    <w:lvl w:ilvl="7" w:tplc="3EC43034">
      <w:start w:val="1"/>
      <w:numFmt w:val="bullet"/>
      <w:lvlText w:val="o"/>
      <w:lvlJc w:val="left"/>
      <w:pPr>
        <w:ind w:left="5760" w:hanging="360"/>
      </w:pPr>
      <w:rPr>
        <w:rFonts w:ascii="Courier New" w:hAnsi="Courier New" w:hint="default"/>
      </w:rPr>
    </w:lvl>
    <w:lvl w:ilvl="8" w:tplc="A028C8CE">
      <w:start w:val="1"/>
      <w:numFmt w:val="bullet"/>
      <w:lvlText w:val=""/>
      <w:lvlJc w:val="left"/>
      <w:pPr>
        <w:ind w:left="6480" w:hanging="360"/>
      </w:pPr>
      <w:rPr>
        <w:rFonts w:ascii="Wingdings" w:hAnsi="Wingdings" w:hint="default"/>
      </w:rPr>
    </w:lvl>
  </w:abstractNum>
  <w:abstractNum w:abstractNumId="16" w15:restartNumberingAfterBreak="0">
    <w:nsid w:val="6842ED0D"/>
    <w:multiLevelType w:val="hybridMultilevel"/>
    <w:tmpl w:val="30220066"/>
    <w:lvl w:ilvl="0" w:tplc="B460431C">
      <w:start w:val="1"/>
      <w:numFmt w:val="decimal"/>
      <w:lvlText w:val="%1."/>
      <w:lvlJc w:val="left"/>
      <w:pPr>
        <w:ind w:left="720" w:hanging="360"/>
      </w:pPr>
    </w:lvl>
    <w:lvl w:ilvl="1" w:tplc="D6AC1B12">
      <w:start w:val="1"/>
      <w:numFmt w:val="lowerLetter"/>
      <w:lvlText w:val="%2."/>
      <w:lvlJc w:val="left"/>
      <w:pPr>
        <w:ind w:left="1440" w:hanging="360"/>
      </w:pPr>
    </w:lvl>
    <w:lvl w:ilvl="2" w:tplc="E49E38B8">
      <w:start w:val="1"/>
      <w:numFmt w:val="lowerRoman"/>
      <w:lvlText w:val="%3."/>
      <w:lvlJc w:val="right"/>
      <w:pPr>
        <w:ind w:left="2160" w:hanging="180"/>
      </w:pPr>
    </w:lvl>
    <w:lvl w:ilvl="3" w:tplc="793C8BD6">
      <w:start w:val="1"/>
      <w:numFmt w:val="decimal"/>
      <w:lvlText w:val="%4."/>
      <w:lvlJc w:val="left"/>
      <w:pPr>
        <w:ind w:left="2880" w:hanging="360"/>
      </w:pPr>
    </w:lvl>
    <w:lvl w:ilvl="4" w:tplc="33546A12">
      <w:start w:val="1"/>
      <w:numFmt w:val="lowerLetter"/>
      <w:lvlText w:val="%5."/>
      <w:lvlJc w:val="left"/>
      <w:pPr>
        <w:ind w:left="3600" w:hanging="360"/>
      </w:pPr>
    </w:lvl>
    <w:lvl w:ilvl="5" w:tplc="C5AE219A">
      <w:start w:val="1"/>
      <w:numFmt w:val="lowerRoman"/>
      <w:lvlText w:val="%6."/>
      <w:lvlJc w:val="right"/>
      <w:pPr>
        <w:ind w:left="4320" w:hanging="180"/>
      </w:pPr>
    </w:lvl>
    <w:lvl w:ilvl="6" w:tplc="92AAF97E">
      <w:start w:val="1"/>
      <w:numFmt w:val="decimal"/>
      <w:lvlText w:val="%7."/>
      <w:lvlJc w:val="left"/>
      <w:pPr>
        <w:ind w:left="5040" w:hanging="360"/>
      </w:pPr>
    </w:lvl>
    <w:lvl w:ilvl="7" w:tplc="DB54A7A6">
      <w:start w:val="1"/>
      <w:numFmt w:val="lowerLetter"/>
      <w:lvlText w:val="%8."/>
      <w:lvlJc w:val="left"/>
      <w:pPr>
        <w:ind w:left="5760" w:hanging="360"/>
      </w:pPr>
    </w:lvl>
    <w:lvl w:ilvl="8" w:tplc="0AE2E238">
      <w:start w:val="1"/>
      <w:numFmt w:val="lowerRoman"/>
      <w:lvlText w:val="%9."/>
      <w:lvlJc w:val="right"/>
      <w:pPr>
        <w:ind w:left="6480" w:hanging="180"/>
      </w:pPr>
    </w:lvl>
  </w:abstractNum>
  <w:abstractNum w:abstractNumId="17" w15:restartNumberingAfterBreak="0">
    <w:nsid w:val="6E12157D"/>
    <w:multiLevelType w:val="hybridMultilevel"/>
    <w:tmpl w:val="FFFFFFFF"/>
    <w:lvl w:ilvl="0" w:tplc="3A24CC18">
      <w:start w:val="1"/>
      <w:numFmt w:val="bullet"/>
      <w:lvlText w:val="-"/>
      <w:lvlJc w:val="left"/>
      <w:pPr>
        <w:ind w:left="720" w:hanging="360"/>
      </w:pPr>
      <w:rPr>
        <w:rFonts w:ascii="Aptos" w:hAnsi="Aptos" w:hint="default"/>
      </w:rPr>
    </w:lvl>
    <w:lvl w:ilvl="1" w:tplc="70A8703C">
      <w:start w:val="1"/>
      <w:numFmt w:val="bullet"/>
      <w:lvlText w:val="o"/>
      <w:lvlJc w:val="left"/>
      <w:pPr>
        <w:ind w:left="1440" w:hanging="360"/>
      </w:pPr>
      <w:rPr>
        <w:rFonts w:ascii="Courier New" w:hAnsi="Courier New" w:hint="default"/>
      </w:rPr>
    </w:lvl>
    <w:lvl w:ilvl="2" w:tplc="300ED926">
      <w:start w:val="1"/>
      <w:numFmt w:val="bullet"/>
      <w:lvlText w:val=""/>
      <w:lvlJc w:val="left"/>
      <w:pPr>
        <w:ind w:left="2160" w:hanging="360"/>
      </w:pPr>
      <w:rPr>
        <w:rFonts w:ascii="Wingdings" w:hAnsi="Wingdings" w:hint="default"/>
      </w:rPr>
    </w:lvl>
    <w:lvl w:ilvl="3" w:tplc="1ED41EB0">
      <w:start w:val="1"/>
      <w:numFmt w:val="bullet"/>
      <w:lvlText w:val=""/>
      <w:lvlJc w:val="left"/>
      <w:pPr>
        <w:ind w:left="2880" w:hanging="360"/>
      </w:pPr>
      <w:rPr>
        <w:rFonts w:ascii="Symbol" w:hAnsi="Symbol" w:hint="default"/>
      </w:rPr>
    </w:lvl>
    <w:lvl w:ilvl="4" w:tplc="AA46E8E0">
      <w:start w:val="1"/>
      <w:numFmt w:val="bullet"/>
      <w:lvlText w:val="o"/>
      <w:lvlJc w:val="left"/>
      <w:pPr>
        <w:ind w:left="3600" w:hanging="360"/>
      </w:pPr>
      <w:rPr>
        <w:rFonts w:ascii="Courier New" w:hAnsi="Courier New" w:hint="default"/>
      </w:rPr>
    </w:lvl>
    <w:lvl w:ilvl="5" w:tplc="921A8B8A">
      <w:start w:val="1"/>
      <w:numFmt w:val="bullet"/>
      <w:lvlText w:val=""/>
      <w:lvlJc w:val="left"/>
      <w:pPr>
        <w:ind w:left="4320" w:hanging="360"/>
      </w:pPr>
      <w:rPr>
        <w:rFonts w:ascii="Wingdings" w:hAnsi="Wingdings" w:hint="default"/>
      </w:rPr>
    </w:lvl>
    <w:lvl w:ilvl="6" w:tplc="8D904028">
      <w:start w:val="1"/>
      <w:numFmt w:val="bullet"/>
      <w:lvlText w:val=""/>
      <w:lvlJc w:val="left"/>
      <w:pPr>
        <w:ind w:left="5040" w:hanging="360"/>
      </w:pPr>
      <w:rPr>
        <w:rFonts w:ascii="Symbol" w:hAnsi="Symbol" w:hint="default"/>
      </w:rPr>
    </w:lvl>
    <w:lvl w:ilvl="7" w:tplc="9586B936">
      <w:start w:val="1"/>
      <w:numFmt w:val="bullet"/>
      <w:lvlText w:val="o"/>
      <w:lvlJc w:val="left"/>
      <w:pPr>
        <w:ind w:left="5760" w:hanging="360"/>
      </w:pPr>
      <w:rPr>
        <w:rFonts w:ascii="Courier New" w:hAnsi="Courier New" w:hint="default"/>
      </w:rPr>
    </w:lvl>
    <w:lvl w:ilvl="8" w:tplc="C08674DE">
      <w:start w:val="1"/>
      <w:numFmt w:val="bullet"/>
      <w:lvlText w:val=""/>
      <w:lvlJc w:val="left"/>
      <w:pPr>
        <w:ind w:left="6480" w:hanging="360"/>
      </w:pPr>
      <w:rPr>
        <w:rFonts w:ascii="Wingdings" w:hAnsi="Wingdings" w:hint="default"/>
      </w:rPr>
    </w:lvl>
  </w:abstractNum>
  <w:abstractNum w:abstractNumId="18" w15:restartNumberingAfterBreak="0">
    <w:nsid w:val="7B6B0069"/>
    <w:multiLevelType w:val="hybridMultilevel"/>
    <w:tmpl w:val="CD8602E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69453900">
    <w:abstractNumId w:val="12"/>
  </w:num>
  <w:num w:numId="2" w16cid:durableId="1658531109">
    <w:abstractNumId w:val="16"/>
  </w:num>
  <w:num w:numId="3" w16cid:durableId="955673845">
    <w:abstractNumId w:val="8"/>
  </w:num>
  <w:num w:numId="4" w16cid:durableId="1636788383">
    <w:abstractNumId w:val="6"/>
  </w:num>
  <w:num w:numId="5" w16cid:durableId="245651865">
    <w:abstractNumId w:val="5"/>
  </w:num>
  <w:num w:numId="6" w16cid:durableId="1359236167">
    <w:abstractNumId w:val="4"/>
  </w:num>
  <w:num w:numId="7" w16cid:durableId="1008218311">
    <w:abstractNumId w:val="7"/>
  </w:num>
  <w:num w:numId="8" w16cid:durableId="884873591">
    <w:abstractNumId w:val="3"/>
  </w:num>
  <w:num w:numId="9" w16cid:durableId="1460874117">
    <w:abstractNumId w:val="2"/>
  </w:num>
  <w:num w:numId="10" w16cid:durableId="1576430422">
    <w:abstractNumId w:val="1"/>
  </w:num>
  <w:num w:numId="11" w16cid:durableId="861358566">
    <w:abstractNumId w:val="0"/>
  </w:num>
  <w:num w:numId="12" w16cid:durableId="230623612">
    <w:abstractNumId w:val="18"/>
  </w:num>
  <w:num w:numId="13" w16cid:durableId="705832228">
    <w:abstractNumId w:val="9"/>
  </w:num>
  <w:num w:numId="14" w16cid:durableId="71514412">
    <w:abstractNumId w:val="13"/>
  </w:num>
  <w:num w:numId="15" w16cid:durableId="1702127257">
    <w:abstractNumId w:val="10"/>
  </w:num>
  <w:num w:numId="16" w16cid:durableId="1225797244">
    <w:abstractNumId w:val="14"/>
  </w:num>
  <w:num w:numId="17" w16cid:durableId="1829394911">
    <w:abstractNumId w:val="11"/>
  </w:num>
  <w:num w:numId="18" w16cid:durableId="79379594">
    <w:abstractNumId w:val="15"/>
  </w:num>
  <w:num w:numId="19" w16cid:durableId="2962997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20"/>
    <w:rsid w:val="00000725"/>
    <w:rsid w:val="00000808"/>
    <w:rsid w:val="00000950"/>
    <w:rsid w:val="00000A57"/>
    <w:rsid w:val="00000BA9"/>
    <w:rsid w:val="00000BE7"/>
    <w:rsid w:val="00000CFA"/>
    <w:rsid w:val="000010B8"/>
    <w:rsid w:val="000015A8"/>
    <w:rsid w:val="000016D5"/>
    <w:rsid w:val="00001994"/>
    <w:rsid w:val="00002549"/>
    <w:rsid w:val="000026BA"/>
    <w:rsid w:val="00002C5D"/>
    <w:rsid w:val="00003361"/>
    <w:rsid w:val="00003DC2"/>
    <w:rsid w:val="00003E95"/>
    <w:rsid w:val="000045E9"/>
    <w:rsid w:val="0000462B"/>
    <w:rsid w:val="000048E6"/>
    <w:rsid w:val="00004D39"/>
    <w:rsid w:val="0000532B"/>
    <w:rsid w:val="00005819"/>
    <w:rsid w:val="00005C34"/>
    <w:rsid w:val="000068EE"/>
    <w:rsid w:val="00006BDA"/>
    <w:rsid w:val="000074F0"/>
    <w:rsid w:val="00007813"/>
    <w:rsid w:val="00007B19"/>
    <w:rsid w:val="00007C91"/>
    <w:rsid w:val="000110B3"/>
    <w:rsid w:val="0001155E"/>
    <w:rsid w:val="000118CB"/>
    <w:rsid w:val="00011E39"/>
    <w:rsid w:val="000129DA"/>
    <w:rsid w:val="00012AE2"/>
    <w:rsid w:val="00012B75"/>
    <w:rsid w:val="00012D4A"/>
    <w:rsid w:val="0001335F"/>
    <w:rsid w:val="0001340E"/>
    <w:rsid w:val="0001376D"/>
    <w:rsid w:val="00013C7A"/>
    <w:rsid w:val="00014070"/>
    <w:rsid w:val="00014719"/>
    <w:rsid w:val="00014EB5"/>
    <w:rsid w:val="00014F1C"/>
    <w:rsid w:val="00014FEB"/>
    <w:rsid w:val="0001509B"/>
    <w:rsid w:val="000152A4"/>
    <w:rsid w:val="000157F0"/>
    <w:rsid w:val="00016EE4"/>
    <w:rsid w:val="00017083"/>
    <w:rsid w:val="0001734D"/>
    <w:rsid w:val="0001757C"/>
    <w:rsid w:val="0001769F"/>
    <w:rsid w:val="000200AD"/>
    <w:rsid w:val="00020102"/>
    <w:rsid w:val="00020245"/>
    <w:rsid w:val="000206FE"/>
    <w:rsid w:val="000208E7"/>
    <w:rsid w:val="000209F4"/>
    <w:rsid w:val="00020A89"/>
    <w:rsid w:val="00020B4F"/>
    <w:rsid w:val="00020FC0"/>
    <w:rsid w:val="000215EC"/>
    <w:rsid w:val="00021712"/>
    <w:rsid w:val="00021941"/>
    <w:rsid w:val="000221E2"/>
    <w:rsid w:val="000228AA"/>
    <w:rsid w:val="00022F61"/>
    <w:rsid w:val="00023182"/>
    <w:rsid w:val="00023310"/>
    <w:rsid w:val="000233A9"/>
    <w:rsid w:val="000237E9"/>
    <w:rsid w:val="00023B16"/>
    <w:rsid w:val="0002402F"/>
    <w:rsid w:val="00025222"/>
    <w:rsid w:val="00025328"/>
    <w:rsid w:val="00025978"/>
    <w:rsid w:val="00025D69"/>
    <w:rsid w:val="000266F1"/>
    <w:rsid w:val="00026B5B"/>
    <w:rsid w:val="00026BCF"/>
    <w:rsid w:val="00026C21"/>
    <w:rsid w:val="0002736D"/>
    <w:rsid w:val="0002746C"/>
    <w:rsid w:val="00027B6A"/>
    <w:rsid w:val="00030111"/>
    <w:rsid w:val="00030463"/>
    <w:rsid w:val="00030967"/>
    <w:rsid w:val="00030CE8"/>
    <w:rsid w:val="00030D4B"/>
    <w:rsid w:val="000313E4"/>
    <w:rsid w:val="00031862"/>
    <w:rsid w:val="000319F5"/>
    <w:rsid w:val="000323F6"/>
    <w:rsid w:val="000325B1"/>
    <w:rsid w:val="000327B4"/>
    <w:rsid w:val="0003400E"/>
    <w:rsid w:val="00034616"/>
    <w:rsid w:val="00034630"/>
    <w:rsid w:val="0003501D"/>
    <w:rsid w:val="00035683"/>
    <w:rsid w:val="00035BFE"/>
    <w:rsid w:val="00036B3B"/>
    <w:rsid w:val="00036DE7"/>
    <w:rsid w:val="000371BD"/>
    <w:rsid w:val="000374BE"/>
    <w:rsid w:val="00037515"/>
    <w:rsid w:val="000375DE"/>
    <w:rsid w:val="00037DB6"/>
    <w:rsid w:val="000406E4"/>
    <w:rsid w:val="00040782"/>
    <w:rsid w:val="000414B4"/>
    <w:rsid w:val="000414D4"/>
    <w:rsid w:val="00041523"/>
    <w:rsid w:val="000416CF"/>
    <w:rsid w:val="00041DB6"/>
    <w:rsid w:val="00042946"/>
    <w:rsid w:val="00042C93"/>
    <w:rsid w:val="00042F8A"/>
    <w:rsid w:val="000430EF"/>
    <w:rsid w:val="000433C0"/>
    <w:rsid w:val="00043559"/>
    <w:rsid w:val="000440BB"/>
    <w:rsid w:val="000449E3"/>
    <w:rsid w:val="00044C4F"/>
    <w:rsid w:val="00044D85"/>
    <w:rsid w:val="000450A5"/>
    <w:rsid w:val="00045436"/>
    <w:rsid w:val="0004579B"/>
    <w:rsid w:val="00046639"/>
    <w:rsid w:val="000469FB"/>
    <w:rsid w:val="00046A99"/>
    <w:rsid w:val="00046A9A"/>
    <w:rsid w:val="00046CAF"/>
    <w:rsid w:val="00047136"/>
    <w:rsid w:val="00047163"/>
    <w:rsid w:val="0004756C"/>
    <w:rsid w:val="0005049F"/>
    <w:rsid w:val="00050BD9"/>
    <w:rsid w:val="00050D19"/>
    <w:rsid w:val="00050DD9"/>
    <w:rsid w:val="00051764"/>
    <w:rsid w:val="00051B8B"/>
    <w:rsid w:val="00052316"/>
    <w:rsid w:val="00052319"/>
    <w:rsid w:val="00052C80"/>
    <w:rsid w:val="00052E32"/>
    <w:rsid w:val="00052EF0"/>
    <w:rsid w:val="00052F5E"/>
    <w:rsid w:val="000530D3"/>
    <w:rsid w:val="000539FD"/>
    <w:rsid w:val="00053B1E"/>
    <w:rsid w:val="00054462"/>
    <w:rsid w:val="00054579"/>
    <w:rsid w:val="00054C1D"/>
    <w:rsid w:val="00055EB6"/>
    <w:rsid w:val="00056506"/>
    <w:rsid w:val="0005695F"/>
    <w:rsid w:val="00056A1F"/>
    <w:rsid w:val="0005728A"/>
    <w:rsid w:val="00057C2E"/>
    <w:rsid w:val="00060060"/>
    <w:rsid w:val="00060200"/>
    <w:rsid w:val="0006063C"/>
    <w:rsid w:val="00061349"/>
    <w:rsid w:val="000621F0"/>
    <w:rsid w:val="000625F0"/>
    <w:rsid w:val="00062970"/>
    <w:rsid w:val="00062B37"/>
    <w:rsid w:val="00063475"/>
    <w:rsid w:val="00063B5F"/>
    <w:rsid w:val="00063EB5"/>
    <w:rsid w:val="000641CF"/>
    <w:rsid w:val="00064EAB"/>
    <w:rsid w:val="000653AC"/>
    <w:rsid w:val="000655FF"/>
    <w:rsid w:val="00065615"/>
    <w:rsid w:val="00066425"/>
    <w:rsid w:val="00066453"/>
    <w:rsid w:val="00066C91"/>
    <w:rsid w:val="000672D2"/>
    <w:rsid w:val="00067999"/>
    <w:rsid w:val="00067DC6"/>
    <w:rsid w:val="00067E01"/>
    <w:rsid w:val="000705D4"/>
    <w:rsid w:val="00070A39"/>
    <w:rsid w:val="00072CB3"/>
    <w:rsid w:val="00072EE8"/>
    <w:rsid w:val="000732B8"/>
    <w:rsid w:val="000733EF"/>
    <w:rsid w:val="000734AC"/>
    <w:rsid w:val="00073A80"/>
    <w:rsid w:val="00074B5E"/>
    <w:rsid w:val="00075210"/>
    <w:rsid w:val="00076D7C"/>
    <w:rsid w:val="00077356"/>
    <w:rsid w:val="000773B5"/>
    <w:rsid w:val="00080223"/>
    <w:rsid w:val="00080410"/>
    <w:rsid w:val="00080640"/>
    <w:rsid w:val="000807AE"/>
    <w:rsid w:val="00081087"/>
    <w:rsid w:val="00081EF6"/>
    <w:rsid w:val="00082913"/>
    <w:rsid w:val="000829D8"/>
    <w:rsid w:val="00082D57"/>
    <w:rsid w:val="00083108"/>
    <w:rsid w:val="00083414"/>
    <w:rsid w:val="00083F29"/>
    <w:rsid w:val="0008423A"/>
    <w:rsid w:val="0008430F"/>
    <w:rsid w:val="00084E09"/>
    <w:rsid w:val="00085212"/>
    <w:rsid w:val="00085906"/>
    <w:rsid w:val="00085EF1"/>
    <w:rsid w:val="00085F47"/>
    <w:rsid w:val="00086267"/>
    <w:rsid w:val="0008661D"/>
    <w:rsid w:val="00086670"/>
    <w:rsid w:val="00086B7F"/>
    <w:rsid w:val="0008701A"/>
    <w:rsid w:val="000871FE"/>
    <w:rsid w:val="00090A83"/>
    <w:rsid w:val="00090DFE"/>
    <w:rsid w:val="00091702"/>
    <w:rsid w:val="0009188A"/>
    <w:rsid w:val="000918A1"/>
    <w:rsid w:val="00091916"/>
    <w:rsid w:val="00091BE3"/>
    <w:rsid w:val="00091FF6"/>
    <w:rsid w:val="000926F8"/>
    <w:rsid w:val="00092FDC"/>
    <w:rsid w:val="000930BE"/>
    <w:rsid w:val="00093205"/>
    <w:rsid w:val="000932DA"/>
    <w:rsid w:val="00093B07"/>
    <w:rsid w:val="00093D16"/>
    <w:rsid w:val="000940B8"/>
    <w:rsid w:val="00094402"/>
    <w:rsid w:val="00094A59"/>
    <w:rsid w:val="00094C65"/>
    <w:rsid w:val="00094EB3"/>
    <w:rsid w:val="00094F8B"/>
    <w:rsid w:val="0009574E"/>
    <w:rsid w:val="0009596F"/>
    <w:rsid w:val="00095F4E"/>
    <w:rsid w:val="0009792C"/>
    <w:rsid w:val="000A0062"/>
    <w:rsid w:val="000A0214"/>
    <w:rsid w:val="000A0956"/>
    <w:rsid w:val="000A09FE"/>
    <w:rsid w:val="000A0EBD"/>
    <w:rsid w:val="000A14FE"/>
    <w:rsid w:val="000A1AFE"/>
    <w:rsid w:val="000A2265"/>
    <w:rsid w:val="000A2E04"/>
    <w:rsid w:val="000A2FA5"/>
    <w:rsid w:val="000A3671"/>
    <w:rsid w:val="000A3DD5"/>
    <w:rsid w:val="000A3E5C"/>
    <w:rsid w:val="000A3FCD"/>
    <w:rsid w:val="000A42F1"/>
    <w:rsid w:val="000A4D90"/>
    <w:rsid w:val="000A5789"/>
    <w:rsid w:val="000A66B8"/>
    <w:rsid w:val="000A6E6F"/>
    <w:rsid w:val="000A6EBE"/>
    <w:rsid w:val="000A7182"/>
    <w:rsid w:val="000A7361"/>
    <w:rsid w:val="000A98DF"/>
    <w:rsid w:val="000B0504"/>
    <w:rsid w:val="000B0A76"/>
    <w:rsid w:val="000B0B36"/>
    <w:rsid w:val="000B0B3F"/>
    <w:rsid w:val="000B1709"/>
    <w:rsid w:val="000B1F33"/>
    <w:rsid w:val="000B2549"/>
    <w:rsid w:val="000B2BAB"/>
    <w:rsid w:val="000B3181"/>
    <w:rsid w:val="000B32A3"/>
    <w:rsid w:val="000B3405"/>
    <w:rsid w:val="000B3612"/>
    <w:rsid w:val="000B36A5"/>
    <w:rsid w:val="000B3C5C"/>
    <w:rsid w:val="000B41A2"/>
    <w:rsid w:val="000B435A"/>
    <w:rsid w:val="000B4676"/>
    <w:rsid w:val="000B4814"/>
    <w:rsid w:val="000B4AE7"/>
    <w:rsid w:val="000B4BEE"/>
    <w:rsid w:val="000B5AE6"/>
    <w:rsid w:val="000B5FAE"/>
    <w:rsid w:val="000B5FB1"/>
    <w:rsid w:val="000B6458"/>
    <w:rsid w:val="000B69B8"/>
    <w:rsid w:val="000B6AD0"/>
    <w:rsid w:val="000B6DF7"/>
    <w:rsid w:val="000B6E65"/>
    <w:rsid w:val="000B7269"/>
    <w:rsid w:val="000B728B"/>
    <w:rsid w:val="000B7FC4"/>
    <w:rsid w:val="000C021D"/>
    <w:rsid w:val="000C091A"/>
    <w:rsid w:val="000C0D53"/>
    <w:rsid w:val="000C172A"/>
    <w:rsid w:val="000C18DA"/>
    <w:rsid w:val="000C24C0"/>
    <w:rsid w:val="000C25A4"/>
    <w:rsid w:val="000C2AF4"/>
    <w:rsid w:val="000C2B08"/>
    <w:rsid w:val="000C3834"/>
    <w:rsid w:val="000C3BD5"/>
    <w:rsid w:val="000C4DC2"/>
    <w:rsid w:val="000C4FBE"/>
    <w:rsid w:val="000C51A7"/>
    <w:rsid w:val="000C5322"/>
    <w:rsid w:val="000C5D54"/>
    <w:rsid w:val="000C5F5D"/>
    <w:rsid w:val="000C61A7"/>
    <w:rsid w:val="000C664F"/>
    <w:rsid w:val="000C6B9F"/>
    <w:rsid w:val="000C6C41"/>
    <w:rsid w:val="000C7CC9"/>
    <w:rsid w:val="000D080B"/>
    <w:rsid w:val="000D0B76"/>
    <w:rsid w:val="000D0C04"/>
    <w:rsid w:val="000D0C9A"/>
    <w:rsid w:val="000D1177"/>
    <w:rsid w:val="000D20CD"/>
    <w:rsid w:val="000D2701"/>
    <w:rsid w:val="000D29D3"/>
    <w:rsid w:val="000D34D8"/>
    <w:rsid w:val="000D379E"/>
    <w:rsid w:val="000D39C9"/>
    <w:rsid w:val="000D3DFA"/>
    <w:rsid w:val="000D4E04"/>
    <w:rsid w:val="000D4E8F"/>
    <w:rsid w:val="000D54A7"/>
    <w:rsid w:val="000D555E"/>
    <w:rsid w:val="000D57E2"/>
    <w:rsid w:val="000D5EB6"/>
    <w:rsid w:val="000D64C3"/>
    <w:rsid w:val="000D6922"/>
    <w:rsid w:val="000D6958"/>
    <w:rsid w:val="000D6CEC"/>
    <w:rsid w:val="000D6F00"/>
    <w:rsid w:val="000D7106"/>
    <w:rsid w:val="000D71F9"/>
    <w:rsid w:val="000E0058"/>
    <w:rsid w:val="000E0863"/>
    <w:rsid w:val="000E0A6D"/>
    <w:rsid w:val="000E1149"/>
    <w:rsid w:val="000E1FEC"/>
    <w:rsid w:val="000E28A5"/>
    <w:rsid w:val="000E29D6"/>
    <w:rsid w:val="000E2F22"/>
    <w:rsid w:val="000E3592"/>
    <w:rsid w:val="000E396A"/>
    <w:rsid w:val="000E40FD"/>
    <w:rsid w:val="000E464C"/>
    <w:rsid w:val="000E55DE"/>
    <w:rsid w:val="000E5CE0"/>
    <w:rsid w:val="000E5CF3"/>
    <w:rsid w:val="000E5D02"/>
    <w:rsid w:val="000E62E1"/>
    <w:rsid w:val="000E64FF"/>
    <w:rsid w:val="000E6875"/>
    <w:rsid w:val="000E74B3"/>
    <w:rsid w:val="000F0453"/>
    <w:rsid w:val="000F0EF8"/>
    <w:rsid w:val="000F1018"/>
    <w:rsid w:val="000F1101"/>
    <w:rsid w:val="000F17D4"/>
    <w:rsid w:val="000F1EBF"/>
    <w:rsid w:val="000F1F28"/>
    <w:rsid w:val="000F2480"/>
    <w:rsid w:val="000F2C85"/>
    <w:rsid w:val="000F3C27"/>
    <w:rsid w:val="000F4B37"/>
    <w:rsid w:val="000F5218"/>
    <w:rsid w:val="000F56CF"/>
    <w:rsid w:val="000F57AB"/>
    <w:rsid w:val="000F5826"/>
    <w:rsid w:val="000F5859"/>
    <w:rsid w:val="000F5F97"/>
    <w:rsid w:val="000F6AEE"/>
    <w:rsid w:val="000F6FE5"/>
    <w:rsid w:val="000F720F"/>
    <w:rsid w:val="000F7297"/>
    <w:rsid w:val="000F7600"/>
    <w:rsid w:val="001002F1"/>
    <w:rsid w:val="00100309"/>
    <w:rsid w:val="00100A51"/>
    <w:rsid w:val="001010DD"/>
    <w:rsid w:val="00101308"/>
    <w:rsid w:val="00101438"/>
    <w:rsid w:val="00102431"/>
    <w:rsid w:val="00103C58"/>
    <w:rsid w:val="00104051"/>
    <w:rsid w:val="00104BA6"/>
    <w:rsid w:val="001055A7"/>
    <w:rsid w:val="00105B0A"/>
    <w:rsid w:val="00106AE8"/>
    <w:rsid w:val="00106C2F"/>
    <w:rsid w:val="00106E39"/>
    <w:rsid w:val="00106E3F"/>
    <w:rsid w:val="00107007"/>
    <w:rsid w:val="00107170"/>
    <w:rsid w:val="001071C1"/>
    <w:rsid w:val="001103B5"/>
    <w:rsid w:val="0011097C"/>
    <w:rsid w:val="0011163F"/>
    <w:rsid w:val="001116D5"/>
    <w:rsid w:val="0011183A"/>
    <w:rsid w:val="001118C4"/>
    <w:rsid w:val="00111D35"/>
    <w:rsid w:val="00111E60"/>
    <w:rsid w:val="0011248E"/>
    <w:rsid w:val="001131ED"/>
    <w:rsid w:val="00114351"/>
    <w:rsid w:val="00114D67"/>
    <w:rsid w:val="001153D5"/>
    <w:rsid w:val="00115524"/>
    <w:rsid w:val="00116434"/>
    <w:rsid w:val="001166E3"/>
    <w:rsid w:val="001167E5"/>
    <w:rsid w:val="001169FF"/>
    <w:rsid w:val="001175F4"/>
    <w:rsid w:val="001176BC"/>
    <w:rsid w:val="00117CD7"/>
    <w:rsid w:val="00117DD7"/>
    <w:rsid w:val="00117FA8"/>
    <w:rsid w:val="001201C3"/>
    <w:rsid w:val="0012096F"/>
    <w:rsid w:val="00120F95"/>
    <w:rsid w:val="0012169B"/>
    <w:rsid w:val="001221AA"/>
    <w:rsid w:val="001221B1"/>
    <w:rsid w:val="0012269E"/>
    <w:rsid w:val="00122853"/>
    <w:rsid w:val="00122CDF"/>
    <w:rsid w:val="00122F4B"/>
    <w:rsid w:val="0012305F"/>
    <w:rsid w:val="0012390E"/>
    <w:rsid w:val="00123E6A"/>
    <w:rsid w:val="001241BB"/>
    <w:rsid w:val="001253D8"/>
    <w:rsid w:val="001254E9"/>
    <w:rsid w:val="00125951"/>
    <w:rsid w:val="00125BA9"/>
    <w:rsid w:val="00125D34"/>
    <w:rsid w:val="00126EE6"/>
    <w:rsid w:val="0012708E"/>
    <w:rsid w:val="00127A98"/>
    <w:rsid w:val="00127B61"/>
    <w:rsid w:val="0013080F"/>
    <w:rsid w:val="0013092A"/>
    <w:rsid w:val="00130A3E"/>
    <w:rsid w:val="00130E7A"/>
    <w:rsid w:val="00130F71"/>
    <w:rsid w:val="001312EB"/>
    <w:rsid w:val="0013155E"/>
    <w:rsid w:val="001315D8"/>
    <w:rsid w:val="00131828"/>
    <w:rsid w:val="0013199F"/>
    <w:rsid w:val="00131AA7"/>
    <w:rsid w:val="00132894"/>
    <w:rsid w:val="00132BFA"/>
    <w:rsid w:val="0013336D"/>
    <w:rsid w:val="001344B3"/>
    <w:rsid w:val="0013453F"/>
    <w:rsid w:val="00135042"/>
    <w:rsid w:val="00136488"/>
    <w:rsid w:val="00136818"/>
    <w:rsid w:val="001368D3"/>
    <w:rsid w:val="00137722"/>
    <w:rsid w:val="00137AD9"/>
    <w:rsid w:val="00137C3F"/>
    <w:rsid w:val="001402F7"/>
    <w:rsid w:val="001404FD"/>
    <w:rsid w:val="00140B01"/>
    <w:rsid w:val="0014142B"/>
    <w:rsid w:val="00141BA3"/>
    <w:rsid w:val="00141D0A"/>
    <w:rsid w:val="00142FA3"/>
    <w:rsid w:val="00142FC0"/>
    <w:rsid w:val="00143159"/>
    <w:rsid w:val="00143ACA"/>
    <w:rsid w:val="00143F0C"/>
    <w:rsid w:val="00144442"/>
    <w:rsid w:val="00144B2E"/>
    <w:rsid w:val="00144E0F"/>
    <w:rsid w:val="00145782"/>
    <w:rsid w:val="00145C7C"/>
    <w:rsid w:val="001463F1"/>
    <w:rsid w:val="00146861"/>
    <w:rsid w:val="00146EB7"/>
    <w:rsid w:val="001472E5"/>
    <w:rsid w:val="00147873"/>
    <w:rsid w:val="0015000A"/>
    <w:rsid w:val="00150563"/>
    <w:rsid w:val="0015074B"/>
    <w:rsid w:val="00151376"/>
    <w:rsid w:val="001517F8"/>
    <w:rsid w:val="00151A2F"/>
    <w:rsid w:val="00151F7B"/>
    <w:rsid w:val="00152570"/>
    <w:rsid w:val="0015326F"/>
    <w:rsid w:val="00153778"/>
    <w:rsid w:val="001537A5"/>
    <w:rsid w:val="0015407D"/>
    <w:rsid w:val="0015451E"/>
    <w:rsid w:val="00154746"/>
    <w:rsid w:val="0015520C"/>
    <w:rsid w:val="001552F8"/>
    <w:rsid w:val="00155343"/>
    <w:rsid w:val="00155A9E"/>
    <w:rsid w:val="001562AD"/>
    <w:rsid w:val="00156482"/>
    <w:rsid w:val="00156752"/>
    <w:rsid w:val="001569D5"/>
    <w:rsid w:val="00157018"/>
    <w:rsid w:val="001574E2"/>
    <w:rsid w:val="001576B9"/>
    <w:rsid w:val="001578AE"/>
    <w:rsid w:val="00157CC2"/>
    <w:rsid w:val="00157D04"/>
    <w:rsid w:val="00157E4A"/>
    <w:rsid w:val="00157E7E"/>
    <w:rsid w:val="00160265"/>
    <w:rsid w:val="00160F9D"/>
    <w:rsid w:val="001612B4"/>
    <w:rsid w:val="001616AD"/>
    <w:rsid w:val="001618AF"/>
    <w:rsid w:val="00162265"/>
    <w:rsid w:val="001628FD"/>
    <w:rsid w:val="00162F0D"/>
    <w:rsid w:val="0016318E"/>
    <w:rsid w:val="0016340D"/>
    <w:rsid w:val="00163609"/>
    <w:rsid w:val="00163E73"/>
    <w:rsid w:val="00163EC9"/>
    <w:rsid w:val="001644E3"/>
    <w:rsid w:val="00164D86"/>
    <w:rsid w:val="001651B9"/>
    <w:rsid w:val="001655ED"/>
    <w:rsid w:val="00165EA3"/>
    <w:rsid w:val="001664DA"/>
    <w:rsid w:val="00167AA3"/>
    <w:rsid w:val="00170384"/>
    <w:rsid w:val="0017183F"/>
    <w:rsid w:val="00171A29"/>
    <w:rsid w:val="00171A8C"/>
    <w:rsid w:val="00171C40"/>
    <w:rsid w:val="0017271A"/>
    <w:rsid w:val="00172797"/>
    <w:rsid w:val="00172C0D"/>
    <w:rsid w:val="0017335A"/>
    <w:rsid w:val="00173DEC"/>
    <w:rsid w:val="00173F64"/>
    <w:rsid w:val="0017583A"/>
    <w:rsid w:val="00176B03"/>
    <w:rsid w:val="00176CA4"/>
    <w:rsid w:val="00176E4C"/>
    <w:rsid w:val="00176EBC"/>
    <w:rsid w:val="00177368"/>
    <w:rsid w:val="00177947"/>
    <w:rsid w:val="00177A13"/>
    <w:rsid w:val="00177B6A"/>
    <w:rsid w:val="00180314"/>
    <w:rsid w:val="00180582"/>
    <w:rsid w:val="00180A8E"/>
    <w:rsid w:val="00180C71"/>
    <w:rsid w:val="00180DD8"/>
    <w:rsid w:val="00180E29"/>
    <w:rsid w:val="00181161"/>
    <w:rsid w:val="001814C2"/>
    <w:rsid w:val="001826BF"/>
    <w:rsid w:val="00182784"/>
    <w:rsid w:val="00182BBE"/>
    <w:rsid w:val="00182F21"/>
    <w:rsid w:val="00183081"/>
    <w:rsid w:val="00183FC3"/>
    <w:rsid w:val="00184D24"/>
    <w:rsid w:val="00184FB9"/>
    <w:rsid w:val="00186530"/>
    <w:rsid w:val="0018679E"/>
    <w:rsid w:val="00186814"/>
    <w:rsid w:val="00186CD5"/>
    <w:rsid w:val="00186EAE"/>
    <w:rsid w:val="00186FD9"/>
    <w:rsid w:val="00187862"/>
    <w:rsid w:val="00187926"/>
    <w:rsid w:val="00187C07"/>
    <w:rsid w:val="00187E09"/>
    <w:rsid w:val="0019100F"/>
    <w:rsid w:val="001918DA"/>
    <w:rsid w:val="00192012"/>
    <w:rsid w:val="00192157"/>
    <w:rsid w:val="0019235E"/>
    <w:rsid w:val="0019243B"/>
    <w:rsid w:val="00192763"/>
    <w:rsid w:val="00192FCD"/>
    <w:rsid w:val="00193136"/>
    <w:rsid w:val="00193223"/>
    <w:rsid w:val="001932C1"/>
    <w:rsid w:val="0019396F"/>
    <w:rsid w:val="0019412F"/>
    <w:rsid w:val="001941E3"/>
    <w:rsid w:val="00194527"/>
    <w:rsid w:val="00194CFE"/>
    <w:rsid w:val="00194EC0"/>
    <w:rsid w:val="001952ED"/>
    <w:rsid w:val="00195842"/>
    <w:rsid w:val="0019593C"/>
    <w:rsid w:val="00195EE0"/>
    <w:rsid w:val="00196032"/>
    <w:rsid w:val="001964F9"/>
    <w:rsid w:val="00196E2B"/>
    <w:rsid w:val="00196F9C"/>
    <w:rsid w:val="00197B83"/>
    <w:rsid w:val="00197E67"/>
    <w:rsid w:val="00197FDE"/>
    <w:rsid w:val="001A01E7"/>
    <w:rsid w:val="001A0A91"/>
    <w:rsid w:val="001A1583"/>
    <w:rsid w:val="001A1BBA"/>
    <w:rsid w:val="001A1F5E"/>
    <w:rsid w:val="001A2440"/>
    <w:rsid w:val="001A2C3E"/>
    <w:rsid w:val="001A2C46"/>
    <w:rsid w:val="001A36C9"/>
    <w:rsid w:val="001A378F"/>
    <w:rsid w:val="001A3BEB"/>
    <w:rsid w:val="001A492B"/>
    <w:rsid w:val="001A4ABD"/>
    <w:rsid w:val="001A4D6A"/>
    <w:rsid w:val="001A520A"/>
    <w:rsid w:val="001A5594"/>
    <w:rsid w:val="001A564A"/>
    <w:rsid w:val="001A655A"/>
    <w:rsid w:val="001A7092"/>
    <w:rsid w:val="001A70B4"/>
    <w:rsid w:val="001A7437"/>
    <w:rsid w:val="001A77FD"/>
    <w:rsid w:val="001A7AD6"/>
    <w:rsid w:val="001B0088"/>
    <w:rsid w:val="001B102A"/>
    <w:rsid w:val="001B10F8"/>
    <w:rsid w:val="001B13AF"/>
    <w:rsid w:val="001B174C"/>
    <w:rsid w:val="001B1E2D"/>
    <w:rsid w:val="001B2912"/>
    <w:rsid w:val="001B2BC7"/>
    <w:rsid w:val="001B35DF"/>
    <w:rsid w:val="001B44D0"/>
    <w:rsid w:val="001B474F"/>
    <w:rsid w:val="001B4752"/>
    <w:rsid w:val="001B4D29"/>
    <w:rsid w:val="001B4DC8"/>
    <w:rsid w:val="001B4EBE"/>
    <w:rsid w:val="001B58F5"/>
    <w:rsid w:val="001B5946"/>
    <w:rsid w:val="001B69A2"/>
    <w:rsid w:val="001B6C57"/>
    <w:rsid w:val="001B6E34"/>
    <w:rsid w:val="001B71F5"/>
    <w:rsid w:val="001C02C4"/>
    <w:rsid w:val="001C0A51"/>
    <w:rsid w:val="001C0D78"/>
    <w:rsid w:val="001C1A8D"/>
    <w:rsid w:val="001C1C20"/>
    <w:rsid w:val="001C291B"/>
    <w:rsid w:val="001C30C1"/>
    <w:rsid w:val="001C3128"/>
    <w:rsid w:val="001C361C"/>
    <w:rsid w:val="001C3B1E"/>
    <w:rsid w:val="001C3C2B"/>
    <w:rsid w:val="001C47B4"/>
    <w:rsid w:val="001C489D"/>
    <w:rsid w:val="001C48A6"/>
    <w:rsid w:val="001C59BE"/>
    <w:rsid w:val="001C5CA9"/>
    <w:rsid w:val="001C5EC4"/>
    <w:rsid w:val="001C5EEF"/>
    <w:rsid w:val="001C6378"/>
    <w:rsid w:val="001C67E2"/>
    <w:rsid w:val="001C6C19"/>
    <w:rsid w:val="001C6F2E"/>
    <w:rsid w:val="001C7F1A"/>
    <w:rsid w:val="001D048D"/>
    <w:rsid w:val="001D13E2"/>
    <w:rsid w:val="001D1838"/>
    <w:rsid w:val="001D1B8B"/>
    <w:rsid w:val="001D2712"/>
    <w:rsid w:val="001D2905"/>
    <w:rsid w:val="001D342E"/>
    <w:rsid w:val="001D355D"/>
    <w:rsid w:val="001D40A5"/>
    <w:rsid w:val="001D56F5"/>
    <w:rsid w:val="001D5F0B"/>
    <w:rsid w:val="001D6C42"/>
    <w:rsid w:val="001D745B"/>
    <w:rsid w:val="001DAC75"/>
    <w:rsid w:val="001E05B6"/>
    <w:rsid w:val="001E0810"/>
    <w:rsid w:val="001E0B97"/>
    <w:rsid w:val="001E0CE3"/>
    <w:rsid w:val="001E0DCC"/>
    <w:rsid w:val="001E1184"/>
    <w:rsid w:val="001E136D"/>
    <w:rsid w:val="001E160E"/>
    <w:rsid w:val="001E180B"/>
    <w:rsid w:val="001E198E"/>
    <w:rsid w:val="001E1AE3"/>
    <w:rsid w:val="001E1CA9"/>
    <w:rsid w:val="001E2125"/>
    <w:rsid w:val="001E238C"/>
    <w:rsid w:val="001E260A"/>
    <w:rsid w:val="001E28C2"/>
    <w:rsid w:val="001E29BF"/>
    <w:rsid w:val="001E2E73"/>
    <w:rsid w:val="001E3309"/>
    <w:rsid w:val="001E39F4"/>
    <w:rsid w:val="001E3AFA"/>
    <w:rsid w:val="001E45B1"/>
    <w:rsid w:val="001E4803"/>
    <w:rsid w:val="001E4B49"/>
    <w:rsid w:val="001E4BCB"/>
    <w:rsid w:val="001E4C4A"/>
    <w:rsid w:val="001E4CFB"/>
    <w:rsid w:val="001E4DC9"/>
    <w:rsid w:val="001E5420"/>
    <w:rsid w:val="001E54D2"/>
    <w:rsid w:val="001E5FB6"/>
    <w:rsid w:val="001E5FDF"/>
    <w:rsid w:val="001E60CE"/>
    <w:rsid w:val="001E61B7"/>
    <w:rsid w:val="001E688E"/>
    <w:rsid w:val="001F03E1"/>
    <w:rsid w:val="001F0F65"/>
    <w:rsid w:val="001F0F87"/>
    <w:rsid w:val="001F1078"/>
    <w:rsid w:val="001F15E1"/>
    <w:rsid w:val="001F1E38"/>
    <w:rsid w:val="001F1FE3"/>
    <w:rsid w:val="001F2124"/>
    <w:rsid w:val="001F217F"/>
    <w:rsid w:val="001F25ED"/>
    <w:rsid w:val="001F29F5"/>
    <w:rsid w:val="001F2B62"/>
    <w:rsid w:val="001F3197"/>
    <w:rsid w:val="001F4089"/>
    <w:rsid w:val="001F42B6"/>
    <w:rsid w:val="001F47A5"/>
    <w:rsid w:val="001F4B3F"/>
    <w:rsid w:val="001F4D71"/>
    <w:rsid w:val="001F536E"/>
    <w:rsid w:val="001F6BFA"/>
    <w:rsid w:val="001F6F44"/>
    <w:rsid w:val="001F7A87"/>
    <w:rsid w:val="001F7EBF"/>
    <w:rsid w:val="00200137"/>
    <w:rsid w:val="0020041A"/>
    <w:rsid w:val="00200BDE"/>
    <w:rsid w:val="0020141C"/>
    <w:rsid w:val="0020149B"/>
    <w:rsid w:val="0020155D"/>
    <w:rsid w:val="00201A9D"/>
    <w:rsid w:val="00201B76"/>
    <w:rsid w:val="00202745"/>
    <w:rsid w:val="0020293C"/>
    <w:rsid w:val="00202B49"/>
    <w:rsid w:val="00202EE6"/>
    <w:rsid w:val="0020361D"/>
    <w:rsid w:val="00203766"/>
    <w:rsid w:val="002045E1"/>
    <w:rsid w:val="002047D2"/>
    <w:rsid w:val="00204959"/>
    <w:rsid w:val="00204A48"/>
    <w:rsid w:val="00204D9C"/>
    <w:rsid w:val="00204F78"/>
    <w:rsid w:val="00205B73"/>
    <w:rsid w:val="00205BF7"/>
    <w:rsid w:val="0020634E"/>
    <w:rsid w:val="00206AC5"/>
    <w:rsid w:val="00206CA9"/>
    <w:rsid w:val="0020718A"/>
    <w:rsid w:val="00207427"/>
    <w:rsid w:val="00210346"/>
    <w:rsid w:val="00210C56"/>
    <w:rsid w:val="0021115F"/>
    <w:rsid w:val="002112F4"/>
    <w:rsid w:val="00211509"/>
    <w:rsid w:val="00211A19"/>
    <w:rsid w:val="00211A99"/>
    <w:rsid w:val="00211F64"/>
    <w:rsid w:val="00211FE7"/>
    <w:rsid w:val="002123CC"/>
    <w:rsid w:val="002123E9"/>
    <w:rsid w:val="002124C8"/>
    <w:rsid w:val="00212768"/>
    <w:rsid w:val="0021283E"/>
    <w:rsid w:val="00212DD2"/>
    <w:rsid w:val="00213BF3"/>
    <w:rsid w:val="00214178"/>
    <w:rsid w:val="00214AFA"/>
    <w:rsid w:val="00215809"/>
    <w:rsid w:val="002158D1"/>
    <w:rsid w:val="00215928"/>
    <w:rsid w:val="00215C0D"/>
    <w:rsid w:val="00215C44"/>
    <w:rsid w:val="0021665F"/>
    <w:rsid w:val="00216CE4"/>
    <w:rsid w:val="00217FA0"/>
    <w:rsid w:val="002201E8"/>
    <w:rsid w:val="002202DE"/>
    <w:rsid w:val="0022032C"/>
    <w:rsid w:val="00220D1D"/>
    <w:rsid w:val="00221843"/>
    <w:rsid w:val="00222A7D"/>
    <w:rsid w:val="00222BE5"/>
    <w:rsid w:val="0022313D"/>
    <w:rsid w:val="00223819"/>
    <w:rsid w:val="0022383D"/>
    <w:rsid w:val="0022417D"/>
    <w:rsid w:val="00224C07"/>
    <w:rsid w:val="00224D6C"/>
    <w:rsid w:val="00224DE8"/>
    <w:rsid w:val="00225ACB"/>
    <w:rsid w:val="00225DC4"/>
    <w:rsid w:val="002261C9"/>
    <w:rsid w:val="0022622B"/>
    <w:rsid w:val="00226A09"/>
    <w:rsid w:val="00226D6A"/>
    <w:rsid w:val="0022719B"/>
    <w:rsid w:val="002271CB"/>
    <w:rsid w:val="002273B5"/>
    <w:rsid w:val="002273EF"/>
    <w:rsid w:val="0022773A"/>
    <w:rsid w:val="00227D6F"/>
    <w:rsid w:val="002302BE"/>
    <w:rsid w:val="00230780"/>
    <w:rsid w:val="00231469"/>
    <w:rsid w:val="0023169F"/>
    <w:rsid w:val="002318E2"/>
    <w:rsid w:val="00231AA2"/>
    <w:rsid w:val="00231D32"/>
    <w:rsid w:val="00231D9F"/>
    <w:rsid w:val="002321BD"/>
    <w:rsid w:val="00232795"/>
    <w:rsid w:val="00232C57"/>
    <w:rsid w:val="002335F0"/>
    <w:rsid w:val="00233677"/>
    <w:rsid w:val="00233813"/>
    <w:rsid w:val="0023385B"/>
    <w:rsid w:val="00233EFB"/>
    <w:rsid w:val="00234119"/>
    <w:rsid w:val="002346C9"/>
    <w:rsid w:val="002348E3"/>
    <w:rsid w:val="002359DE"/>
    <w:rsid w:val="002363BA"/>
    <w:rsid w:val="002369CD"/>
    <w:rsid w:val="00236DDC"/>
    <w:rsid w:val="002371B6"/>
    <w:rsid w:val="00237249"/>
    <w:rsid w:val="002372FC"/>
    <w:rsid w:val="0023741F"/>
    <w:rsid w:val="00240607"/>
    <w:rsid w:val="002408AC"/>
    <w:rsid w:val="00240ECB"/>
    <w:rsid w:val="00240FCE"/>
    <w:rsid w:val="00240FFD"/>
    <w:rsid w:val="002424B1"/>
    <w:rsid w:val="0024304B"/>
    <w:rsid w:val="002439A8"/>
    <w:rsid w:val="00243D1C"/>
    <w:rsid w:val="00244332"/>
    <w:rsid w:val="002447B6"/>
    <w:rsid w:val="00244816"/>
    <w:rsid w:val="0024497A"/>
    <w:rsid w:val="00245589"/>
    <w:rsid w:val="00246E0D"/>
    <w:rsid w:val="00247612"/>
    <w:rsid w:val="00247914"/>
    <w:rsid w:val="00247DBC"/>
    <w:rsid w:val="00247F5B"/>
    <w:rsid w:val="0025039E"/>
    <w:rsid w:val="002503BE"/>
    <w:rsid w:val="00250C1C"/>
    <w:rsid w:val="00250D50"/>
    <w:rsid w:val="00250F7C"/>
    <w:rsid w:val="00251223"/>
    <w:rsid w:val="002513EE"/>
    <w:rsid w:val="002516D5"/>
    <w:rsid w:val="00251794"/>
    <w:rsid w:val="00251EB8"/>
    <w:rsid w:val="002525D7"/>
    <w:rsid w:val="0025273C"/>
    <w:rsid w:val="00252CFA"/>
    <w:rsid w:val="00252F04"/>
    <w:rsid w:val="0025321C"/>
    <w:rsid w:val="0025404B"/>
    <w:rsid w:val="0025435D"/>
    <w:rsid w:val="0025442E"/>
    <w:rsid w:val="00254AA1"/>
    <w:rsid w:val="00254C39"/>
    <w:rsid w:val="00254E38"/>
    <w:rsid w:val="00254EE6"/>
    <w:rsid w:val="00255581"/>
    <w:rsid w:val="002556BB"/>
    <w:rsid w:val="00255864"/>
    <w:rsid w:val="00255867"/>
    <w:rsid w:val="00255BB7"/>
    <w:rsid w:val="002565A4"/>
    <w:rsid w:val="00257CAE"/>
    <w:rsid w:val="00260496"/>
    <w:rsid w:val="002604A9"/>
    <w:rsid w:val="00260614"/>
    <w:rsid w:val="00260DCE"/>
    <w:rsid w:val="00260E94"/>
    <w:rsid w:val="0026143C"/>
    <w:rsid w:val="00261C85"/>
    <w:rsid w:val="002622A9"/>
    <w:rsid w:val="002626E1"/>
    <w:rsid w:val="00262D2D"/>
    <w:rsid w:val="0026387D"/>
    <w:rsid w:val="00263EC4"/>
    <w:rsid w:val="00263FD4"/>
    <w:rsid w:val="002641E0"/>
    <w:rsid w:val="002652A1"/>
    <w:rsid w:val="00265725"/>
    <w:rsid w:val="0026584F"/>
    <w:rsid w:val="00265A5C"/>
    <w:rsid w:val="00266F12"/>
    <w:rsid w:val="00267DAB"/>
    <w:rsid w:val="00270985"/>
    <w:rsid w:val="00270B92"/>
    <w:rsid w:val="00270C03"/>
    <w:rsid w:val="002711BB"/>
    <w:rsid w:val="00271548"/>
    <w:rsid w:val="0027180D"/>
    <w:rsid w:val="002718E4"/>
    <w:rsid w:val="0027201C"/>
    <w:rsid w:val="002722AA"/>
    <w:rsid w:val="00272578"/>
    <w:rsid w:val="002726F3"/>
    <w:rsid w:val="00272F6A"/>
    <w:rsid w:val="00273241"/>
    <w:rsid w:val="002736D3"/>
    <w:rsid w:val="00273EC8"/>
    <w:rsid w:val="002746FF"/>
    <w:rsid w:val="00274799"/>
    <w:rsid w:val="00274E40"/>
    <w:rsid w:val="00275987"/>
    <w:rsid w:val="00275B75"/>
    <w:rsid w:val="00276A9C"/>
    <w:rsid w:val="0027732A"/>
    <w:rsid w:val="00277470"/>
    <w:rsid w:val="00277B25"/>
    <w:rsid w:val="00277D7E"/>
    <w:rsid w:val="00277FED"/>
    <w:rsid w:val="00280812"/>
    <w:rsid w:val="0028122C"/>
    <w:rsid w:val="0028157C"/>
    <w:rsid w:val="00281B5F"/>
    <w:rsid w:val="00281D64"/>
    <w:rsid w:val="0028252A"/>
    <w:rsid w:val="002829E7"/>
    <w:rsid w:val="00282BFB"/>
    <w:rsid w:val="00283051"/>
    <w:rsid w:val="002831AA"/>
    <w:rsid w:val="002836B8"/>
    <w:rsid w:val="00283A9B"/>
    <w:rsid w:val="00283CAF"/>
    <w:rsid w:val="0028409E"/>
    <w:rsid w:val="00284151"/>
    <w:rsid w:val="0028435B"/>
    <w:rsid w:val="00284545"/>
    <w:rsid w:val="00284A02"/>
    <w:rsid w:val="00284E36"/>
    <w:rsid w:val="00284F6C"/>
    <w:rsid w:val="00285029"/>
    <w:rsid w:val="0028657B"/>
    <w:rsid w:val="0028670A"/>
    <w:rsid w:val="00286AF4"/>
    <w:rsid w:val="00286CFF"/>
    <w:rsid w:val="002870CB"/>
    <w:rsid w:val="002871A5"/>
    <w:rsid w:val="00287216"/>
    <w:rsid w:val="002872D5"/>
    <w:rsid w:val="002873CF"/>
    <w:rsid w:val="00287681"/>
    <w:rsid w:val="00287C53"/>
    <w:rsid w:val="00287DEA"/>
    <w:rsid w:val="00287E36"/>
    <w:rsid w:val="002900AA"/>
    <w:rsid w:val="00290100"/>
    <w:rsid w:val="00290923"/>
    <w:rsid w:val="00290A83"/>
    <w:rsid w:val="00291128"/>
    <w:rsid w:val="002911E7"/>
    <w:rsid w:val="0029125A"/>
    <w:rsid w:val="00291903"/>
    <w:rsid w:val="00291C89"/>
    <w:rsid w:val="002925F8"/>
    <w:rsid w:val="00292B64"/>
    <w:rsid w:val="00292C5C"/>
    <w:rsid w:val="00292D51"/>
    <w:rsid w:val="00293D81"/>
    <w:rsid w:val="00293E0A"/>
    <w:rsid w:val="002942F4"/>
    <w:rsid w:val="00294441"/>
    <w:rsid w:val="00294690"/>
    <w:rsid w:val="00294FD8"/>
    <w:rsid w:val="00295500"/>
    <w:rsid w:val="00295AE6"/>
    <w:rsid w:val="00295D37"/>
    <w:rsid w:val="00295F24"/>
    <w:rsid w:val="0029639D"/>
    <w:rsid w:val="0029689F"/>
    <w:rsid w:val="002972E0"/>
    <w:rsid w:val="0029792D"/>
    <w:rsid w:val="002979BE"/>
    <w:rsid w:val="00297AE0"/>
    <w:rsid w:val="00297D94"/>
    <w:rsid w:val="002A0106"/>
    <w:rsid w:val="002A03DE"/>
    <w:rsid w:val="002A06E8"/>
    <w:rsid w:val="002A093D"/>
    <w:rsid w:val="002A1075"/>
    <w:rsid w:val="002A1742"/>
    <w:rsid w:val="002A181C"/>
    <w:rsid w:val="002A206C"/>
    <w:rsid w:val="002A29B0"/>
    <w:rsid w:val="002A3462"/>
    <w:rsid w:val="002A3817"/>
    <w:rsid w:val="002A3AA0"/>
    <w:rsid w:val="002A3E5F"/>
    <w:rsid w:val="002A4227"/>
    <w:rsid w:val="002A4591"/>
    <w:rsid w:val="002A4A83"/>
    <w:rsid w:val="002A4C15"/>
    <w:rsid w:val="002A56DE"/>
    <w:rsid w:val="002A5956"/>
    <w:rsid w:val="002A658B"/>
    <w:rsid w:val="002A660E"/>
    <w:rsid w:val="002A77A5"/>
    <w:rsid w:val="002A7B80"/>
    <w:rsid w:val="002A7BBD"/>
    <w:rsid w:val="002A7FF4"/>
    <w:rsid w:val="002B1358"/>
    <w:rsid w:val="002B1396"/>
    <w:rsid w:val="002B16E3"/>
    <w:rsid w:val="002B1954"/>
    <w:rsid w:val="002B1BA3"/>
    <w:rsid w:val="002B1F04"/>
    <w:rsid w:val="002B258A"/>
    <w:rsid w:val="002B3432"/>
    <w:rsid w:val="002B34AF"/>
    <w:rsid w:val="002B36E6"/>
    <w:rsid w:val="002B4052"/>
    <w:rsid w:val="002B4299"/>
    <w:rsid w:val="002B4A6F"/>
    <w:rsid w:val="002B4AEF"/>
    <w:rsid w:val="002B4D8D"/>
    <w:rsid w:val="002B5394"/>
    <w:rsid w:val="002B54FE"/>
    <w:rsid w:val="002B5E6B"/>
    <w:rsid w:val="002B63EB"/>
    <w:rsid w:val="002B6BE9"/>
    <w:rsid w:val="002B6D05"/>
    <w:rsid w:val="002B71BE"/>
    <w:rsid w:val="002B71E4"/>
    <w:rsid w:val="002B72DE"/>
    <w:rsid w:val="002B76B3"/>
    <w:rsid w:val="002B7BC9"/>
    <w:rsid w:val="002B7C08"/>
    <w:rsid w:val="002B7D28"/>
    <w:rsid w:val="002C0B55"/>
    <w:rsid w:val="002C1473"/>
    <w:rsid w:val="002C15D7"/>
    <w:rsid w:val="002C1D05"/>
    <w:rsid w:val="002C1F23"/>
    <w:rsid w:val="002C27B6"/>
    <w:rsid w:val="002C29B9"/>
    <w:rsid w:val="002C2ABF"/>
    <w:rsid w:val="002C2B88"/>
    <w:rsid w:val="002C2EBA"/>
    <w:rsid w:val="002C3523"/>
    <w:rsid w:val="002C437A"/>
    <w:rsid w:val="002C4DD7"/>
    <w:rsid w:val="002C4FE2"/>
    <w:rsid w:val="002C57B0"/>
    <w:rsid w:val="002C5D62"/>
    <w:rsid w:val="002C5E20"/>
    <w:rsid w:val="002C717C"/>
    <w:rsid w:val="002C795B"/>
    <w:rsid w:val="002C7D6D"/>
    <w:rsid w:val="002D0120"/>
    <w:rsid w:val="002D05C1"/>
    <w:rsid w:val="002D0ADA"/>
    <w:rsid w:val="002D0E3D"/>
    <w:rsid w:val="002D2D30"/>
    <w:rsid w:val="002D2EA3"/>
    <w:rsid w:val="002D32C3"/>
    <w:rsid w:val="002D3763"/>
    <w:rsid w:val="002D438E"/>
    <w:rsid w:val="002D471A"/>
    <w:rsid w:val="002D4AE0"/>
    <w:rsid w:val="002D53D5"/>
    <w:rsid w:val="002D541A"/>
    <w:rsid w:val="002D567B"/>
    <w:rsid w:val="002D5939"/>
    <w:rsid w:val="002D5A04"/>
    <w:rsid w:val="002D6579"/>
    <w:rsid w:val="002D65F6"/>
    <w:rsid w:val="002D689C"/>
    <w:rsid w:val="002E08AB"/>
    <w:rsid w:val="002E0B84"/>
    <w:rsid w:val="002E0D29"/>
    <w:rsid w:val="002E0E89"/>
    <w:rsid w:val="002E178D"/>
    <w:rsid w:val="002E21C3"/>
    <w:rsid w:val="002E22EE"/>
    <w:rsid w:val="002E28F7"/>
    <w:rsid w:val="002E2B96"/>
    <w:rsid w:val="002E2F3C"/>
    <w:rsid w:val="002E3B4A"/>
    <w:rsid w:val="002E401E"/>
    <w:rsid w:val="002E422A"/>
    <w:rsid w:val="002E44D3"/>
    <w:rsid w:val="002E4E73"/>
    <w:rsid w:val="002E5352"/>
    <w:rsid w:val="002E53C2"/>
    <w:rsid w:val="002E54EE"/>
    <w:rsid w:val="002E5865"/>
    <w:rsid w:val="002E59E0"/>
    <w:rsid w:val="002E5B6A"/>
    <w:rsid w:val="002E5D58"/>
    <w:rsid w:val="002E6349"/>
    <w:rsid w:val="002E6E69"/>
    <w:rsid w:val="002F04B5"/>
    <w:rsid w:val="002F05FA"/>
    <w:rsid w:val="002F0660"/>
    <w:rsid w:val="002F0D5D"/>
    <w:rsid w:val="002F1507"/>
    <w:rsid w:val="002F1AA6"/>
    <w:rsid w:val="002F3389"/>
    <w:rsid w:val="002F3572"/>
    <w:rsid w:val="002F4199"/>
    <w:rsid w:val="002F430D"/>
    <w:rsid w:val="002F4347"/>
    <w:rsid w:val="002F44E6"/>
    <w:rsid w:val="002F4567"/>
    <w:rsid w:val="002F457F"/>
    <w:rsid w:val="002F481E"/>
    <w:rsid w:val="002F499A"/>
    <w:rsid w:val="002F5448"/>
    <w:rsid w:val="002F5572"/>
    <w:rsid w:val="002F5651"/>
    <w:rsid w:val="002F5C16"/>
    <w:rsid w:val="002F687F"/>
    <w:rsid w:val="002F6A62"/>
    <w:rsid w:val="002F7420"/>
    <w:rsid w:val="002F75EF"/>
    <w:rsid w:val="002F78AE"/>
    <w:rsid w:val="002F7B16"/>
    <w:rsid w:val="002F7C38"/>
    <w:rsid w:val="00300DC4"/>
    <w:rsid w:val="003015F5"/>
    <w:rsid w:val="00301B0C"/>
    <w:rsid w:val="00301FF5"/>
    <w:rsid w:val="003026FA"/>
    <w:rsid w:val="00302753"/>
    <w:rsid w:val="00302CB5"/>
    <w:rsid w:val="00302DC7"/>
    <w:rsid w:val="00302E99"/>
    <w:rsid w:val="003036EC"/>
    <w:rsid w:val="00303906"/>
    <w:rsid w:val="00303917"/>
    <w:rsid w:val="00303E13"/>
    <w:rsid w:val="00304332"/>
    <w:rsid w:val="003044B4"/>
    <w:rsid w:val="003044E8"/>
    <w:rsid w:val="00304B1F"/>
    <w:rsid w:val="00304CBB"/>
    <w:rsid w:val="0030531E"/>
    <w:rsid w:val="003055B1"/>
    <w:rsid w:val="003057C2"/>
    <w:rsid w:val="00305D55"/>
    <w:rsid w:val="00305FF6"/>
    <w:rsid w:val="003062CC"/>
    <w:rsid w:val="0030678F"/>
    <w:rsid w:val="00306800"/>
    <w:rsid w:val="003069FA"/>
    <w:rsid w:val="00307115"/>
    <w:rsid w:val="0030773D"/>
    <w:rsid w:val="00310154"/>
    <w:rsid w:val="00311540"/>
    <w:rsid w:val="003119F2"/>
    <w:rsid w:val="00311BB7"/>
    <w:rsid w:val="003122A5"/>
    <w:rsid w:val="003138BD"/>
    <w:rsid w:val="00313C39"/>
    <w:rsid w:val="00313E1A"/>
    <w:rsid w:val="00313F4B"/>
    <w:rsid w:val="00313FC2"/>
    <w:rsid w:val="00314152"/>
    <w:rsid w:val="00314AD3"/>
    <w:rsid w:val="00314CD9"/>
    <w:rsid w:val="00315BEB"/>
    <w:rsid w:val="003162A9"/>
    <w:rsid w:val="0031656F"/>
    <w:rsid w:val="00316F52"/>
    <w:rsid w:val="00317D44"/>
    <w:rsid w:val="003201EB"/>
    <w:rsid w:val="00320650"/>
    <w:rsid w:val="00320B8C"/>
    <w:rsid w:val="00321257"/>
    <w:rsid w:val="003212F7"/>
    <w:rsid w:val="00321619"/>
    <w:rsid w:val="0032167F"/>
    <w:rsid w:val="003222B5"/>
    <w:rsid w:val="0032243C"/>
    <w:rsid w:val="0032264B"/>
    <w:rsid w:val="003227B3"/>
    <w:rsid w:val="00322B35"/>
    <w:rsid w:val="00322D55"/>
    <w:rsid w:val="00322E81"/>
    <w:rsid w:val="00322EFD"/>
    <w:rsid w:val="0032341C"/>
    <w:rsid w:val="00323AD8"/>
    <w:rsid w:val="00324729"/>
    <w:rsid w:val="00325539"/>
    <w:rsid w:val="00325633"/>
    <w:rsid w:val="00325F19"/>
    <w:rsid w:val="00326692"/>
    <w:rsid w:val="003267AE"/>
    <w:rsid w:val="003268E7"/>
    <w:rsid w:val="00326D6A"/>
    <w:rsid w:val="00326E92"/>
    <w:rsid w:val="00326F90"/>
    <w:rsid w:val="0032703A"/>
    <w:rsid w:val="00327B7B"/>
    <w:rsid w:val="00330014"/>
    <w:rsid w:val="00330D04"/>
    <w:rsid w:val="00331052"/>
    <w:rsid w:val="003317B6"/>
    <w:rsid w:val="00331FC7"/>
    <w:rsid w:val="00332632"/>
    <w:rsid w:val="00332C32"/>
    <w:rsid w:val="00332CA4"/>
    <w:rsid w:val="00333F51"/>
    <w:rsid w:val="00334161"/>
    <w:rsid w:val="003345A8"/>
    <w:rsid w:val="003347E6"/>
    <w:rsid w:val="00334F02"/>
    <w:rsid w:val="00335628"/>
    <w:rsid w:val="0033575B"/>
    <w:rsid w:val="003358F0"/>
    <w:rsid w:val="003359C9"/>
    <w:rsid w:val="00335A3B"/>
    <w:rsid w:val="00336F40"/>
    <w:rsid w:val="00337056"/>
    <w:rsid w:val="003373BB"/>
    <w:rsid w:val="00337591"/>
    <w:rsid w:val="00340019"/>
    <w:rsid w:val="00340193"/>
    <w:rsid w:val="00341111"/>
    <w:rsid w:val="00341115"/>
    <w:rsid w:val="00341441"/>
    <w:rsid w:val="00341779"/>
    <w:rsid w:val="00341E7B"/>
    <w:rsid w:val="003424CF"/>
    <w:rsid w:val="00342BE5"/>
    <w:rsid w:val="0034317D"/>
    <w:rsid w:val="00343558"/>
    <w:rsid w:val="00343611"/>
    <w:rsid w:val="00343ADF"/>
    <w:rsid w:val="00343C5B"/>
    <w:rsid w:val="003443E3"/>
    <w:rsid w:val="0034462A"/>
    <w:rsid w:val="003448E0"/>
    <w:rsid w:val="00345381"/>
    <w:rsid w:val="00345753"/>
    <w:rsid w:val="003466B4"/>
    <w:rsid w:val="00346ED8"/>
    <w:rsid w:val="00347050"/>
    <w:rsid w:val="0034726E"/>
    <w:rsid w:val="00347295"/>
    <w:rsid w:val="003475D9"/>
    <w:rsid w:val="00347715"/>
    <w:rsid w:val="00347912"/>
    <w:rsid w:val="003479A2"/>
    <w:rsid w:val="00347C43"/>
    <w:rsid w:val="00347C57"/>
    <w:rsid w:val="00347EB6"/>
    <w:rsid w:val="00350320"/>
    <w:rsid w:val="00350697"/>
    <w:rsid w:val="00350895"/>
    <w:rsid w:val="003510D4"/>
    <w:rsid w:val="00351333"/>
    <w:rsid w:val="00351629"/>
    <w:rsid w:val="003516FF"/>
    <w:rsid w:val="0035175C"/>
    <w:rsid w:val="00351E55"/>
    <w:rsid w:val="00351EE1"/>
    <w:rsid w:val="003520DE"/>
    <w:rsid w:val="003524DC"/>
    <w:rsid w:val="00352714"/>
    <w:rsid w:val="003529CA"/>
    <w:rsid w:val="00352A7E"/>
    <w:rsid w:val="00353013"/>
    <w:rsid w:val="003534D4"/>
    <w:rsid w:val="003537E2"/>
    <w:rsid w:val="00353FDA"/>
    <w:rsid w:val="003549B7"/>
    <w:rsid w:val="00355DD2"/>
    <w:rsid w:val="00356186"/>
    <w:rsid w:val="003563F8"/>
    <w:rsid w:val="00356E09"/>
    <w:rsid w:val="00356E35"/>
    <w:rsid w:val="00356FF3"/>
    <w:rsid w:val="0035710B"/>
    <w:rsid w:val="00357286"/>
    <w:rsid w:val="0035737F"/>
    <w:rsid w:val="00357807"/>
    <w:rsid w:val="00357987"/>
    <w:rsid w:val="00357C9C"/>
    <w:rsid w:val="00357EFD"/>
    <w:rsid w:val="0036083D"/>
    <w:rsid w:val="00360958"/>
    <w:rsid w:val="00360E40"/>
    <w:rsid w:val="00360FC3"/>
    <w:rsid w:val="003610B5"/>
    <w:rsid w:val="003613AE"/>
    <w:rsid w:val="00361584"/>
    <w:rsid w:val="003619EA"/>
    <w:rsid w:val="0036258B"/>
    <w:rsid w:val="003627D6"/>
    <w:rsid w:val="00362CBF"/>
    <w:rsid w:val="00365A2D"/>
    <w:rsid w:val="0036651B"/>
    <w:rsid w:val="00366992"/>
    <w:rsid w:val="0036723F"/>
    <w:rsid w:val="003672EE"/>
    <w:rsid w:val="003673CF"/>
    <w:rsid w:val="00367668"/>
    <w:rsid w:val="00367772"/>
    <w:rsid w:val="003677B5"/>
    <w:rsid w:val="003702A0"/>
    <w:rsid w:val="00370887"/>
    <w:rsid w:val="00371884"/>
    <w:rsid w:val="0037196C"/>
    <w:rsid w:val="00371DB6"/>
    <w:rsid w:val="00371F4D"/>
    <w:rsid w:val="00371F96"/>
    <w:rsid w:val="0037261E"/>
    <w:rsid w:val="00372D37"/>
    <w:rsid w:val="00372E08"/>
    <w:rsid w:val="00372E89"/>
    <w:rsid w:val="003735C7"/>
    <w:rsid w:val="003740CA"/>
    <w:rsid w:val="00374164"/>
    <w:rsid w:val="00374741"/>
    <w:rsid w:val="003747AF"/>
    <w:rsid w:val="003755F7"/>
    <w:rsid w:val="0037586A"/>
    <w:rsid w:val="00375889"/>
    <w:rsid w:val="00375D29"/>
    <w:rsid w:val="00375D8C"/>
    <w:rsid w:val="0037664B"/>
    <w:rsid w:val="00376706"/>
    <w:rsid w:val="00380686"/>
    <w:rsid w:val="00380FC1"/>
    <w:rsid w:val="00381FAE"/>
    <w:rsid w:val="00382125"/>
    <w:rsid w:val="0038218D"/>
    <w:rsid w:val="00382A7A"/>
    <w:rsid w:val="00382B47"/>
    <w:rsid w:val="00382D6F"/>
    <w:rsid w:val="00382E61"/>
    <w:rsid w:val="0038340E"/>
    <w:rsid w:val="003835B0"/>
    <w:rsid w:val="00383E7E"/>
    <w:rsid w:val="00384492"/>
    <w:rsid w:val="0038452E"/>
    <w:rsid w:val="00384DEE"/>
    <w:rsid w:val="00384ECC"/>
    <w:rsid w:val="00386141"/>
    <w:rsid w:val="00386457"/>
    <w:rsid w:val="00386769"/>
    <w:rsid w:val="003867F4"/>
    <w:rsid w:val="00386DA3"/>
    <w:rsid w:val="0038701F"/>
    <w:rsid w:val="0038721F"/>
    <w:rsid w:val="00387351"/>
    <w:rsid w:val="00387410"/>
    <w:rsid w:val="00387BD3"/>
    <w:rsid w:val="00387D7F"/>
    <w:rsid w:val="00390096"/>
    <w:rsid w:val="00390C4F"/>
    <w:rsid w:val="003920B5"/>
    <w:rsid w:val="00392870"/>
    <w:rsid w:val="00393550"/>
    <w:rsid w:val="00393794"/>
    <w:rsid w:val="003948F3"/>
    <w:rsid w:val="00394C0B"/>
    <w:rsid w:val="0039557B"/>
    <w:rsid w:val="00395AB7"/>
    <w:rsid w:val="00395E70"/>
    <w:rsid w:val="00395FAE"/>
    <w:rsid w:val="003963C0"/>
    <w:rsid w:val="003965B7"/>
    <w:rsid w:val="00396861"/>
    <w:rsid w:val="003976BC"/>
    <w:rsid w:val="0039781F"/>
    <w:rsid w:val="00397FC2"/>
    <w:rsid w:val="003A047A"/>
    <w:rsid w:val="003A05D3"/>
    <w:rsid w:val="003A1396"/>
    <w:rsid w:val="003A15C7"/>
    <w:rsid w:val="003A15E9"/>
    <w:rsid w:val="003A1607"/>
    <w:rsid w:val="003A187D"/>
    <w:rsid w:val="003A1F10"/>
    <w:rsid w:val="003A1F9F"/>
    <w:rsid w:val="003A23FA"/>
    <w:rsid w:val="003A2420"/>
    <w:rsid w:val="003A246B"/>
    <w:rsid w:val="003A2558"/>
    <w:rsid w:val="003A2EA6"/>
    <w:rsid w:val="003A3A96"/>
    <w:rsid w:val="003A4AC2"/>
    <w:rsid w:val="003A4CEA"/>
    <w:rsid w:val="003A515E"/>
    <w:rsid w:val="003A52BD"/>
    <w:rsid w:val="003A5D84"/>
    <w:rsid w:val="003A627B"/>
    <w:rsid w:val="003A62DF"/>
    <w:rsid w:val="003A6A9E"/>
    <w:rsid w:val="003A6CED"/>
    <w:rsid w:val="003A7434"/>
    <w:rsid w:val="003A7528"/>
    <w:rsid w:val="003A7A9F"/>
    <w:rsid w:val="003B0E21"/>
    <w:rsid w:val="003B1696"/>
    <w:rsid w:val="003B1EFB"/>
    <w:rsid w:val="003B2163"/>
    <w:rsid w:val="003B21FF"/>
    <w:rsid w:val="003B250D"/>
    <w:rsid w:val="003B2866"/>
    <w:rsid w:val="003B3482"/>
    <w:rsid w:val="003B3A9B"/>
    <w:rsid w:val="003B3B14"/>
    <w:rsid w:val="003B3C01"/>
    <w:rsid w:val="003B4587"/>
    <w:rsid w:val="003B4F44"/>
    <w:rsid w:val="003B4F7F"/>
    <w:rsid w:val="003B4F8C"/>
    <w:rsid w:val="003B5D1C"/>
    <w:rsid w:val="003B5D61"/>
    <w:rsid w:val="003B63C5"/>
    <w:rsid w:val="003B658A"/>
    <w:rsid w:val="003B69D6"/>
    <w:rsid w:val="003B7EAB"/>
    <w:rsid w:val="003C0128"/>
    <w:rsid w:val="003C1218"/>
    <w:rsid w:val="003C1290"/>
    <w:rsid w:val="003C1CA0"/>
    <w:rsid w:val="003C2531"/>
    <w:rsid w:val="003C31E4"/>
    <w:rsid w:val="003C330B"/>
    <w:rsid w:val="003C37EC"/>
    <w:rsid w:val="003C38B9"/>
    <w:rsid w:val="003C3C1D"/>
    <w:rsid w:val="003C41AF"/>
    <w:rsid w:val="003C4427"/>
    <w:rsid w:val="003C44E7"/>
    <w:rsid w:val="003C4873"/>
    <w:rsid w:val="003C53C3"/>
    <w:rsid w:val="003C5573"/>
    <w:rsid w:val="003C56AF"/>
    <w:rsid w:val="003C5B60"/>
    <w:rsid w:val="003C5C9D"/>
    <w:rsid w:val="003C742B"/>
    <w:rsid w:val="003C78B1"/>
    <w:rsid w:val="003C7B89"/>
    <w:rsid w:val="003D0701"/>
    <w:rsid w:val="003D12B4"/>
    <w:rsid w:val="003D146B"/>
    <w:rsid w:val="003D1959"/>
    <w:rsid w:val="003D1C2B"/>
    <w:rsid w:val="003D2085"/>
    <w:rsid w:val="003D21EC"/>
    <w:rsid w:val="003D251E"/>
    <w:rsid w:val="003D289C"/>
    <w:rsid w:val="003D2B40"/>
    <w:rsid w:val="003D33D5"/>
    <w:rsid w:val="003D36C3"/>
    <w:rsid w:val="003D37CC"/>
    <w:rsid w:val="003D3FF5"/>
    <w:rsid w:val="003D423D"/>
    <w:rsid w:val="003D436F"/>
    <w:rsid w:val="003D4A9B"/>
    <w:rsid w:val="003D57D8"/>
    <w:rsid w:val="003D5C94"/>
    <w:rsid w:val="003D5F89"/>
    <w:rsid w:val="003D64ED"/>
    <w:rsid w:val="003D6508"/>
    <w:rsid w:val="003D6509"/>
    <w:rsid w:val="003D676B"/>
    <w:rsid w:val="003D695F"/>
    <w:rsid w:val="003D6FEA"/>
    <w:rsid w:val="003D74DE"/>
    <w:rsid w:val="003D78E7"/>
    <w:rsid w:val="003D7B86"/>
    <w:rsid w:val="003E05C9"/>
    <w:rsid w:val="003E0EA4"/>
    <w:rsid w:val="003E10D6"/>
    <w:rsid w:val="003E127C"/>
    <w:rsid w:val="003E1999"/>
    <w:rsid w:val="003E2D6F"/>
    <w:rsid w:val="003E2E71"/>
    <w:rsid w:val="003E3132"/>
    <w:rsid w:val="003E35E6"/>
    <w:rsid w:val="003E42EF"/>
    <w:rsid w:val="003E4B30"/>
    <w:rsid w:val="003E4F0B"/>
    <w:rsid w:val="003E5099"/>
    <w:rsid w:val="003E51C4"/>
    <w:rsid w:val="003E5657"/>
    <w:rsid w:val="003E58F8"/>
    <w:rsid w:val="003E631C"/>
    <w:rsid w:val="003E690A"/>
    <w:rsid w:val="003E69DC"/>
    <w:rsid w:val="003E6A9F"/>
    <w:rsid w:val="003E6CC5"/>
    <w:rsid w:val="003E6D82"/>
    <w:rsid w:val="003E6DE9"/>
    <w:rsid w:val="003E759E"/>
    <w:rsid w:val="003E7604"/>
    <w:rsid w:val="003F009C"/>
    <w:rsid w:val="003F07BA"/>
    <w:rsid w:val="003F08B5"/>
    <w:rsid w:val="003F0E27"/>
    <w:rsid w:val="003F18A4"/>
    <w:rsid w:val="003F1CB0"/>
    <w:rsid w:val="003F1D08"/>
    <w:rsid w:val="003F1F20"/>
    <w:rsid w:val="003F1F47"/>
    <w:rsid w:val="003F220C"/>
    <w:rsid w:val="003F26F9"/>
    <w:rsid w:val="003F32EF"/>
    <w:rsid w:val="003F35F7"/>
    <w:rsid w:val="003F44FA"/>
    <w:rsid w:val="003F4653"/>
    <w:rsid w:val="003F4DEF"/>
    <w:rsid w:val="003F550A"/>
    <w:rsid w:val="003F59F6"/>
    <w:rsid w:val="003F5B47"/>
    <w:rsid w:val="003F60C8"/>
    <w:rsid w:val="003F658D"/>
    <w:rsid w:val="003F65B8"/>
    <w:rsid w:val="003F772E"/>
    <w:rsid w:val="003F775A"/>
    <w:rsid w:val="003F77C4"/>
    <w:rsid w:val="003F7992"/>
    <w:rsid w:val="003F7B25"/>
    <w:rsid w:val="003F7C8F"/>
    <w:rsid w:val="00400481"/>
    <w:rsid w:val="004010A6"/>
    <w:rsid w:val="00401C73"/>
    <w:rsid w:val="00401E73"/>
    <w:rsid w:val="004028FE"/>
    <w:rsid w:val="00402E9D"/>
    <w:rsid w:val="00403447"/>
    <w:rsid w:val="004035A8"/>
    <w:rsid w:val="00403C70"/>
    <w:rsid w:val="00403E23"/>
    <w:rsid w:val="00404119"/>
    <w:rsid w:val="00404145"/>
    <w:rsid w:val="004041E5"/>
    <w:rsid w:val="0040448A"/>
    <w:rsid w:val="00404DE0"/>
    <w:rsid w:val="00404E46"/>
    <w:rsid w:val="0040564F"/>
    <w:rsid w:val="00405B20"/>
    <w:rsid w:val="00405D37"/>
    <w:rsid w:val="00405D5D"/>
    <w:rsid w:val="0040651B"/>
    <w:rsid w:val="00407933"/>
    <w:rsid w:val="00407957"/>
    <w:rsid w:val="00407F0E"/>
    <w:rsid w:val="00410046"/>
    <w:rsid w:val="004102E3"/>
    <w:rsid w:val="00410D5A"/>
    <w:rsid w:val="00410D88"/>
    <w:rsid w:val="00410F07"/>
    <w:rsid w:val="00411DB8"/>
    <w:rsid w:val="00412291"/>
    <w:rsid w:val="00412E2B"/>
    <w:rsid w:val="00412FC7"/>
    <w:rsid w:val="00413379"/>
    <w:rsid w:val="0041384E"/>
    <w:rsid w:val="00414256"/>
    <w:rsid w:val="0041434E"/>
    <w:rsid w:val="004147F2"/>
    <w:rsid w:val="004151CE"/>
    <w:rsid w:val="00415A85"/>
    <w:rsid w:val="00415B9C"/>
    <w:rsid w:val="00415E98"/>
    <w:rsid w:val="00416398"/>
    <w:rsid w:val="0041677C"/>
    <w:rsid w:val="00416C4F"/>
    <w:rsid w:val="00416DF7"/>
    <w:rsid w:val="00416FF1"/>
    <w:rsid w:val="004173EF"/>
    <w:rsid w:val="00417F62"/>
    <w:rsid w:val="00420009"/>
    <w:rsid w:val="00420116"/>
    <w:rsid w:val="00420A21"/>
    <w:rsid w:val="00420AAB"/>
    <w:rsid w:val="00420BE2"/>
    <w:rsid w:val="00420F30"/>
    <w:rsid w:val="00421726"/>
    <w:rsid w:val="00421A78"/>
    <w:rsid w:val="00421D75"/>
    <w:rsid w:val="00421DD9"/>
    <w:rsid w:val="00421E08"/>
    <w:rsid w:val="004224F8"/>
    <w:rsid w:val="004231D0"/>
    <w:rsid w:val="004237BE"/>
    <w:rsid w:val="00423C75"/>
    <w:rsid w:val="004240C3"/>
    <w:rsid w:val="0042411E"/>
    <w:rsid w:val="00425402"/>
    <w:rsid w:val="004256F2"/>
    <w:rsid w:val="0042599C"/>
    <w:rsid w:val="0042599E"/>
    <w:rsid w:val="0042606D"/>
    <w:rsid w:val="0042613A"/>
    <w:rsid w:val="00426159"/>
    <w:rsid w:val="00426269"/>
    <w:rsid w:val="00426CB2"/>
    <w:rsid w:val="00426FBB"/>
    <w:rsid w:val="004273AA"/>
    <w:rsid w:val="00427D93"/>
    <w:rsid w:val="00430348"/>
    <w:rsid w:val="004304A8"/>
    <w:rsid w:val="004305D7"/>
    <w:rsid w:val="0043185D"/>
    <w:rsid w:val="00432089"/>
    <w:rsid w:val="00432202"/>
    <w:rsid w:val="00433096"/>
    <w:rsid w:val="0043367D"/>
    <w:rsid w:val="00433849"/>
    <w:rsid w:val="00433B27"/>
    <w:rsid w:val="00433CA1"/>
    <w:rsid w:val="00433EFB"/>
    <w:rsid w:val="0043406C"/>
    <w:rsid w:val="00434266"/>
    <w:rsid w:val="004345C0"/>
    <w:rsid w:val="004346A2"/>
    <w:rsid w:val="00434CE0"/>
    <w:rsid w:val="004353AE"/>
    <w:rsid w:val="00435C20"/>
    <w:rsid w:val="00435D62"/>
    <w:rsid w:val="00435DDF"/>
    <w:rsid w:val="00435F85"/>
    <w:rsid w:val="004365CB"/>
    <w:rsid w:val="0043671B"/>
    <w:rsid w:val="004367D3"/>
    <w:rsid w:val="00436901"/>
    <w:rsid w:val="004379EB"/>
    <w:rsid w:val="00437DCF"/>
    <w:rsid w:val="00437F1C"/>
    <w:rsid w:val="004400C8"/>
    <w:rsid w:val="004401D3"/>
    <w:rsid w:val="00440415"/>
    <w:rsid w:val="0044045C"/>
    <w:rsid w:val="0044050F"/>
    <w:rsid w:val="00440769"/>
    <w:rsid w:val="00440C7C"/>
    <w:rsid w:val="00440F0A"/>
    <w:rsid w:val="00441838"/>
    <w:rsid w:val="00441CF6"/>
    <w:rsid w:val="0044256C"/>
    <w:rsid w:val="004425C8"/>
    <w:rsid w:val="00442636"/>
    <w:rsid w:val="004426A1"/>
    <w:rsid w:val="00442C7A"/>
    <w:rsid w:val="004430BC"/>
    <w:rsid w:val="0044436D"/>
    <w:rsid w:val="0044532B"/>
    <w:rsid w:val="00445430"/>
    <w:rsid w:val="00445ABD"/>
    <w:rsid w:val="0044635C"/>
    <w:rsid w:val="00446715"/>
    <w:rsid w:val="00446E09"/>
    <w:rsid w:val="004471BC"/>
    <w:rsid w:val="004472BA"/>
    <w:rsid w:val="00447E4E"/>
    <w:rsid w:val="004506E5"/>
    <w:rsid w:val="0045091E"/>
    <w:rsid w:val="00450D6C"/>
    <w:rsid w:val="00451616"/>
    <w:rsid w:val="004516BD"/>
    <w:rsid w:val="00451717"/>
    <w:rsid w:val="004517A0"/>
    <w:rsid w:val="00451ADF"/>
    <w:rsid w:val="00451F5B"/>
    <w:rsid w:val="0045218A"/>
    <w:rsid w:val="00452395"/>
    <w:rsid w:val="0045278B"/>
    <w:rsid w:val="00453220"/>
    <w:rsid w:val="004534E6"/>
    <w:rsid w:val="00453809"/>
    <w:rsid w:val="00453CD0"/>
    <w:rsid w:val="00453D9D"/>
    <w:rsid w:val="00453FED"/>
    <w:rsid w:val="004541A0"/>
    <w:rsid w:val="004544C5"/>
    <w:rsid w:val="0045452C"/>
    <w:rsid w:val="00454AFD"/>
    <w:rsid w:val="00454F99"/>
    <w:rsid w:val="00455157"/>
    <w:rsid w:val="00455423"/>
    <w:rsid w:val="00455539"/>
    <w:rsid w:val="00455EF0"/>
    <w:rsid w:val="004561E5"/>
    <w:rsid w:val="00457F80"/>
    <w:rsid w:val="00460642"/>
    <w:rsid w:val="00461AA5"/>
    <w:rsid w:val="00462C9C"/>
    <w:rsid w:val="00462EE0"/>
    <w:rsid w:val="004631DC"/>
    <w:rsid w:val="004636D3"/>
    <w:rsid w:val="00463AB2"/>
    <w:rsid w:val="00463B65"/>
    <w:rsid w:val="00463BB9"/>
    <w:rsid w:val="00463FE4"/>
    <w:rsid w:val="0046404B"/>
    <w:rsid w:val="00464645"/>
    <w:rsid w:val="00464F8F"/>
    <w:rsid w:val="00465293"/>
    <w:rsid w:val="004654B0"/>
    <w:rsid w:val="004656F5"/>
    <w:rsid w:val="0046592B"/>
    <w:rsid w:val="00465DFE"/>
    <w:rsid w:val="0046667B"/>
    <w:rsid w:val="0046686D"/>
    <w:rsid w:val="00466AD5"/>
    <w:rsid w:val="00466CB7"/>
    <w:rsid w:val="00467443"/>
    <w:rsid w:val="0047054F"/>
    <w:rsid w:val="00470C2F"/>
    <w:rsid w:val="00470C9F"/>
    <w:rsid w:val="004710B2"/>
    <w:rsid w:val="004711C0"/>
    <w:rsid w:val="00471F6C"/>
    <w:rsid w:val="004724E7"/>
    <w:rsid w:val="00472E9D"/>
    <w:rsid w:val="004732C9"/>
    <w:rsid w:val="00473748"/>
    <w:rsid w:val="00473B0E"/>
    <w:rsid w:val="00473D51"/>
    <w:rsid w:val="004740DD"/>
    <w:rsid w:val="00474186"/>
    <w:rsid w:val="0047423B"/>
    <w:rsid w:val="00474988"/>
    <w:rsid w:val="004749B2"/>
    <w:rsid w:val="00474CD5"/>
    <w:rsid w:val="00475622"/>
    <w:rsid w:val="004757BE"/>
    <w:rsid w:val="00476060"/>
    <w:rsid w:val="00476996"/>
    <w:rsid w:val="00476C98"/>
    <w:rsid w:val="00477B1C"/>
    <w:rsid w:val="004800B4"/>
    <w:rsid w:val="004803B5"/>
    <w:rsid w:val="0048127E"/>
    <w:rsid w:val="00481489"/>
    <w:rsid w:val="004815A7"/>
    <w:rsid w:val="00482179"/>
    <w:rsid w:val="00482297"/>
    <w:rsid w:val="004829D6"/>
    <w:rsid w:val="00483AF7"/>
    <w:rsid w:val="00483C22"/>
    <w:rsid w:val="00484115"/>
    <w:rsid w:val="00484401"/>
    <w:rsid w:val="00484704"/>
    <w:rsid w:val="004849B2"/>
    <w:rsid w:val="00484C3D"/>
    <w:rsid w:val="004856E9"/>
    <w:rsid w:val="00485E41"/>
    <w:rsid w:val="00485F07"/>
    <w:rsid w:val="004861E9"/>
    <w:rsid w:val="00486A9E"/>
    <w:rsid w:val="004870B5"/>
    <w:rsid w:val="00487353"/>
    <w:rsid w:val="0048753F"/>
    <w:rsid w:val="00487F2F"/>
    <w:rsid w:val="00487F4D"/>
    <w:rsid w:val="00490D52"/>
    <w:rsid w:val="00490EB0"/>
    <w:rsid w:val="004910BE"/>
    <w:rsid w:val="0049158F"/>
    <w:rsid w:val="00491C2E"/>
    <w:rsid w:val="0049261F"/>
    <w:rsid w:val="0049264E"/>
    <w:rsid w:val="004926A2"/>
    <w:rsid w:val="00492D82"/>
    <w:rsid w:val="00493BB2"/>
    <w:rsid w:val="00493FE7"/>
    <w:rsid w:val="0049410E"/>
    <w:rsid w:val="004948A3"/>
    <w:rsid w:val="00494B92"/>
    <w:rsid w:val="00495587"/>
    <w:rsid w:val="0049564B"/>
    <w:rsid w:val="0049576F"/>
    <w:rsid w:val="00495D76"/>
    <w:rsid w:val="00496700"/>
    <w:rsid w:val="00496915"/>
    <w:rsid w:val="00496AE4"/>
    <w:rsid w:val="00497134"/>
    <w:rsid w:val="0049755C"/>
    <w:rsid w:val="004975F2"/>
    <w:rsid w:val="00497C78"/>
    <w:rsid w:val="004A047C"/>
    <w:rsid w:val="004A06FE"/>
    <w:rsid w:val="004A19D6"/>
    <w:rsid w:val="004A1EB7"/>
    <w:rsid w:val="004A28FE"/>
    <w:rsid w:val="004A330C"/>
    <w:rsid w:val="004A3447"/>
    <w:rsid w:val="004A3544"/>
    <w:rsid w:val="004A3878"/>
    <w:rsid w:val="004A3889"/>
    <w:rsid w:val="004A3D9E"/>
    <w:rsid w:val="004A4B13"/>
    <w:rsid w:val="004A4BF1"/>
    <w:rsid w:val="004A4CCE"/>
    <w:rsid w:val="004A4DFD"/>
    <w:rsid w:val="004A561D"/>
    <w:rsid w:val="004A5BA2"/>
    <w:rsid w:val="004A622C"/>
    <w:rsid w:val="004A73F8"/>
    <w:rsid w:val="004A773D"/>
    <w:rsid w:val="004A7806"/>
    <w:rsid w:val="004B06EE"/>
    <w:rsid w:val="004B0A5D"/>
    <w:rsid w:val="004B0CCF"/>
    <w:rsid w:val="004B11CC"/>
    <w:rsid w:val="004B16A0"/>
    <w:rsid w:val="004B178E"/>
    <w:rsid w:val="004B1C74"/>
    <w:rsid w:val="004B2436"/>
    <w:rsid w:val="004B2560"/>
    <w:rsid w:val="004B25F8"/>
    <w:rsid w:val="004B2A62"/>
    <w:rsid w:val="004B2AB4"/>
    <w:rsid w:val="004B2E2C"/>
    <w:rsid w:val="004B2FEC"/>
    <w:rsid w:val="004B30B7"/>
    <w:rsid w:val="004B357C"/>
    <w:rsid w:val="004B357D"/>
    <w:rsid w:val="004B4045"/>
    <w:rsid w:val="004B418A"/>
    <w:rsid w:val="004B426E"/>
    <w:rsid w:val="004B47A3"/>
    <w:rsid w:val="004B4D24"/>
    <w:rsid w:val="004B4EB1"/>
    <w:rsid w:val="004B5387"/>
    <w:rsid w:val="004B5F81"/>
    <w:rsid w:val="004B6470"/>
    <w:rsid w:val="004B6A4C"/>
    <w:rsid w:val="004B6B70"/>
    <w:rsid w:val="004B6CF8"/>
    <w:rsid w:val="004B77B0"/>
    <w:rsid w:val="004B7B1D"/>
    <w:rsid w:val="004B7D56"/>
    <w:rsid w:val="004C039D"/>
    <w:rsid w:val="004C0574"/>
    <w:rsid w:val="004C0A4E"/>
    <w:rsid w:val="004C0C0D"/>
    <w:rsid w:val="004C0E41"/>
    <w:rsid w:val="004C0EC0"/>
    <w:rsid w:val="004C13AA"/>
    <w:rsid w:val="004C1436"/>
    <w:rsid w:val="004C1888"/>
    <w:rsid w:val="004C27F4"/>
    <w:rsid w:val="004C291D"/>
    <w:rsid w:val="004C299C"/>
    <w:rsid w:val="004C2C72"/>
    <w:rsid w:val="004C2D55"/>
    <w:rsid w:val="004C316D"/>
    <w:rsid w:val="004C326D"/>
    <w:rsid w:val="004C3271"/>
    <w:rsid w:val="004C343F"/>
    <w:rsid w:val="004C3690"/>
    <w:rsid w:val="004C4232"/>
    <w:rsid w:val="004C4374"/>
    <w:rsid w:val="004C46A2"/>
    <w:rsid w:val="004C477E"/>
    <w:rsid w:val="004C4E50"/>
    <w:rsid w:val="004C5E2B"/>
    <w:rsid w:val="004C5F8E"/>
    <w:rsid w:val="004C6504"/>
    <w:rsid w:val="004C669B"/>
    <w:rsid w:val="004C671D"/>
    <w:rsid w:val="004C726B"/>
    <w:rsid w:val="004C7965"/>
    <w:rsid w:val="004C7B07"/>
    <w:rsid w:val="004D0CF6"/>
    <w:rsid w:val="004D0F14"/>
    <w:rsid w:val="004D1116"/>
    <w:rsid w:val="004D1DE3"/>
    <w:rsid w:val="004D1F11"/>
    <w:rsid w:val="004D2154"/>
    <w:rsid w:val="004D2710"/>
    <w:rsid w:val="004D349A"/>
    <w:rsid w:val="004D3886"/>
    <w:rsid w:val="004D4542"/>
    <w:rsid w:val="004D45E1"/>
    <w:rsid w:val="004D4DD8"/>
    <w:rsid w:val="004D6957"/>
    <w:rsid w:val="004D6AA8"/>
    <w:rsid w:val="004D6B79"/>
    <w:rsid w:val="004D7B7C"/>
    <w:rsid w:val="004D7C0F"/>
    <w:rsid w:val="004D7C8C"/>
    <w:rsid w:val="004D7E38"/>
    <w:rsid w:val="004D7F5D"/>
    <w:rsid w:val="004DAAC0"/>
    <w:rsid w:val="004E014D"/>
    <w:rsid w:val="004E11ED"/>
    <w:rsid w:val="004E1FB0"/>
    <w:rsid w:val="004E28A0"/>
    <w:rsid w:val="004E2CD0"/>
    <w:rsid w:val="004E32E9"/>
    <w:rsid w:val="004E35C2"/>
    <w:rsid w:val="004E37DA"/>
    <w:rsid w:val="004E3AAA"/>
    <w:rsid w:val="004E3D28"/>
    <w:rsid w:val="004E3E77"/>
    <w:rsid w:val="004E4197"/>
    <w:rsid w:val="004E440A"/>
    <w:rsid w:val="004E4820"/>
    <w:rsid w:val="004E4CD6"/>
    <w:rsid w:val="004E5445"/>
    <w:rsid w:val="004E60C1"/>
    <w:rsid w:val="004E615E"/>
    <w:rsid w:val="004E6188"/>
    <w:rsid w:val="004E6614"/>
    <w:rsid w:val="004E6D83"/>
    <w:rsid w:val="004E6E9E"/>
    <w:rsid w:val="004E728A"/>
    <w:rsid w:val="004E7DFF"/>
    <w:rsid w:val="004F0592"/>
    <w:rsid w:val="004F0CC4"/>
    <w:rsid w:val="004F0E89"/>
    <w:rsid w:val="004F1603"/>
    <w:rsid w:val="004F1651"/>
    <w:rsid w:val="004F191B"/>
    <w:rsid w:val="004F1D0B"/>
    <w:rsid w:val="004F2497"/>
    <w:rsid w:val="004F39FB"/>
    <w:rsid w:val="004F3FFF"/>
    <w:rsid w:val="004F4308"/>
    <w:rsid w:val="004F45D9"/>
    <w:rsid w:val="004F463A"/>
    <w:rsid w:val="004F4656"/>
    <w:rsid w:val="004F53E2"/>
    <w:rsid w:val="004F57B5"/>
    <w:rsid w:val="004F5D2D"/>
    <w:rsid w:val="004F5D36"/>
    <w:rsid w:val="004F6093"/>
    <w:rsid w:val="004F61B0"/>
    <w:rsid w:val="004F6642"/>
    <w:rsid w:val="004F7760"/>
    <w:rsid w:val="004F79E2"/>
    <w:rsid w:val="004F7E8F"/>
    <w:rsid w:val="004F7F71"/>
    <w:rsid w:val="00500B57"/>
    <w:rsid w:val="00500CE3"/>
    <w:rsid w:val="00501135"/>
    <w:rsid w:val="00501440"/>
    <w:rsid w:val="00501AEE"/>
    <w:rsid w:val="005026B5"/>
    <w:rsid w:val="00502752"/>
    <w:rsid w:val="005030C6"/>
    <w:rsid w:val="00503933"/>
    <w:rsid w:val="00503DCC"/>
    <w:rsid w:val="0050428E"/>
    <w:rsid w:val="00504672"/>
    <w:rsid w:val="00504846"/>
    <w:rsid w:val="00504B35"/>
    <w:rsid w:val="00504D8A"/>
    <w:rsid w:val="0050522D"/>
    <w:rsid w:val="00505313"/>
    <w:rsid w:val="005059D7"/>
    <w:rsid w:val="00505EBE"/>
    <w:rsid w:val="0050629B"/>
    <w:rsid w:val="005065F0"/>
    <w:rsid w:val="00507075"/>
    <w:rsid w:val="0050707E"/>
    <w:rsid w:val="00507574"/>
    <w:rsid w:val="00507940"/>
    <w:rsid w:val="00507C88"/>
    <w:rsid w:val="00507FD1"/>
    <w:rsid w:val="005109F1"/>
    <w:rsid w:val="00510E81"/>
    <w:rsid w:val="00511AFD"/>
    <w:rsid w:val="00511E38"/>
    <w:rsid w:val="00512231"/>
    <w:rsid w:val="0051233E"/>
    <w:rsid w:val="005128E7"/>
    <w:rsid w:val="0051330C"/>
    <w:rsid w:val="0051342F"/>
    <w:rsid w:val="005135D8"/>
    <w:rsid w:val="0051371D"/>
    <w:rsid w:val="00513916"/>
    <w:rsid w:val="00513AC3"/>
    <w:rsid w:val="00513B11"/>
    <w:rsid w:val="00513CEE"/>
    <w:rsid w:val="00513F92"/>
    <w:rsid w:val="005142BE"/>
    <w:rsid w:val="00514772"/>
    <w:rsid w:val="0051479A"/>
    <w:rsid w:val="00514DCC"/>
    <w:rsid w:val="005150F7"/>
    <w:rsid w:val="00515A74"/>
    <w:rsid w:val="005160C9"/>
    <w:rsid w:val="00516163"/>
    <w:rsid w:val="00516950"/>
    <w:rsid w:val="00516F29"/>
    <w:rsid w:val="00517309"/>
    <w:rsid w:val="00517922"/>
    <w:rsid w:val="00520FED"/>
    <w:rsid w:val="005218EA"/>
    <w:rsid w:val="005222BA"/>
    <w:rsid w:val="0052237F"/>
    <w:rsid w:val="005229E2"/>
    <w:rsid w:val="00522E16"/>
    <w:rsid w:val="00523628"/>
    <w:rsid w:val="005236C3"/>
    <w:rsid w:val="00523983"/>
    <w:rsid w:val="005239E5"/>
    <w:rsid w:val="00523EC9"/>
    <w:rsid w:val="00523ECD"/>
    <w:rsid w:val="00524C4B"/>
    <w:rsid w:val="00525007"/>
    <w:rsid w:val="00526C50"/>
    <w:rsid w:val="005271DD"/>
    <w:rsid w:val="00527275"/>
    <w:rsid w:val="0052730F"/>
    <w:rsid w:val="00527887"/>
    <w:rsid w:val="00527D71"/>
    <w:rsid w:val="00530458"/>
    <w:rsid w:val="00530524"/>
    <w:rsid w:val="005305E6"/>
    <w:rsid w:val="005305F6"/>
    <w:rsid w:val="00530655"/>
    <w:rsid w:val="0053069D"/>
    <w:rsid w:val="00530EE2"/>
    <w:rsid w:val="0053114C"/>
    <w:rsid w:val="00531153"/>
    <w:rsid w:val="005313A1"/>
    <w:rsid w:val="00531703"/>
    <w:rsid w:val="00531A8C"/>
    <w:rsid w:val="00532627"/>
    <w:rsid w:val="00532867"/>
    <w:rsid w:val="00532B06"/>
    <w:rsid w:val="00533462"/>
    <w:rsid w:val="00533896"/>
    <w:rsid w:val="00533F13"/>
    <w:rsid w:val="00533FDD"/>
    <w:rsid w:val="0053460B"/>
    <w:rsid w:val="0053468E"/>
    <w:rsid w:val="00534879"/>
    <w:rsid w:val="00534948"/>
    <w:rsid w:val="00534A65"/>
    <w:rsid w:val="00534DD3"/>
    <w:rsid w:val="005353D8"/>
    <w:rsid w:val="00535531"/>
    <w:rsid w:val="005359C8"/>
    <w:rsid w:val="00535EBF"/>
    <w:rsid w:val="005361AE"/>
    <w:rsid w:val="00536DE0"/>
    <w:rsid w:val="00536FDF"/>
    <w:rsid w:val="0053740C"/>
    <w:rsid w:val="00537B76"/>
    <w:rsid w:val="00537F81"/>
    <w:rsid w:val="005406EB"/>
    <w:rsid w:val="005407ED"/>
    <w:rsid w:val="00540934"/>
    <w:rsid w:val="00540A24"/>
    <w:rsid w:val="00541410"/>
    <w:rsid w:val="005414CB"/>
    <w:rsid w:val="00541A4F"/>
    <w:rsid w:val="00541FAF"/>
    <w:rsid w:val="00542273"/>
    <w:rsid w:val="00542DC7"/>
    <w:rsid w:val="00543725"/>
    <w:rsid w:val="0054394D"/>
    <w:rsid w:val="00543CDE"/>
    <w:rsid w:val="005445C7"/>
    <w:rsid w:val="005449F3"/>
    <w:rsid w:val="00545111"/>
    <w:rsid w:val="0054565C"/>
    <w:rsid w:val="0054571C"/>
    <w:rsid w:val="00545969"/>
    <w:rsid w:val="00545DF4"/>
    <w:rsid w:val="00546CD2"/>
    <w:rsid w:val="0054752E"/>
    <w:rsid w:val="00547840"/>
    <w:rsid w:val="00547C5A"/>
    <w:rsid w:val="00547E79"/>
    <w:rsid w:val="00547E7D"/>
    <w:rsid w:val="00547F01"/>
    <w:rsid w:val="00550697"/>
    <w:rsid w:val="00550ADD"/>
    <w:rsid w:val="00551237"/>
    <w:rsid w:val="00551916"/>
    <w:rsid w:val="005529CA"/>
    <w:rsid w:val="00552D9F"/>
    <w:rsid w:val="005533EC"/>
    <w:rsid w:val="00553984"/>
    <w:rsid w:val="005539A1"/>
    <w:rsid w:val="00553C4E"/>
    <w:rsid w:val="005546D8"/>
    <w:rsid w:val="00555881"/>
    <w:rsid w:val="00555949"/>
    <w:rsid w:val="00555BBA"/>
    <w:rsid w:val="00555C4A"/>
    <w:rsid w:val="00555D0E"/>
    <w:rsid w:val="00555FDA"/>
    <w:rsid w:val="00556280"/>
    <w:rsid w:val="0055647D"/>
    <w:rsid w:val="00556F81"/>
    <w:rsid w:val="0055735A"/>
    <w:rsid w:val="005578F9"/>
    <w:rsid w:val="00557F59"/>
    <w:rsid w:val="00560515"/>
    <w:rsid w:val="005606DF"/>
    <w:rsid w:val="005608FF"/>
    <w:rsid w:val="00560A58"/>
    <w:rsid w:val="00561016"/>
    <w:rsid w:val="005619B7"/>
    <w:rsid w:val="005621FB"/>
    <w:rsid w:val="00562486"/>
    <w:rsid w:val="00562946"/>
    <w:rsid w:val="005629F4"/>
    <w:rsid w:val="00562AAA"/>
    <w:rsid w:val="00562B9A"/>
    <w:rsid w:val="00562CBA"/>
    <w:rsid w:val="00562D70"/>
    <w:rsid w:val="00563837"/>
    <w:rsid w:val="00563C30"/>
    <w:rsid w:val="00563D0F"/>
    <w:rsid w:val="00563E32"/>
    <w:rsid w:val="00564BAD"/>
    <w:rsid w:val="00564C6D"/>
    <w:rsid w:val="00565622"/>
    <w:rsid w:val="00565760"/>
    <w:rsid w:val="00565832"/>
    <w:rsid w:val="005658BD"/>
    <w:rsid w:val="00565A5D"/>
    <w:rsid w:val="00565C53"/>
    <w:rsid w:val="00565DF4"/>
    <w:rsid w:val="0056646B"/>
    <w:rsid w:val="005669CB"/>
    <w:rsid w:val="00566A70"/>
    <w:rsid w:val="00566E22"/>
    <w:rsid w:val="0056708B"/>
    <w:rsid w:val="005671A1"/>
    <w:rsid w:val="005674DF"/>
    <w:rsid w:val="00567649"/>
    <w:rsid w:val="005713E3"/>
    <w:rsid w:val="00572D27"/>
    <w:rsid w:val="0057350F"/>
    <w:rsid w:val="00574AE7"/>
    <w:rsid w:val="00574B4A"/>
    <w:rsid w:val="00574B4F"/>
    <w:rsid w:val="00574DA1"/>
    <w:rsid w:val="005759C8"/>
    <w:rsid w:val="00575DFD"/>
    <w:rsid w:val="005767A0"/>
    <w:rsid w:val="00576EE5"/>
    <w:rsid w:val="005776B4"/>
    <w:rsid w:val="00577C7F"/>
    <w:rsid w:val="00577CA3"/>
    <w:rsid w:val="0058036B"/>
    <w:rsid w:val="00580769"/>
    <w:rsid w:val="00580F0C"/>
    <w:rsid w:val="00581468"/>
    <w:rsid w:val="005827E4"/>
    <w:rsid w:val="00582C7D"/>
    <w:rsid w:val="00582CBC"/>
    <w:rsid w:val="00582E1F"/>
    <w:rsid w:val="00584141"/>
    <w:rsid w:val="005842D1"/>
    <w:rsid w:val="005844B5"/>
    <w:rsid w:val="00584A27"/>
    <w:rsid w:val="00584AAC"/>
    <w:rsid w:val="00584BEF"/>
    <w:rsid w:val="0058563A"/>
    <w:rsid w:val="005859A9"/>
    <w:rsid w:val="00585AEA"/>
    <w:rsid w:val="00586617"/>
    <w:rsid w:val="00587B74"/>
    <w:rsid w:val="00590379"/>
    <w:rsid w:val="005905BB"/>
    <w:rsid w:val="005906C2"/>
    <w:rsid w:val="005907C1"/>
    <w:rsid w:val="00590DAC"/>
    <w:rsid w:val="00591253"/>
    <w:rsid w:val="00592160"/>
    <w:rsid w:val="00592252"/>
    <w:rsid w:val="00592447"/>
    <w:rsid w:val="005930DF"/>
    <w:rsid w:val="005931C0"/>
    <w:rsid w:val="005943BF"/>
    <w:rsid w:val="00594489"/>
    <w:rsid w:val="0059465C"/>
    <w:rsid w:val="00594A04"/>
    <w:rsid w:val="00595FAB"/>
    <w:rsid w:val="00596138"/>
    <w:rsid w:val="005962D6"/>
    <w:rsid w:val="005964A1"/>
    <w:rsid w:val="00596E07"/>
    <w:rsid w:val="00596E0F"/>
    <w:rsid w:val="00596EB5"/>
    <w:rsid w:val="00596F48"/>
    <w:rsid w:val="0059727C"/>
    <w:rsid w:val="00597299"/>
    <w:rsid w:val="00597768"/>
    <w:rsid w:val="005A0343"/>
    <w:rsid w:val="005A0658"/>
    <w:rsid w:val="005A0B9E"/>
    <w:rsid w:val="005A0D6F"/>
    <w:rsid w:val="005A1E99"/>
    <w:rsid w:val="005A2669"/>
    <w:rsid w:val="005A2C01"/>
    <w:rsid w:val="005A2CD6"/>
    <w:rsid w:val="005A3759"/>
    <w:rsid w:val="005A39CD"/>
    <w:rsid w:val="005A4096"/>
    <w:rsid w:val="005A415C"/>
    <w:rsid w:val="005A4675"/>
    <w:rsid w:val="005A497B"/>
    <w:rsid w:val="005A4F48"/>
    <w:rsid w:val="005A5194"/>
    <w:rsid w:val="005A58AE"/>
    <w:rsid w:val="005A58B7"/>
    <w:rsid w:val="005A5C05"/>
    <w:rsid w:val="005A5FB7"/>
    <w:rsid w:val="005A6A16"/>
    <w:rsid w:val="005A6A94"/>
    <w:rsid w:val="005A6DD8"/>
    <w:rsid w:val="005A711C"/>
    <w:rsid w:val="005A738D"/>
    <w:rsid w:val="005B00EE"/>
    <w:rsid w:val="005B035A"/>
    <w:rsid w:val="005B06F9"/>
    <w:rsid w:val="005B0BB8"/>
    <w:rsid w:val="005B0D2A"/>
    <w:rsid w:val="005B0E6D"/>
    <w:rsid w:val="005B155E"/>
    <w:rsid w:val="005B1963"/>
    <w:rsid w:val="005B1B87"/>
    <w:rsid w:val="005B20C1"/>
    <w:rsid w:val="005B236D"/>
    <w:rsid w:val="005B27E8"/>
    <w:rsid w:val="005B30F0"/>
    <w:rsid w:val="005B4330"/>
    <w:rsid w:val="005B48C7"/>
    <w:rsid w:val="005B4987"/>
    <w:rsid w:val="005B4FD4"/>
    <w:rsid w:val="005B50B6"/>
    <w:rsid w:val="005B54A4"/>
    <w:rsid w:val="005B5511"/>
    <w:rsid w:val="005B558D"/>
    <w:rsid w:val="005B5629"/>
    <w:rsid w:val="005B5635"/>
    <w:rsid w:val="005B5F46"/>
    <w:rsid w:val="005B67A5"/>
    <w:rsid w:val="005B6B42"/>
    <w:rsid w:val="005B6BD3"/>
    <w:rsid w:val="005B6F8C"/>
    <w:rsid w:val="005B746D"/>
    <w:rsid w:val="005C000A"/>
    <w:rsid w:val="005C01BC"/>
    <w:rsid w:val="005C079E"/>
    <w:rsid w:val="005C099D"/>
    <w:rsid w:val="005C0CFF"/>
    <w:rsid w:val="005C0DB6"/>
    <w:rsid w:val="005C0E0E"/>
    <w:rsid w:val="005C1354"/>
    <w:rsid w:val="005C1886"/>
    <w:rsid w:val="005C1B90"/>
    <w:rsid w:val="005C332D"/>
    <w:rsid w:val="005C334E"/>
    <w:rsid w:val="005C3AAC"/>
    <w:rsid w:val="005C4793"/>
    <w:rsid w:val="005C4E9F"/>
    <w:rsid w:val="005C5157"/>
    <w:rsid w:val="005C5810"/>
    <w:rsid w:val="005C5B37"/>
    <w:rsid w:val="005C5F6B"/>
    <w:rsid w:val="005C655F"/>
    <w:rsid w:val="005C6FB9"/>
    <w:rsid w:val="005C70C9"/>
    <w:rsid w:val="005C7267"/>
    <w:rsid w:val="005C7612"/>
    <w:rsid w:val="005C7B68"/>
    <w:rsid w:val="005C7FD4"/>
    <w:rsid w:val="005D03DD"/>
    <w:rsid w:val="005D0581"/>
    <w:rsid w:val="005D0A2F"/>
    <w:rsid w:val="005D0B8C"/>
    <w:rsid w:val="005D0F26"/>
    <w:rsid w:val="005D0F51"/>
    <w:rsid w:val="005D1027"/>
    <w:rsid w:val="005D1916"/>
    <w:rsid w:val="005D19EA"/>
    <w:rsid w:val="005D1FB8"/>
    <w:rsid w:val="005D210F"/>
    <w:rsid w:val="005D2153"/>
    <w:rsid w:val="005D2A78"/>
    <w:rsid w:val="005D2CDC"/>
    <w:rsid w:val="005D40F6"/>
    <w:rsid w:val="005D43A4"/>
    <w:rsid w:val="005D44EB"/>
    <w:rsid w:val="005D4E82"/>
    <w:rsid w:val="005D4F72"/>
    <w:rsid w:val="005D57A7"/>
    <w:rsid w:val="005D5900"/>
    <w:rsid w:val="005D5FE1"/>
    <w:rsid w:val="005D60C9"/>
    <w:rsid w:val="005D618F"/>
    <w:rsid w:val="005E0743"/>
    <w:rsid w:val="005E0C22"/>
    <w:rsid w:val="005E10A7"/>
    <w:rsid w:val="005E1350"/>
    <w:rsid w:val="005E152A"/>
    <w:rsid w:val="005E1A9F"/>
    <w:rsid w:val="005E2D4C"/>
    <w:rsid w:val="005E3A57"/>
    <w:rsid w:val="005E3AE4"/>
    <w:rsid w:val="005E3CC9"/>
    <w:rsid w:val="005E401C"/>
    <w:rsid w:val="005E449A"/>
    <w:rsid w:val="005E44E3"/>
    <w:rsid w:val="005E55F1"/>
    <w:rsid w:val="005E592A"/>
    <w:rsid w:val="005E5BA0"/>
    <w:rsid w:val="005E5E0F"/>
    <w:rsid w:val="005E662E"/>
    <w:rsid w:val="005E75AD"/>
    <w:rsid w:val="005E79B9"/>
    <w:rsid w:val="005F0970"/>
    <w:rsid w:val="005F12DE"/>
    <w:rsid w:val="005F1693"/>
    <w:rsid w:val="005F229B"/>
    <w:rsid w:val="005F2774"/>
    <w:rsid w:val="005F27FE"/>
    <w:rsid w:val="005F28BF"/>
    <w:rsid w:val="005F3173"/>
    <w:rsid w:val="005F3405"/>
    <w:rsid w:val="005F3461"/>
    <w:rsid w:val="005F4B7D"/>
    <w:rsid w:val="005F4D0F"/>
    <w:rsid w:val="005F4F35"/>
    <w:rsid w:val="005F556C"/>
    <w:rsid w:val="005F6439"/>
    <w:rsid w:val="005F6918"/>
    <w:rsid w:val="005F6A26"/>
    <w:rsid w:val="005F7298"/>
    <w:rsid w:val="00600068"/>
    <w:rsid w:val="00600609"/>
    <w:rsid w:val="0060091B"/>
    <w:rsid w:val="0060168D"/>
    <w:rsid w:val="006017E7"/>
    <w:rsid w:val="006029FC"/>
    <w:rsid w:val="00602CC0"/>
    <w:rsid w:val="00602DD8"/>
    <w:rsid w:val="00602E3B"/>
    <w:rsid w:val="00603232"/>
    <w:rsid w:val="006034F0"/>
    <w:rsid w:val="00603AC7"/>
    <w:rsid w:val="00603F2D"/>
    <w:rsid w:val="00604504"/>
    <w:rsid w:val="006048F8"/>
    <w:rsid w:val="00604FD0"/>
    <w:rsid w:val="0060501B"/>
    <w:rsid w:val="006050A2"/>
    <w:rsid w:val="00605140"/>
    <w:rsid w:val="006052FF"/>
    <w:rsid w:val="00605BA6"/>
    <w:rsid w:val="00605BDC"/>
    <w:rsid w:val="00605FD4"/>
    <w:rsid w:val="00606174"/>
    <w:rsid w:val="006066C8"/>
    <w:rsid w:val="00607516"/>
    <w:rsid w:val="00607ED8"/>
    <w:rsid w:val="006101C5"/>
    <w:rsid w:val="006103D6"/>
    <w:rsid w:val="0061046F"/>
    <w:rsid w:val="00610A6D"/>
    <w:rsid w:val="006114AB"/>
    <w:rsid w:val="006115B6"/>
    <w:rsid w:val="006115D4"/>
    <w:rsid w:val="00611838"/>
    <w:rsid w:val="00612363"/>
    <w:rsid w:val="006125E0"/>
    <w:rsid w:val="00612B6A"/>
    <w:rsid w:val="00612DB6"/>
    <w:rsid w:val="006130EE"/>
    <w:rsid w:val="00613873"/>
    <w:rsid w:val="00613BBC"/>
    <w:rsid w:val="00614EBF"/>
    <w:rsid w:val="006158B7"/>
    <w:rsid w:val="00615FD3"/>
    <w:rsid w:val="0061658B"/>
    <w:rsid w:val="006166D0"/>
    <w:rsid w:val="006168CB"/>
    <w:rsid w:val="00616EA4"/>
    <w:rsid w:val="00617A04"/>
    <w:rsid w:val="00617F91"/>
    <w:rsid w:val="00620C47"/>
    <w:rsid w:val="006217BC"/>
    <w:rsid w:val="00621F1F"/>
    <w:rsid w:val="00622DF4"/>
    <w:rsid w:val="00623A20"/>
    <w:rsid w:val="00623C0D"/>
    <w:rsid w:val="00623F7C"/>
    <w:rsid w:val="006245D9"/>
    <w:rsid w:val="00624C29"/>
    <w:rsid w:val="00625BD1"/>
    <w:rsid w:val="00626B16"/>
    <w:rsid w:val="00626E96"/>
    <w:rsid w:val="00626F88"/>
    <w:rsid w:val="006273AD"/>
    <w:rsid w:val="0062769A"/>
    <w:rsid w:val="00627770"/>
    <w:rsid w:val="00627B41"/>
    <w:rsid w:val="00627D8D"/>
    <w:rsid w:val="00627DB0"/>
    <w:rsid w:val="00627EEF"/>
    <w:rsid w:val="00630050"/>
    <w:rsid w:val="00630B2B"/>
    <w:rsid w:val="00630E88"/>
    <w:rsid w:val="00631AE7"/>
    <w:rsid w:val="006320CF"/>
    <w:rsid w:val="00633537"/>
    <w:rsid w:val="00633E3F"/>
    <w:rsid w:val="0063438F"/>
    <w:rsid w:val="00634843"/>
    <w:rsid w:val="006348DC"/>
    <w:rsid w:val="00634C6E"/>
    <w:rsid w:val="0063513D"/>
    <w:rsid w:val="006357EC"/>
    <w:rsid w:val="006358A7"/>
    <w:rsid w:val="00635B16"/>
    <w:rsid w:val="00635BD5"/>
    <w:rsid w:val="0063608A"/>
    <w:rsid w:val="0063685A"/>
    <w:rsid w:val="00636932"/>
    <w:rsid w:val="00636AC8"/>
    <w:rsid w:val="00636AF4"/>
    <w:rsid w:val="00637071"/>
    <w:rsid w:val="00637341"/>
    <w:rsid w:val="0064071C"/>
    <w:rsid w:val="006415FF"/>
    <w:rsid w:val="006417C2"/>
    <w:rsid w:val="006420A8"/>
    <w:rsid w:val="00642434"/>
    <w:rsid w:val="00642C22"/>
    <w:rsid w:val="0064341C"/>
    <w:rsid w:val="0064366D"/>
    <w:rsid w:val="00643B61"/>
    <w:rsid w:val="00643FE3"/>
    <w:rsid w:val="00645285"/>
    <w:rsid w:val="00646646"/>
    <w:rsid w:val="00646929"/>
    <w:rsid w:val="00646956"/>
    <w:rsid w:val="00646D37"/>
    <w:rsid w:val="006470BB"/>
    <w:rsid w:val="006477BC"/>
    <w:rsid w:val="00647C2C"/>
    <w:rsid w:val="006505E9"/>
    <w:rsid w:val="006506E0"/>
    <w:rsid w:val="006506EE"/>
    <w:rsid w:val="00650910"/>
    <w:rsid w:val="0065098A"/>
    <w:rsid w:val="006509EB"/>
    <w:rsid w:val="00650DDC"/>
    <w:rsid w:val="00651D69"/>
    <w:rsid w:val="00651DDD"/>
    <w:rsid w:val="00652154"/>
    <w:rsid w:val="00652177"/>
    <w:rsid w:val="00652CE0"/>
    <w:rsid w:val="00652F8C"/>
    <w:rsid w:val="00653D7F"/>
    <w:rsid w:val="00653E87"/>
    <w:rsid w:val="0065405C"/>
    <w:rsid w:val="00655B2F"/>
    <w:rsid w:val="00655D24"/>
    <w:rsid w:val="00655EFF"/>
    <w:rsid w:val="00656673"/>
    <w:rsid w:val="006600EC"/>
    <w:rsid w:val="006604F6"/>
    <w:rsid w:val="006610BF"/>
    <w:rsid w:val="00661456"/>
    <w:rsid w:val="006616A8"/>
    <w:rsid w:val="006618E2"/>
    <w:rsid w:val="006619DC"/>
    <w:rsid w:val="00662802"/>
    <w:rsid w:val="006628A6"/>
    <w:rsid w:val="006628C9"/>
    <w:rsid w:val="006633CD"/>
    <w:rsid w:val="0066354C"/>
    <w:rsid w:val="00663725"/>
    <w:rsid w:val="00663E49"/>
    <w:rsid w:val="00663E58"/>
    <w:rsid w:val="00664A3C"/>
    <w:rsid w:val="00664C60"/>
    <w:rsid w:val="00665270"/>
    <w:rsid w:val="0066578F"/>
    <w:rsid w:val="00666258"/>
    <w:rsid w:val="00666294"/>
    <w:rsid w:val="006669FB"/>
    <w:rsid w:val="00666B42"/>
    <w:rsid w:val="00666C74"/>
    <w:rsid w:val="00667619"/>
    <w:rsid w:val="00667703"/>
    <w:rsid w:val="00667B32"/>
    <w:rsid w:val="00667E3F"/>
    <w:rsid w:val="006705BE"/>
    <w:rsid w:val="0067093F"/>
    <w:rsid w:val="00671016"/>
    <w:rsid w:val="0067125E"/>
    <w:rsid w:val="00671377"/>
    <w:rsid w:val="00671438"/>
    <w:rsid w:val="00671778"/>
    <w:rsid w:val="00672193"/>
    <w:rsid w:val="00672195"/>
    <w:rsid w:val="0067256D"/>
    <w:rsid w:val="00672A25"/>
    <w:rsid w:val="0067322C"/>
    <w:rsid w:val="0067332F"/>
    <w:rsid w:val="006733A7"/>
    <w:rsid w:val="00673787"/>
    <w:rsid w:val="00673AD7"/>
    <w:rsid w:val="00673CCC"/>
    <w:rsid w:val="00673F51"/>
    <w:rsid w:val="00675008"/>
    <w:rsid w:val="006756AF"/>
    <w:rsid w:val="00676ADD"/>
    <w:rsid w:val="00676F22"/>
    <w:rsid w:val="00676F5C"/>
    <w:rsid w:val="00677010"/>
    <w:rsid w:val="00677247"/>
    <w:rsid w:val="00677653"/>
    <w:rsid w:val="006777CA"/>
    <w:rsid w:val="006778E5"/>
    <w:rsid w:val="00677B25"/>
    <w:rsid w:val="00680CC9"/>
    <w:rsid w:val="00681BC2"/>
    <w:rsid w:val="00682567"/>
    <w:rsid w:val="00682F0C"/>
    <w:rsid w:val="006832D2"/>
    <w:rsid w:val="00683588"/>
    <w:rsid w:val="00683871"/>
    <w:rsid w:val="006838A4"/>
    <w:rsid w:val="006843EC"/>
    <w:rsid w:val="00684418"/>
    <w:rsid w:val="00684510"/>
    <w:rsid w:val="00685C89"/>
    <w:rsid w:val="00686EA5"/>
    <w:rsid w:val="006875DC"/>
    <w:rsid w:val="006877A7"/>
    <w:rsid w:val="00690205"/>
    <w:rsid w:val="0069047E"/>
    <w:rsid w:val="00690485"/>
    <w:rsid w:val="00690AEA"/>
    <w:rsid w:val="00690CF1"/>
    <w:rsid w:val="006912EC"/>
    <w:rsid w:val="006915B4"/>
    <w:rsid w:val="00691AEA"/>
    <w:rsid w:val="00691B43"/>
    <w:rsid w:val="0069265A"/>
    <w:rsid w:val="006926F1"/>
    <w:rsid w:val="00692D7C"/>
    <w:rsid w:val="00693AF9"/>
    <w:rsid w:val="00693D70"/>
    <w:rsid w:val="00693DC2"/>
    <w:rsid w:val="00693F5D"/>
    <w:rsid w:val="006944A0"/>
    <w:rsid w:val="00694DF4"/>
    <w:rsid w:val="0069535D"/>
    <w:rsid w:val="006956E0"/>
    <w:rsid w:val="0069592A"/>
    <w:rsid w:val="00695948"/>
    <w:rsid w:val="00695AF7"/>
    <w:rsid w:val="00695D93"/>
    <w:rsid w:val="00696238"/>
    <w:rsid w:val="00696970"/>
    <w:rsid w:val="006979F1"/>
    <w:rsid w:val="00697B2F"/>
    <w:rsid w:val="00697C87"/>
    <w:rsid w:val="006A0756"/>
    <w:rsid w:val="006A08EE"/>
    <w:rsid w:val="006A0D68"/>
    <w:rsid w:val="006A1027"/>
    <w:rsid w:val="006A10B0"/>
    <w:rsid w:val="006A19A6"/>
    <w:rsid w:val="006A19B2"/>
    <w:rsid w:val="006A1FDB"/>
    <w:rsid w:val="006A27BD"/>
    <w:rsid w:val="006A31A3"/>
    <w:rsid w:val="006A3689"/>
    <w:rsid w:val="006A3B6D"/>
    <w:rsid w:val="006A3C5B"/>
    <w:rsid w:val="006A3C67"/>
    <w:rsid w:val="006A3CFF"/>
    <w:rsid w:val="006A464F"/>
    <w:rsid w:val="006A4853"/>
    <w:rsid w:val="006A4AA9"/>
    <w:rsid w:val="006A4D1B"/>
    <w:rsid w:val="006A542D"/>
    <w:rsid w:val="006A641D"/>
    <w:rsid w:val="006A65F6"/>
    <w:rsid w:val="006A6954"/>
    <w:rsid w:val="006A6DEE"/>
    <w:rsid w:val="006A6FD2"/>
    <w:rsid w:val="006A716B"/>
    <w:rsid w:val="006A74A2"/>
    <w:rsid w:val="006A7B0B"/>
    <w:rsid w:val="006B0190"/>
    <w:rsid w:val="006B025C"/>
    <w:rsid w:val="006B051C"/>
    <w:rsid w:val="006B0591"/>
    <w:rsid w:val="006B0788"/>
    <w:rsid w:val="006B09D5"/>
    <w:rsid w:val="006B09E3"/>
    <w:rsid w:val="006B0B4F"/>
    <w:rsid w:val="006B1173"/>
    <w:rsid w:val="006B1C6B"/>
    <w:rsid w:val="006B2104"/>
    <w:rsid w:val="006B21B9"/>
    <w:rsid w:val="006B2636"/>
    <w:rsid w:val="006B297E"/>
    <w:rsid w:val="006B335C"/>
    <w:rsid w:val="006B3A30"/>
    <w:rsid w:val="006B3D7C"/>
    <w:rsid w:val="006B4082"/>
    <w:rsid w:val="006B45CC"/>
    <w:rsid w:val="006B48DC"/>
    <w:rsid w:val="006B52D1"/>
    <w:rsid w:val="006B5A93"/>
    <w:rsid w:val="006B5D36"/>
    <w:rsid w:val="006B6051"/>
    <w:rsid w:val="006B628E"/>
    <w:rsid w:val="006B643B"/>
    <w:rsid w:val="006B677E"/>
    <w:rsid w:val="006B703F"/>
    <w:rsid w:val="006B715E"/>
    <w:rsid w:val="006B73F8"/>
    <w:rsid w:val="006B7461"/>
    <w:rsid w:val="006B7494"/>
    <w:rsid w:val="006B75B7"/>
    <w:rsid w:val="006B768A"/>
    <w:rsid w:val="006B773C"/>
    <w:rsid w:val="006C0112"/>
    <w:rsid w:val="006C034E"/>
    <w:rsid w:val="006C0661"/>
    <w:rsid w:val="006C0841"/>
    <w:rsid w:val="006C0BE3"/>
    <w:rsid w:val="006C16CE"/>
    <w:rsid w:val="006C1915"/>
    <w:rsid w:val="006C224F"/>
    <w:rsid w:val="006C27C9"/>
    <w:rsid w:val="006C27EC"/>
    <w:rsid w:val="006C3525"/>
    <w:rsid w:val="006C353C"/>
    <w:rsid w:val="006C367F"/>
    <w:rsid w:val="006C41C8"/>
    <w:rsid w:val="006C4883"/>
    <w:rsid w:val="006C70BE"/>
    <w:rsid w:val="006C7381"/>
    <w:rsid w:val="006C7931"/>
    <w:rsid w:val="006C7A5E"/>
    <w:rsid w:val="006C7C61"/>
    <w:rsid w:val="006D08BC"/>
    <w:rsid w:val="006D08BD"/>
    <w:rsid w:val="006D0D71"/>
    <w:rsid w:val="006D159E"/>
    <w:rsid w:val="006D172B"/>
    <w:rsid w:val="006D1A56"/>
    <w:rsid w:val="006D1E97"/>
    <w:rsid w:val="006D1EAD"/>
    <w:rsid w:val="006D206E"/>
    <w:rsid w:val="006D2302"/>
    <w:rsid w:val="006D2637"/>
    <w:rsid w:val="006D29CE"/>
    <w:rsid w:val="006D2A5F"/>
    <w:rsid w:val="006D2DC9"/>
    <w:rsid w:val="006D2E6E"/>
    <w:rsid w:val="006D3457"/>
    <w:rsid w:val="006D34F0"/>
    <w:rsid w:val="006D5456"/>
    <w:rsid w:val="006D54CA"/>
    <w:rsid w:val="006D5824"/>
    <w:rsid w:val="006D5CBB"/>
    <w:rsid w:val="006D5DF0"/>
    <w:rsid w:val="006D6367"/>
    <w:rsid w:val="006D679B"/>
    <w:rsid w:val="006D70BE"/>
    <w:rsid w:val="006D723C"/>
    <w:rsid w:val="006E002D"/>
    <w:rsid w:val="006E0112"/>
    <w:rsid w:val="006E0380"/>
    <w:rsid w:val="006E0B82"/>
    <w:rsid w:val="006E1098"/>
    <w:rsid w:val="006E12C5"/>
    <w:rsid w:val="006E13B5"/>
    <w:rsid w:val="006E1A25"/>
    <w:rsid w:val="006E1D3A"/>
    <w:rsid w:val="006E2175"/>
    <w:rsid w:val="006E2547"/>
    <w:rsid w:val="006E3069"/>
    <w:rsid w:val="006E318E"/>
    <w:rsid w:val="006E3268"/>
    <w:rsid w:val="006E35FB"/>
    <w:rsid w:val="006E4186"/>
    <w:rsid w:val="006E47FE"/>
    <w:rsid w:val="006E481A"/>
    <w:rsid w:val="006E55D8"/>
    <w:rsid w:val="006E5950"/>
    <w:rsid w:val="006E5CF8"/>
    <w:rsid w:val="006E622F"/>
    <w:rsid w:val="006E63AD"/>
    <w:rsid w:val="006E70C0"/>
    <w:rsid w:val="006E7600"/>
    <w:rsid w:val="006E78CF"/>
    <w:rsid w:val="006E7D45"/>
    <w:rsid w:val="006F069B"/>
    <w:rsid w:val="006F19F3"/>
    <w:rsid w:val="006F1C8B"/>
    <w:rsid w:val="006F2249"/>
    <w:rsid w:val="006F2A61"/>
    <w:rsid w:val="006F314C"/>
    <w:rsid w:val="006F3A15"/>
    <w:rsid w:val="006F43CE"/>
    <w:rsid w:val="006F489F"/>
    <w:rsid w:val="006F4B81"/>
    <w:rsid w:val="006F5C00"/>
    <w:rsid w:val="006F5DDC"/>
    <w:rsid w:val="006F5DE6"/>
    <w:rsid w:val="006F6272"/>
    <w:rsid w:val="006F70B9"/>
    <w:rsid w:val="006F7507"/>
    <w:rsid w:val="006F7563"/>
    <w:rsid w:val="0070002A"/>
    <w:rsid w:val="007000E3"/>
    <w:rsid w:val="007002D8"/>
    <w:rsid w:val="00700890"/>
    <w:rsid w:val="0070097F"/>
    <w:rsid w:val="00701FA8"/>
    <w:rsid w:val="0070229E"/>
    <w:rsid w:val="00702D19"/>
    <w:rsid w:val="00702F88"/>
    <w:rsid w:val="0070335A"/>
    <w:rsid w:val="0070348F"/>
    <w:rsid w:val="00703F6D"/>
    <w:rsid w:val="0070408E"/>
    <w:rsid w:val="0070419F"/>
    <w:rsid w:val="00704711"/>
    <w:rsid w:val="00704DC6"/>
    <w:rsid w:val="0070515C"/>
    <w:rsid w:val="0070517A"/>
    <w:rsid w:val="00705238"/>
    <w:rsid w:val="007054B9"/>
    <w:rsid w:val="00705CA0"/>
    <w:rsid w:val="00706A36"/>
    <w:rsid w:val="00706A94"/>
    <w:rsid w:val="00707179"/>
    <w:rsid w:val="00707CCC"/>
    <w:rsid w:val="0071076A"/>
    <w:rsid w:val="00710908"/>
    <w:rsid w:val="00710BC3"/>
    <w:rsid w:val="007112B4"/>
    <w:rsid w:val="007112D4"/>
    <w:rsid w:val="0071132B"/>
    <w:rsid w:val="00711D62"/>
    <w:rsid w:val="007121E0"/>
    <w:rsid w:val="00713397"/>
    <w:rsid w:val="007133D0"/>
    <w:rsid w:val="007141D5"/>
    <w:rsid w:val="007144DF"/>
    <w:rsid w:val="007145A3"/>
    <w:rsid w:val="00714796"/>
    <w:rsid w:val="007149CF"/>
    <w:rsid w:val="00714A92"/>
    <w:rsid w:val="00714BFE"/>
    <w:rsid w:val="0071501D"/>
    <w:rsid w:val="00715722"/>
    <w:rsid w:val="00716194"/>
    <w:rsid w:val="0071626A"/>
    <w:rsid w:val="00716AB6"/>
    <w:rsid w:val="00716DE6"/>
    <w:rsid w:val="00717459"/>
    <w:rsid w:val="007177EE"/>
    <w:rsid w:val="00717860"/>
    <w:rsid w:val="00717E29"/>
    <w:rsid w:val="007202A9"/>
    <w:rsid w:val="0072045D"/>
    <w:rsid w:val="0072109E"/>
    <w:rsid w:val="007210BC"/>
    <w:rsid w:val="007223E6"/>
    <w:rsid w:val="0072250A"/>
    <w:rsid w:val="0072263C"/>
    <w:rsid w:val="00722FC9"/>
    <w:rsid w:val="0072375E"/>
    <w:rsid w:val="00723802"/>
    <w:rsid w:val="00723AD7"/>
    <w:rsid w:val="00723B6D"/>
    <w:rsid w:val="0072426E"/>
    <w:rsid w:val="007257BF"/>
    <w:rsid w:val="00726639"/>
    <w:rsid w:val="0072710D"/>
    <w:rsid w:val="00727686"/>
    <w:rsid w:val="007276C4"/>
    <w:rsid w:val="00727A45"/>
    <w:rsid w:val="00730FDE"/>
    <w:rsid w:val="00731212"/>
    <w:rsid w:val="007315CB"/>
    <w:rsid w:val="007321E9"/>
    <w:rsid w:val="00732ADE"/>
    <w:rsid w:val="00732F86"/>
    <w:rsid w:val="0073324B"/>
    <w:rsid w:val="007335F5"/>
    <w:rsid w:val="007337E5"/>
    <w:rsid w:val="00733985"/>
    <w:rsid w:val="00733CA0"/>
    <w:rsid w:val="00733CF8"/>
    <w:rsid w:val="007340E6"/>
    <w:rsid w:val="007347E5"/>
    <w:rsid w:val="00734B6E"/>
    <w:rsid w:val="0073544C"/>
    <w:rsid w:val="00735754"/>
    <w:rsid w:val="00735789"/>
    <w:rsid w:val="00735A5D"/>
    <w:rsid w:val="00735DA6"/>
    <w:rsid w:val="007360A0"/>
    <w:rsid w:val="007366BE"/>
    <w:rsid w:val="00737439"/>
    <w:rsid w:val="0073794D"/>
    <w:rsid w:val="0073796A"/>
    <w:rsid w:val="00737992"/>
    <w:rsid w:val="00740382"/>
    <w:rsid w:val="0074053A"/>
    <w:rsid w:val="00740627"/>
    <w:rsid w:val="00740E95"/>
    <w:rsid w:val="00740FF7"/>
    <w:rsid w:val="0074105D"/>
    <w:rsid w:val="0074122C"/>
    <w:rsid w:val="00741E81"/>
    <w:rsid w:val="00742035"/>
    <w:rsid w:val="00742186"/>
    <w:rsid w:val="00742278"/>
    <w:rsid w:val="00743015"/>
    <w:rsid w:val="007430E7"/>
    <w:rsid w:val="0074349D"/>
    <w:rsid w:val="007435E5"/>
    <w:rsid w:val="007435ED"/>
    <w:rsid w:val="007440A7"/>
    <w:rsid w:val="0074413E"/>
    <w:rsid w:val="0074455E"/>
    <w:rsid w:val="00744618"/>
    <w:rsid w:val="00744A20"/>
    <w:rsid w:val="0074510A"/>
    <w:rsid w:val="007455D6"/>
    <w:rsid w:val="007456B8"/>
    <w:rsid w:val="007457A0"/>
    <w:rsid w:val="0074586F"/>
    <w:rsid w:val="00745CA3"/>
    <w:rsid w:val="0074614D"/>
    <w:rsid w:val="007467FD"/>
    <w:rsid w:val="00746E23"/>
    <w:rsid w:val="00747333"/>
    <w:rsid w:val="00750034"/>
    <w:rsid w:val="007503D6"/>
    <w:rsid w:val="00751BE4"/>
    <w:rsid w:val="00751BF0"/>
    <w:rsid w:val="00751FBF"/>
    <w:rsid w:val="0075207E"/>
    <w:rsid w:val="007523AB"/>
    <w:rsid w:val="007524EB"/>
    <w:rsid w:val="00752B5F"/>
    <w:rsid w:val="00752D6B"/>
    <w:rsid w:val="0075351A"/>
    <w:rsid w:val="0075376E"/>
    <w:rsid w:val="00753EF0"/>
    <w:rsid w:val="00754286"/>
    <w:rsid w:val="007544C0"/>
    <w:rsid w:val="00754F91"/>
    <w:rsid w:val="00755890"/>
    <w:rsid w:val="00755C92"/>
    <w:rsid w:val="00755D6B"/>
    <w:rsid w:val="00755F8B"/>
    <w:rsid w:val="007566B9"/>
    <w:rsid w:val="00756975"/>
    <w:rsid w:val="0075716B"/>
    <w:rsid w:val="007573FE"/>
    <w:rsid w:val="007579AD"/>
    <w:rsid w:val="00757C8E"/>
    <w:rsid w:val="0076006C"/>
    <w:rsid w:val="007608E3"/>
    <w:rsid w:val="00760F6A"/>
    <w:rsid w:val="00761283"/>
    <w:rsid w:val="007612EC"/>
    <w:rsid w:val="00761770"/>
    <w:rsid w:val="007618E2"/>
    <w:rsid w:val="00762754"/>
    <w:rsid w:val="00762BB9"/>
    <w:rsid w:val="00763A37"/>
    <w:rsid w:val="007643F9"/>
    <w:rsid w:val="0076440E"/>
    <w:rsid w:val="00764713"/>
    <w:rsid w:val="00764800"/>
    <w:rsid w:val="00764AD8"/>
    <w:rsid w:val="00764CBA"/>
    <w:rsid w:val="00764F9A"/>
    <w:rsid w:val="007655EF"/>
    <w:rsid w:val="007658F3"/>
    <w:rsid w:val="00765BF4"/>
    <w:rsid w:val="0076624D"/>
    <w:rsid w:val="007663F3"/>
    <w:rsid w:val="007673FE"/>
    <w:rsid w:val="0076752E"/>
    <w:rsid w:val="0076753B"/>
    <w:rsid w:val="007677C6"/>
    <w:rsid w:val="007678C3"/>
    <w:rsid w:val="00771009"/>
    <w:rsid w:val="0077101C"/>
    <w:rsid w:val="00771EE9"/>
    <w:rsid w:val="0077216E"/>
    <w:rsid w:val="007729F1"/>
    <w:rsid w:val="00773403"/>
    <w:rsid w:val="00773B4B"/>
    <w:rsid w:val="00773FA4"/>
    <w:rsid w:val="007743A6"/>
    <w:rsid w:val="00774EA6"/>
    <w:rsid w:val="00775A2D"/>
    <w:rsid w:val="00775B7D"/>
    <w:rsid w:val="00775E5F"/>
    <w:rsid w:val="0077667F"/>
    <w:rsid w:val="00776ACC"/>
    <w:rsid w:val="00776AEF"/>
    <w:rsid w:val="007771B3"/>
    <w:rsid w:val="00777399"/>
    <w:rsid w:val="007774F2"/>
    <w:rsid w:val="00777B6F"/>
    <w:rsid w:val="00780174"/>
    <w:rsid w:val="007809A1"/>
    <w:rsid w:val="00780BD9"/>
    <w:rsid w:val="00780CE6"/>
    <w:rsid w:val="0078150B"/>
    <w:rsid w:val="0078236C"/>
    <w:rsid w:val="00782552"/>
    <w:rsid w:val="00782668"/>
    <w:rsid w:val="007827A4"/>
    <w:rsid w:val="00782C22"/>
    <w:rsid w:val="00783187"/>
    <w:rsid w:val="007831BB"/>
    <w:rsid w:val="007837DC"/>
    <w:rsid w:val="0078439C"/>
    <w:rsid w:val="00784460"/>
    <w:rsid w:val="0078447A"/>
    <w:rsid w:val="00784B42"/>
    <w:rsid w:val="00785021"/>
    <w:rsid w:val="0078506E"/>
    <w:rsid w:val="007852DF"/>
    <w:rsid w:val="0078546D"/>
    <w:rsid w:val="007855A0"/>
    <w:rsid w:val="00785A55"/>
    <w:rsid w:val="007865F4"/>
    <w:rsid w:val="00786A09"/>
    <w:rsid w:val="00787282"/>
    <w:rsid w:val="00787923"/>
    <w:rsid w:val="00790B3D"/>
    <w:rsid w:val="00790B99"/>
    <w:rsid w:val="00790EF2"/>
    <w:rsid w:val="00791006"/>
    <w:rsid w:val="007916A6"/>
    <w:rsid w:val="007922CE"/>
    <w:rsid w:val="007924A9"/>
    <w:rsid w:val="0079274E"/>
    <w:rsid w:val="007927DC"/>
    <w:rsid w:val="00792DFD"/>
    <w:rsid w:val="00793967"/>
    <w:rsid w:val="00793FF5"/>
    <w:rsid w:val="007944E5"/>
    <w:rsid w:val="007944ED"/>
    <w:rsid w:val="007948DB"/>
    <w:rsid w:val="007953EF"/>
    <w:rsid w:val="0079582F"/>
    <w:rsid w:val="00795DA6"/>
    <w:rsid w:val="00795F43"/>
    <w:rsid w:val="00795FD3"/>
    <w:rsid w:val="00796C78"/>
    <w:rsid w:val="00796FB8"/>
    <w:rsid w:val="007972F2"/>
    <w:rsid w:val="00797B44"/>
    <w:rsid w:val="00797B5B"/>
    <w:rsid w:val="007A02B3"/>
    <w:rsid w:val="007A05A9"/>
    <w:rsid w:val="007A077D"/>
    <w:rsid w:val="007A0965"/>
    <w:rsid w:val="007A0B1A"/>
    <w:rsid w:val="007A0ECB"/>
    <w:rsid w:val="007A0F35"/>
    <w:rsid w:val="007A1636"/>
    <w:rsid w:val="007A1665"/>
    <w:rsid w:val="007A16BF"/>
    <w:rsid w:val="007A1A74"/>
    <w:rsid w:val="007A22B7"/>
    <w:rsid w:val="007A2BD2"/>
    <w:rsid w:val="007A2BE0"/>
    <w:rsid w:val="007A2EE2"/>
    <w:rsid w:val="007A3BDC"/>
    <w:rsid w:val="007A3ED6"/>
    <w:rsid w:val="007A3F7B"/>
    <w:rsid w:val="007A4281"/>
    <w:rsid w:val="007A4702"/>
    <w:rsid w:val="007A49E7"/>
    <w:rsid w:val="007A5646"/>
    <w:rsid w:val="007A5BF6"/>
    <w:rsid w:val="007A5DDD"/>
    <w:rsid w:val="007A6094"/>
    <w:rsid w:val="007A61AC"/>
    <w:rsid w:val="007A6718"/>
    <w:rsid w:val="007A6B4C"/>
    <w:rsid w:val="007A72FC"/>
    <w:rsid w:val="007A7A6D"/>
    <w:rsid w:val="007A7F4D"/>
    <w:rsid w:val="007B008F"/>
    <w:rsid w:val="007B053B"/>
    <w:rsid w:val="007B0F7C"/>
    <w:rsid w:val="007B24D8"/>
    <w:rsid w:val="007B2B91"/>
    <w:rsid w:val="007B3C78"/>
    <w:rsid w:val="007B3C87"/>
    <w:rsid w:val="007B48BB"/>
    <w:rsid w:val="007B51C3"/>
    <w:rsid w:val="007B5855"/>
    <w:rsid w:val="007B59C3"/>
    <w:rsid w:val="007B59D9"/>
    <w:rsid w:val="007B6260"/>
    <w:rsid w:val="007B63F9"/>
    <w:rsid w:val="007B6EF6"/>
    <w:rsid w:val="007B7C37"/>
    <w:rsid w:val="007B7C6A"/>
    <w:rsid w:val="007C068F"/>
    <w:rsid w:val="007C0877"/>
    <w:rsid w:val="007C1114"/>
    <w:rsid w:val="007C1B59"/>
    <w:rsid w:val="007C1CAF"/>
    <w:rsid w:val="007C2412"/>
    <w:rsid w:val="007C2566"/>
    <w:rsid w:val="007C2762"/>
    <w:rsid w:val="007C31EE"/>
    <w:rsid w:val="007C3286"/>
    <w:rsid w:val="007C32E9"/>
    <w:rsid w:val="007C3610"/>
    <w:rsid w:val="007C3611"/>
    <w:rsid w:val="007C3960"/>
    <w:rsid w:val="007C406F"/>
    <w:rsid w:val="007C44C5"/>
    <w:rsid w:val="007C4E1C"/>
    <w:rsid w:val="007C4F1E"/>
    <w:rsid w:val="007C5194"/>
    <w:rsid w:val="007C5315"/>
    <w:rsid w:val="007C56EC"/>
    <w:rsid w:val="007C5EF4"/>
    <w:rsid w:val="007C63CE"/>
    <w:rsid w:val="007C68AF"/>
    <w:rsid w:val="007C6A32"/>
    <w:rsid w:val="007C6C97"/>
    <w:rsid w:val="007C6E45"/>
    <w:rsid w:val="007C6EA0"/>
    <w:rsid w:val="007C7027"/>
    <w:rsid w:val="007C732A"/>
    <w:rsid w:val="007D11E7"/>
    <w:rsid w:val="007D1402"/>
    <w:rsid w:val="007D1A59"/>
    <w:rsid w:val="007D1E72"/>
    <w:rsid w:val="007D21C0"/>
    <w:rsid w:val="007D2303"/>
    <w:rsid w:val="007D24A8"/>
    <w:rsid w:val="007D2D3E"/>
    <w:rsid w:val="007D2D7A"/>
    <w:rsid w:val="007D36A4"/>
    <w:rsid w:val="007D385F"/>
    <w:rsid w:val="007D3F51"/>
    <w:rsid w:val="007D4528"/>
    <w:rsid w:val="007D4DF5"/>
    <w:rsid w:val="007D4E99"/>
    <w:rsid w:val="007D52A3"/>
    <w:rsid w:val="007D5374"/>
    <w:rsid w:val="007D5670"/>
    <w:rsid w:val="007D6285"/>
    <w:rsid w:val="007D66C9"/>
    <w:rsid w:val="007D683F"/>
    <w:rsid w:val="007D6876"/>
    <w:rsid w:val="007D6979"/>
    <w:rsid w:val="007D6C1E"/>
    <w:rsid w:val="007D798B"/>
    <w:rsid w:val="007E046E"/>
    <w:rsid w:val="007E0E5A"/>
    <w:rsid w:val="007E1526"/>
    <w:rsid w:val="007E166C"/>
    <w:rsid w:val="007E1B3F"/>
    <w:rsid w:val="007E1BFA"/>
    <w:rsid w:val="007E1D21"/>
    <w:rsid w:val="007E1F78"/>
    <w:rsid w:val="007E1FF4"/>
    <w:rsid w:val="007E208B"/>
    <w:rsid w:val="007E20E8"/>
    <w:rsid w:val="007E214F"/>
    <w:rsid w:val="007E248B"/>
    <w:rsid w:val="007E2539"/>
    <w:rsid w:val="007E292D"/>
    <w:rsid w:val="007E2DA5"/>
    <w:rsid w:val="007E3064"/>
    <w:rsid w:val="007E3403"/>
    <w:rsid w:val="007E3F25"/>
    <w:rsid w:val="007E3F6C"/>
    <w:rsid w:val="007E4941"/>
    <w:rsid w:val="007E4A80"/>
    <w:rsid w:val="007E4B7C"/>
    <w:rsid w:val="007E4BD3"/>
    <w:rsid w:val="007E51E0"/>
    <w:rsid w:val="007E544A"/>
    <w:rsid w:val="007E5AAE"/>
    <w:rsid w:val="007E5DFD"/>
    <w:rsid w:val="007E7348"/>
    <w:rsid w:val="007E737A"/>
    <w:rsid w:val="007E76F9"/>
    <w:rsid w:val="007E7CDB"/>
    <w:rsid w:val="007E7D24"/>
    <w:rsid w:val="007E7E6B"/>
    <w:rsid w:val="007F02AD"/>
    <w:rsid w:val="007F0930"/>
    <w:rsid w:val="007F14AA"/>
    <w:rsid w:val="007F15F7"/>
    <w:rsid w:val="007F174C"/>
    <w:rsid w:val="007F1765"/>
    <w:rsid w:val="007F2F24"/>
    <w:rsid w:val="007F441B"/>
    <w:rsid w:val="007F48F8"/>
    <w:rsid w:val="007F51A8"/>
    <w:rsid w:val="007F53AA"/>
    <w:rsid w:val="007F5DF8"/>
    <w:rsid w:val="007F66E9"/>
    <w:rsid w:val="007F6899"/>
    <w:rsid w:val="007F6BC6"/>
    <w:rsid w:val="007F6BF1"/>
    <w:rsid w:val="007F7277"/>
    <w:rsid w:val="007F72FF"/>
    <w:rsid w:val="007F7645"/>
    <w:rsid w:val="007F7C2A"/>
    <w:rsid w:val="00800E28"/>
    <w:rsid w:val="008015BF"/>
    <w:rsid w:val="00801B3D"/>
    <w:rsid w:val="00802BC8"/>
    <w:rsid w:val="00802CE1"/>
    <w:rsid w:val="00803109"/>
    <w:rsid w:val="0080326A"/>
    <w:rsid w:val="00803793"/>
    <w:rsid w:val="00804726"/>
    <w:rsid w:val="0080473A"/>
    <w:rsid w:val="0080565D"/>
    <w:rsid w:val="00805758"/>
    <w:rsid w:val="00805BDF"/>
    <w:rsid w:val="00806394"/>
    <w:rsid w:val="008066D3"/>
    <w:rsid w:val="00806DB4"/>
    <w:rsid w:val="00806FC8"/>
    <w:rsid w:val="008075AB"/>
    <w:rsid w:val="00810450"/>
    <w:rsid w:val="00810711"/>
    <w:rsid w:val="00810F92"/>
    <w:rsid w:val="008111F3"/>
    <w:rsid w:val="0081157C"/>
    <w:rsid w:val="008115C2"/>
    <w:rsid w:val="0081180B"/>
    <w:rsid w:val="00811C7A"/>
    <w:rsid w:val="00812027"/>
    <w:rsid w:val="008126F8"/>
    <w:rsid w:val="00812AFC"/>
    <w:rsid w:val="00813303"/>
    <w:rsid w:val="0081342B"/>
    <w:rsid w:val="00813758"/>
    <w:rsid w:val="00813C99"/>
    <w:rsid w:val="00813F60"/>
    <w:rsid w:val="0081471D"/>
    <w:rsid w:val="008147AF"/>
    <w:rsid w:val="00816165"/>
    <w:rsid w:val="008171B1"/>
    <w:rsid w:val="008174EE"/>
    <w:rsid w:val="00817591"/>
    <w:rsid w:val="008175EC"/>
    <w:rsid w:val="00817775"/>
    <w:rsid w:val="00817DF0"/>
    <w:rsid w:val="00817EC5"/>
    <w:rsid w:val="00820C72"/>
    <w:rsid w:val="00821609"/>
    <w:rsid w:val="00821CAD"/>
    <w:rsid w:val="0082213A"/>
    <w:rsid w:val="00822640"/>
    <w:rsid w:val="00822683"/>
    <w:rsid w:val="008229DA"/>
    <w:rsid w:val="00822C53"/>
    <w:rsid w:val="00822C77"/>
    <w:rsid w:val="00822D86"/>
    <w:rsid w:val="00822E8E"/>
    <w:rsid w:val="00823711"/>
    <w:rsid w:val="008239B0"/>
    <w:rsid w:val="008241B7"/>
    <w:rsid w:val="008243BF"/>
    <w:rsid w:val="008249AB"/>
    <w:rsid w:val="00825336"/>
    <w:rsid w:val="00825456"/>
    <w:rsid w:val="00825572"/>
    <w:rsid w:val="00825B50"/>
    <w:rsid w:val="00825C7E"/>
    <w:rsid w:val="00826A59"/>
    <w:rsid w:val="008274CA"/>
    <w:rsid w:val="00827C59"/>
    <w:rsid w:val="00827FD7"/>
    <w:rsid w:val="00830357"/>
    <w:rsid w:val="00830608"/>
    <w:rsid w:val="008315BC"/>
    <w:rsid w:val="0083164E"/>
    <w:rsid w:val="00833407"/>
    <w:rsid w:val="00833D0B"/>
    <w:rsid w:val="00833FA5"/>
    <w:rsid w:val="00834226"/>
    <w:rsid w:val="00834859"/>
    <w:rsid w:val="0083639C"/>
    <w:rsid w:val="008366E1"/>
    <w:rsid w:val="00836C14"/>
    <w:rsid w:val="00836EF5"/>
    <w:rsid w:val="0083702F"/>
    <w:rsid w:val="008374FF"/>
    <w:rsid w:val="00837606"/>
    <w:rsid w:val="0083769B"/>
    <w:rsid w:val="00837BD5"/>
    <w:rsid w:val="00837CCA"/>
    <w:rsid w:val="00837E64"/>
    <w:rsid w:val="00840847"/>
    <w:rsid w:val="00841436"/>
    <w:rsid w:val="0084165A"/>
    <w:rsid w:val="008416C4"/>
    <w:rsid w:val="00841814"/>
    <w:rsid w:val="0084250C"/>
    <w:rsid w:val="00842543"/>
    <w:rsid w:val="008425CC"/>
    <w:rsid w:val="0084262A"/>
    <w:rsid w:val="008428B7"/>
    <w:rsid w:val="008429DE"/>
    <w:rsid w:val="008437F5"/>
    <w:rsid w:val="00843A32"/>
    <w:rsid w:val="00843D1C"/>
    <w:rsid w:val="00843D8D"/>
    <w:rsid w:val="00843E1F"/>
    <w:rsid w:val="00843EFA"/>
    <w:rsid w:val="0084489B"/>
    <w:rsid w:val="00844EF6"/>
    <w:rsid w:val="008452D3"/>
    <w:rsid w:val="0084569D"/>
    <w:rsid w:val="008457E3"/>
    <w:rsid w:val="00845DD7"/>
    <w:rsid w:val="00845F27"/>
    <w:rsid w:val="0084647F"/>
    <w:rsid w:val="008464F6"/>
    <w:rsid w:val="00847789"/>
    <w:rsid w:val="0084791A"/>
    <w:rsid w:val="00847D16"/>
    <w:rsid w:val="00850A5B"/>
    <w:rsid w:val="00850E93"/>
    <w:rsid w:val="00851852"/>
    <w:rsid w:val="008520F6"/>
    <w:rsid w:val="00852283"/>
    <w:rsid w:val="00852402"/>
    <w:rsid w:val="0085278A"/>
    <w:rsid w:val="00852A35"/>
    <w:rsid w:val="0085358E"/>
    <w:rsid w:val="008537BA"/>
    <w:rsid w:val="00853936"/>
    <w:rsid w:val="0085437F"/>
    <w:rsid w:val="00854EA3"/>
    <w:rsid w:val="00855010"/>
    <w:rsid w:val="00855177"/>
    <w:rsid w:val="008554C9"/>
    <w:rsid w:val="00855591"/>
    <w:rsid w:val="00855919"/>
    <w:rsid w:val="00855AAF"/>
    <w:rsid w:val="00855AE7"/>
    <w:rsid w:val="00856212"/>
    <w:rsid w:val="00856724"/>
    <w:rsid w:val="00857075"/>
    <w:rsid w:val="00857E35"/>
    <w:rsid w:val="00860F62"/>
    <w:rsid w:val="0086124B"/>
    <w:rsid w:val="008616DA"/>
    <w:rsid w:val="00861E6B"/>
    <w:rsid w:val="008625E4"/>
    <w:rsid w:val="00862B1C"/>
    <w:rsid w:val="00863159"/>
    <w:rsid w:val="0086325B"/>
    <w:rsid w:val="008636D2"/>
    <w:rsid w:val="00863B1D"/>
    <w:rsid w:val="00863E3C"/>
    <w:rsid w:val="0086408C"/>
    <w:rsid w:val="008643DB"/>
    <w:rsid w:val="008643FD"/>
    <w:rsid w:val="00864A3A"/>
    <w:rsid w:val="00864C64"/>
    <w:rsid w:val="00864EC3"/>
    <w:rsid w:val="008655DB"/>
    <w:rsid w:val="008661F2"/>
    <w:rsid w:val="008676F8"/>
    <w:rsid w:val="00867868"/>
    <w:rsid w:val="008700E8"/>
    <w:rsid w:val="008711E1"/>
    <w:rsid w:val="00871445"/>
    <w:rsid w:val="008715EE"/>
    <w:rsid w:val="008716A6"/>
    <w:rsid w:val="00872177"/>
    <w:rsid w:val="008725E2"/>
    <w:rsid w:val="008729A4"/>
    <w:rsid w:val="00873128"/>
    <w:rsid w:val="0087349C"/>
    <w:rsid w:val="0087420E"/>
    <w:rsid w:val="00874F54"/>
    <w:rsid w:val="00874F8D"/>
    <w:rsid w:val="008751F3"/>
    <w:rsid w:val="00876223"/>
    <w:rsid w:val="00876400"/>
    <w:rsid w:val="008806D1"/>
    <w:rsid w:val="0088076E"/>
    <w:rsid w:val="00880F81"/>
    <w:rsid w:val="008810F4"/>
    <w:rsid w:val="0088127A"/>
    <w:rsid w:val="00881EFE"/>
    <w:rsid w:val="00882009"/>
    <w:rsid w:val="008820FF"/>
    <w:rsid w:val="008821D6"/>
    <w:rsid w:val="0088238E"/>
    <w:rsid w:val="0088281D"/>
    <w:rsid w:val="00882B4F"/>
    <w:rsid w:val="00882D17"/>
    <w:rsid w:val="0088342A"/>
    <w:rsid w:val="00883D33"/>
    <w:rsid w:val="00883E04"/>
    <w:rsid w:val="00883E61"/>
    <w:rsid w:val="00884569"/>
    <w:rsid w:val="008846BA"/>
    <w:rsid w:val="00884942"/>
    <w:rsid w:val="008852F1"/>
    <w:rsid w:val="008858D4"/>
    <w:rsid w:val="008859B7"/>
    <w:rsid w:val="008870B5"/>
    <w:rsid w:val="008878CB"/>
    <w:rsid w:val="00887DC3"/>
    <w:rsid w:val="00887F5F"/>
    <w:rsid w:val="00890A77"/>
    <w:rsid w:val="00890B20"/>
    <w:rsid w:val="00890EA4"/>
    <w:rsid w:val="00892968"/>
    <w:rsid w:val="00892A28"/>
    <w:rsid w:val="00892A62"/>
    <w:rsid w:val="00892BF1"/>
    <w:rsid w:val="00892CD8"/>
    <w:rsid w:val="00892CF1"/>
    <w:rsid w:val="00892F04"/>
    <w:rsid w:val="008931E4"/>
    <w:rsid w:val="0089333A"/>
    <w:rsid w:val="008939A6"/>
    <w:rsid w:val="00893A95"/>
    <w:rsid w:val="00893BDC"/>
    <w:rsid w:val="0089417E"/>
    <w:rsid w:val="00894402"/>
    <w:rsid w:val="008946D7"/>
    <w:rsid w:val="00894A67"/>
    <w:rsid w:val="00895388"/>
    <w:rsid w:val="0089543B"/>
    <w:rsid w:val="00895728"/>
    <w:rsid w:val="00895EF6"/>
    <w:rsid w:val="00897209"/>
    <w:rsid w:val="0089750D"/>
    <w:rsid w:val="008A090A"/>
    <w:rsid w:val="008A1C35"/>
    <w:rsid w:val="008A1CF8"/>
    <w:rsid w:val="008A263F"/>
    <w:rsid w:val="008A26EC"/>
    <w:rsid w:val="008A2B54"/>
    <w:rsid w:val="008A2C09"/>
    <w:rsid w:val="008A2C67"/>
    <w:rsid w:val="008A2D41"/>
    <w:rsid w:val="008A3E97"/>
    <w:rsid w:val="008A44F5"/>
    <w:rsid w:val="008A4BC5"/>
    <w:rsid w:val="008A50E6"/>
    <w:rsid w:val="008A5397"/>
    <w:rsid w:val="008A5C44"/>
    <w:rsid w:val="008A64C5"/>
    <w:rsid w:val="008A656F"/>
    <w:rsid w:val="008A69CA"/>
    <w:rsid w:val="008A6F09"/>
    <w:rsid w:val="008A7273"/>
    <w:rsid w:val="008A74E8"/>
    <w:rsid w:val="008A7D9D"/>
    <w:rsid w:val="008B0166"/>
    <w:rsid w:val="008B0574"/>
    <w:rsid w:val="008B0B3B"/>
    <w:rsid w:val="008B11FC"/>
    <w:rsid w:val="008B133A"/>
    <w:rsid w:val="008B19CA"/>
    <w:rsid w:val="008B1BAD"/>
    <w:rsid w:val="008B2A35"/>
    <w:rsid w:val="008B2CC9"/>
    <w:rsid w:val="008B3052"/>
    <w:rsid w:val="008B392D"/>
    <w:rsid w:val="008B4159"/>
    <w:rsid w:val="008B41BB"/>
    <w:rsid w:val="008B52D0"/>
    <w:rsid w:val="008B5433"/>
    <w:rsid w:val="008B57DF"/>
    <w:rsid w:val="008B5C04"/>
    <w:rsid w:val="008B5E2C"/>
    <w:rsid w:val="008B6014"/>
    <w:rsid w:val="008B6346"/>
    <w:rsid w:val="008B68B7"/>
    <w:rsid w:val="008B704F"/>
    <w:rsid w:val="008B724F"/>
    <w:rsid w:val="008B7DC9"/>
    <w:rsid w:val="008C0580"/>
    <w:rsid w:val="008C20A3"/>
    <w:rsid w:val="008C217A"/>
    <w:rsid w:val="008C2579"/>
    <w:rsid w:val="008C2979"/>
    <w:rsid w:val="008C2AC8"/>
    <w:rsid w:val="008C38C5"/>
    <w:rsid w:val="008C3A0D"/>
    <w:rsid w:val="008C49F1"/>
    <w:rsid w:val="008C4B81"/>
    <w:rsid w:val="008C4FAA"/>
    <w:rsid w:val="008C505D"/>
    <w:rsid w:val="008C52BF"/>
    <w:rsid w:val="008C5584"/>
    <w:rsid w:val="008C664F"/>
    <w:rsid w:val="008C676F"/>
    <w:rsid w:val="008C6B0E"/>
    <w:rsid w:val="008C6CD2"/>
    <w:rsid w:val="008C714E"/>
    <w:rsid w:val="008C71B3"/>
    <w:rsid w:val="008C71C0"/>
    <w:rsid w:val="008C7365"/>
    <w:rsid w:val="008C795F"/>
    <w:rsid w:val="008C7AF9"/>
    <w:rsid w:val="008D00EF"/>
    <w:rsid w:val="008D0CDD"/>
    <w:rsid w:val="008D1E77"/>
    <w:rsid w:val="008D26DE"/>
    <w:rsid w:val="008D3448"/>
    <w:rsid w:val="008D3AF7"/>
    <w:rsid w:val="008D45EF"/>
    <w:rsid w:val="008D4AC7"/>
    <w:rsid w:val="008D4ECF"/>
    <w:rsid w:val="008D582E"/>
    <w:rsid w:val="008D7483"/>
    <w:rsid w:val="008D771D"/>
    <w:rsid w:val="008E07BB"/>
    <w:rsid w:val="008E09AE"/>
    <w:rsid w:val="008E1282"/>
    <w:rsid w:val="008E1EDD"/>
    <w:rsid w:val="008E1FA3"/>
    <w:rsid w:val="008E26EA"/>
    <w:rsid w:val="008E2745"/>
    <w:rsid w:val="008E342E"/>
    <w:rsid w:val="008E39AD"/>
    <w:rsid w:val="008E39DC"/>
    <w:rsid w:val="008E3ACA"/>
    <w:rsid w:val="008E3BA3"/>
    <w:rsid w:val="008E3C68"/>
    <w:rsid w:val="008E3F48"/>
    <w:rsid w:val="008E460F"/>
    <w:rsid w:val="008E46BE"/>
    <w:rsid w:val="008E485D"/>
    <w:rsid w:val="008E4E42"/>
    <w:rsid w:val="008E5094"/>
    <w:rsid w:val="008E5378"/>
    <w:rsid w:val="008E5427"/>
    <w:rsid w:val="008E609F"/>
    <w:rsid w:val="008E61AD"/>
    <w:rsid w:val="008E6CD4"/>
    <w:rsid w:val="008E73EF"/>
    <w:rsid w:val="008E771A"/>
    <w:rsid w:val="008F013B"/>
    <w:rsid w:val="008F0342"/>
    <w:rsid w:val="008F03D4"/>
    <w:rsid w:val="008F0885"/>
    <w:rsid w:val="008F09DF"/>
    <w:rsid w:val="008F0C39"/>
    <w:rsid w:val="008F104B"/>
    <w:rsid w:val="008F107C"/>
    <w:rsid w:val="008F1E24"/>
    <w:rsid w:val="008F1FFF"/>
    <w:rsid w:val="008F2766"/>
    <w:rsid w:val="008F3189"/>
    <w:rsid w:val="008F3FFC"/>
    <w:rsid w:val="008F489A"/>
    <w:rsid w:val="008F48A5"/>
    <w:rsid w:val="008F4A74"/>
    <w:rsid w:val="008F4C6A"/>
    <w:rsid w:val="008F5B38"/>
    <w:rsid w:val="008F64E0"/>
    <w:rsid w:val="008F67F0"/>
    <w:rsid w:val="008F7581"/>
    <w:rsid w:val="008F76E6"/>
    <w:rsid w:val="008F7E70"/>
    <w:rsid w:val="009002BB"/>
    <w:rsid w:val="00900477"/>
    <w:rsid w:val="009007F3"/>
    <w:rsid w:val="00900886"/>
    <w:rsid w:val="009009F0"/>
    <w:rsid w:val="00900C3A"/>
    <w:rsid w:val="00900E11"/>
    <w:rsid w:val="009010AB"/>
    <w:rsid w:val="00901263"/>
    <w:rsid w:val="009016CD"/>
    <w:rsid w:val="00901EF6"/>
    <w:rsid w:val="0090207A"/>
    <w:rsid w:val="009020A6"/>
    <w:rsid w:val="00903180"/>
    <w:rsid w:val="00903195"/>
    <w:rsid w:val="00903D53"/>
    <w:rsid w:val="009040A7"/>
    <w:rsid w:val="00904EFB"/>
    <w:rsid w:val="00904F84"/>
    <w:rsid w:val="009050BE"/>
    <w:rsid w:val="00905224"/>
    <w:rsid w:val="0090562C"/>
    <w:rsid w:val="0090575E"/>
    <w:rsid w:val="00905B90"/>
    <w:rsid w:val="00905BFC"/>
    <w:rsid w:val="00905C88"/>
    <w:rsid w:val="00905ECD"/>
    <w:rsid w:val="00906810"/>
    <w:rsid w:val="00907098"/>
    <w:rsid w:val="00907172"/>
    <w:rsid w:val="009074EF"/>
    <w:rsid w:val="00907863"/>
    <w:rsid w:val="00910008"/>
    <w:rsid w:val="00910442"/>
    <w:rsid w:val="00910B7E"/>
    <w:rsid w:val="009112C6"/>
    <w:rsid w:val="0091217E"/>
    <w:rsid w:val="009126D6"/>
    <w:rsid w:val="00912972"/>
    <w:rsid w:val="00912ADD"/>
    <w:rsid w:val="00912CCB"/>
    <w:rsid w:val="00912D62"/>
    <w:rsid w:val="00912DC5"/>
    <w:rsid w:val="009132FD"/>
    <w:rsid w:val="0091425E"/>
    <w:rsid w:val="00914262"/>
    <w:rsid w:val="00914BDE"/>
    <w:rsid w:val="00914F1A"/>
    <w:rsid w:val="00915355"/>
    <w:rsid w:val="009155FE"/>
    <w:rsid w:val="00915F23"/>
    <w:rsid w:val="00915F6B"/>
    <w:rsid w:val="0091655C"/>
    <w:rsid w:val="00916CE7"/>
    <w:rsid w:val="009170F5"/>
    <w:rsid w:val="0091782C"/>
    <w:rsid w:val="009178B8"/>
    <w:rsid w:val="00917B4C"/>
    <w:rsid w:val="00917CBF"/>
    <w:rsid w:val="00917EC6"/>
    <w:rsid w:val="00917F9C"/>
    <w:rsid w:val="00920091"/>
    <w:rsid w:val="0092176B"/>
    <w:rsid w:val="009221CE"/>
    <w:rsid w:val="0092266F"/>
    <w:rsid w:val="009229C2"/>
    <w:rsid w:val="00922A97"/>
    <w:rsid w:val="0092300A"/>
    <w:rsid w:val="009239F4"/>
    <w:rsid w:val="00923FF2"/>
    <w:rsid w:val="00925253"/>
    <w:rsid w:val="00925459"/>
    <w:rsid w:val="00926066"/>
    <w:rsid w:val="009261CC"/>
    <w:rsid w:val="0092623B"/>
    <w:rsid w:val="00926370"/>
    <w:rsid w:val="009270F7"/>
    <w:rsid w:val="009272C8"/>
    <w:rsid w:val="009272DE"/>
    <w:rsid w:val="00927C0C"/>
    <w:rsid w:val="00930097"/>
    <w:rsid w:val="00930639"/>
    <w:rsid w:val="0093106F"/>
    <w:rsid w:val="00931482"/>
    <w:rsid w:val="0093177B"/>
    <w:rsid w:val="0093252A"/>
    <w:rsid w:val="00932D17"/>
    <w:rsid w:val="00932E14"/>
    <w:rsid w:val="00933468"/>
    <w:rsid w:val="009334C6"/>
    <w:rsid w:val="00933DED"/>
    <w:rsid w:val="0093500B"/>
    <w:rsid w:val="0093608B"/>
    <w:rsid w:val="00936408"/>
    <w:rsid w:val="00937164"/>
    <w:rsid w:val="0093722E"/>
    <w:rsid w:val="00937F40"/>
    <w:rsid w:val="009405E5"/>
    <w:rsid w:val="009407A6"/>
    <w:rsid w:val="00940BCB"/>
    <w:rsid w:val="00940BD1"/>
    <w:rsid w:val="00940CED"/>
    <w:rsid w:val="00941EA6"/>
    <w:rsid w:val="00942672"/>
    <w:rsid w:val="00942824"/>
    <w:rsid w:val="00942DF9"/>
    <w:rsid w:val="009432D9"/>
    <w:rsid w:val="00943838"/>
    <w:rsid w:val="009439A1"/>
    <w:rsid w:val="00943A12"/>
    <w:rsid w:val="009440A4"/>
    <w:rsid w:val="00944107"/>
    <w:rsid w:val="009442F7"/>
    <w:rsid w:val="00944738"/>
    <w:rsid w:val="009448C7"/>
    <w:rsid w:val="00944B4D"/>
    <w:rsid w:val="00944D57"/>
    <w:rsid w:val="0094524E"/>
    <w:rsid w:val="0094576F"/>
    <w:rsid w:val="00945845"/>
    <w:rsid w:val="0094598A"/>
    <w:rsid w:val="00945E74"/>
    <w:rsid w:val="00946029"/>
    <w:rsid w:val="00946275"/>
    <w:rsid w:val="00946A0E"/>
    <w:rsid w:val="00947076"/>
    <w:rsid w:val="00947C60"/>
    <w:rsid w:val="009501B4"/>
    <w:rsid w:val="009502AE"/>
    <w:rsid w:val="00951226"/>
    <w:rsid w:val="00951286"/>
    <w:rsid w:val="009515FB"/>
    <w:rsid w:val="00951EAD"/>
    <w:rsid w:val="0095217A"/>
    <w:rsid w:val="00952BAD"/>
    <w:rsid w:val="00953067"/>
    <w:rsid w:val="009530CC"/>
    <w:rsid w:val="0095554F"/>
    <w:rsid w:val="00955E3C"/>
    <w:rsid w:val="009561CE"/>
    <w:rsid w:val="009568AD"/>
    <w:rsid w:val="00956E8C"/>
    <w:rsid w:val="00957037"/>
    <w:rsid w:val="009570F6"/>
    <w:rsid w:val="0095759E"/>
    <w:rsid w:val="00957746"/>
    <w:rsid w:val="00960E6A"/>
    <w:rsid w:val="009610B1"/>
    <w:rsid w:val="0096163B"/>
    <w:rsid w:val="0096167B"/>
    <w:rsid w:val="009618C6"/>
    <w:rsid w:val="00962DFF"/>
    <w:rsid w:val="009631B3"/>
    <w:rsid w:val="009635F2"/>
    <w:rsid w:val="00963877"/>
    <w:rsid w:val="00963A3B"/>
    <w:rsid w:val="00964966"/>
    <w:rsid w:val="00964D40"/>
    <w:rsid w:val="00964D61"/>
    <w:rsid w:val="00965102"/>
    <w:rsid w:val="00965269"/>
    <w:rsid w:val="009658AF"/>
    <w:rsid w:val="00965A21"/>
    <w:rsid w:val="00965FD9"/>
    <w:rsid w:val="009661AE"/>
    <w:rsid w:val="00966372"/>
    <w:rsid w:val="00966718"/>
    <w:rsid w:val="0096683B"/>
    <w:rsid w:val="00966AFE"/>
    <w:rsid w:val="00967049"/>
    <w:rsid w:val="0096769B"/>
    <w:rsid w:val="0096775E"/>
    <w:rsid w:val="00967F2D"/>
    <w:rsid w:val="009702D3"/>
    <w:rsid w:val="00970640"/>
    <w:rsid w:val="00970688"/>
    <w:rsid w:val="009716EC"/>
    <w:rsid w:val="00971728"/>
    <w:rsid w:val="00971BD2"/>
    <w:rsid w:val="00972264"/>
    <w:rsid w:val="00972449"/>
    <w:rsid w:val="00972D7D"/>
    <w:rsid w:val="00973091"/>
    <w:rsid w:val="00973588"/>
    <w:rsid w:val="00973675"/>
    <w:rsid w:val="00973888"/>
    <w:rsid w:val="00973AA2"/>
    <w:rsid w:val="00974CD1"/>
    <w:rsid w:val="00974E80"/>
    <w:rsid w:val="00975E34"/>
    <w:rsid w:val="00976CCE"/>
    <w:rsid w:val="00977507"/>
    <w:rsid w:val="0098035A"/>
    <w:rsid w:val="009803FB"/>
    <w:rsid w:val="00980433"/>
    <w:rsid w:val="00980585"/>
    <w:rsid w:val="009809D4"/>
    <w:rsid w:val="00980E5B"/>
    <w:rsid w:val="00980E9F"/>
    <w:rsid w:val="00980FC6"/>
    <w:rsid w:val="00981A93"/>
    <w:rsid w:val="00981F35"/>
    <w:rsid w:val="00982D61"/>
    <w:rsid w:val="00982D91"/>
    <w:rsid w:val="009831E2"/>
    <w:rsid w:val="0098349B"/>
    <w:rsid w:val="009840AC"/>
    <w:rsid w:val="009840FC"/>
    <w:rsid w:val="00984180"/>
    <w:rsid w:val="00984222"/>
    <w:rsid w:val="00984A3C"/>
    <w:rsid w:val="00984B3C"/>
    <w:rsid w:val="009850DE"/>
    <w:rsid w:val="00985348"/>
    <w:rsid w:val="009853B2"/>
    <w:rsid w:val="00985BBE"/>
    <w:rsid w:val="00986AC2"/>
    <w:rsid w:val="00986B32"/>
    <w:rsid w:val="00987983"/>
    <w:rsid w:val="00987F08"/>
    <w:rsid w:val="0099028B"/>
    <w:rsid w:val="009906B6"/>
    <w:rsid w:val="00990A17"/>
    <w:rsid w:val="00990AD7"/>
    <w:rsid w:val="009918C1"/>
    <w:rsid w:val="00992099"/>
    <w:rsid w:val="00993171"/>
    <w:rsid w:val="0099429E"/>
    <w:rsid w:val="009943A6"/>
    <w:rsid w:val="009943B5"/>
    <w:rsid w:val="009948E1"/>
    <w:rsid w:val="00994D41"/>
    <w:rsid w:val="0099531E"/>
    <w:rsid w:val="00995F4D"/>
    <w:rsid w:val="0099713B"/>
    <w:rsid w:val="0099734B"/>
    <w:rsid w:val="009975F7"/>
    <w:rsid w:val="009978E5"/>
    <w:rsid w:val="0099791C"/>
    <w:rsid w:val="00997DEE"/>
    <w:rsid w:val="009A0263"/>
    <w:rsid w:val="009A05AC"/>
    <w:rsid w:val="009A08CF"/>
    <w:rsid w:val="009A094D"/>
    <w:rsid w:val="009A1307"/>
    <w:rsid w:val="009A1371"/>
    <w:rsid w:val="009A1491"/>
    <w:rsid w:val="009A22FD"/>
    <w:rsid w:val="009A2742"/>
    <w:rsid w:val="009A2C83"/>
    <w:rsid w:val="009A2CC0"/>
    <w:rsid w:val="009A2E19"/>
    <w:rsid w:val="009A37A7"/>
    <w:rsid w:val="009A3A11"/>
    <w:rsid w:val="009A3B63"/>
    <w:rsid w:val="009A3F8E"/>
    <w:rsid w:val="009A462E"/>
    <w:rsid w:val="009A480B"/>
    <w:rsid w:val="009A4923"/>
    <w:rsid w:val="009A54A3"/>
    <w:rsid w:val="009A56BC"/>
    <w:rsid w:val="009A5DFE"/>
    <w:rsid w:val="009A5E5D"/>
    <w:rsid w:val="009A6527"/>
    <w:rsid w:val="009A652C"/>
    <w:rsid w:val="009A67D0"/>
    <w:rsid w:val="009A67D5"/>
    <w:rsid w:val="009A6AA4"/>
    <w:rsid w:val="009A7F8E"/>
    <w:rsid w:val="009B030D"/>
    <w:rsid w:val="009B0A2C"/>
    <w:rsid w:val="009B20FD"/>
    <w:rsid w:val="009B219B"/>
    <w:rsid w:val="009B22BC"/>
    <w:rsid w:val="009B2549"/>
    <w:rsid w:val="009B2F58"/>
    <w:rsid w:val="009B328D"/>
    <w:rsid w:val="009B3A7E"/>
    <w:rsid w:val="009B43F1"/>
    <w:rsid w:val="009B4733"/>
    <w:rsid w:val="009B4C72"/>
    <w:rsid w:val="009B50B7"/>
    <w:rsid w:val="009B54C1"/>
    <w:rsid w:val="009B555A"/>
    <w:rsid w:val="009B598F"/>
    <w:rsid w:val="009B59EB"/>
    <w:rsid w:val="009B62C3"/>
    <w:rsid w:val="009B6521"/>
    <w:rsid w:val="009B663C"/>
    <w:rsid w:val="009B69BF"/>
    <w:rsid w:val="009B6DF2"/>
    <w:rsid w:val="009B6E98"/>
    <w:rsid w:val="009B7BDE"/>
    <w:rsid w:val="009C0822"/>
    <w:rsid w:val="009C0E9D"/>
    <w:rsid w:val="009C1784"/>
    <w:rsid w:val="009C17B4"/>
    <w:rsid w:val="009C21DE"/>
    <w:rsid w:val="009C238B"/>
    <w:rsid w:val="009C3A03"/>
    <w:rsid w:val="009C4001"/>
    <w:rsid w:val="009C4748"/>
    <w:rsid w:val="009C4B15"/>
    <w:rsid w:val="009C5115"/>
    <w:rsid w:val="009C598B"/>
    <w:rsid w:val="009C6E5A"/>
    <w:rsid w:val="009C7318"/>
    <w:rsid w:val="009C7B67"/>
    <w:rsid w:val="009C7FB3"/>
    <w:rsid w:val="009D0260"/>
    <w:rsid w:val="009D06DB"/>
    <w:rsid w:val="009D14E8"/>
    <w:rsid w:val="009D1C59"/>
    <w:rsid w:val="009D2241"/>
    <w:rsid w:val="009D22FA"/>
    <w:rsid w:val="009D2ADE"/>
    <w:rsid w:val="009D3728"/>
    <w:rsid w:val="009D3E10"/>
    <w:rsid w:val="009D412D"/>
    <w:rsid w:val="009D4988"/>
    <w:rsid w:val="009D4B86"/>
    <w:rsid w:val="009D4DB2"/>
    <w:rsid w:val="009D575F"/>
    <w:rsid w:val="009D6074"/>
    <w:rsid w:val="009D60FC"/>
    <w:rsid w:val="009D657B"/>
    <w:rsid w:val="009D66F3"/>
    <w:rsid w:val="009D6F2A"/>
    <w:rsid w:val="009D7714"/>
    <w:rsid w:val="009D7A53"/>
    <w:rsid w:val="009D7D91"/>
    <w:rsid w:val="009E019D"/>
    <w:rsid w:val="009E04D4"/>
    <w:rsid w:val="009E1243"/>
    <w:rsid w:val="009E180F"/>
    <w:rsid w:val="009E1ADB"/>
    <w:rsid w:val="009E1C62"/>
    <w:rsid w:val="009E1CA2"/>
    <w:rsid w:val="009E20F0"/>
    <w:rsid w:val="009E25DC"/>
    <w:rsid w:val="009E2C19"/>
    <w:rsid w:val="009E2F9A"/>
    <w:rsid w:val="009E323B"/>
    <w:rsid w:val="009E3263"/>
    <w:rsid w:val="009E4487"/>
    <w:rsid w:val="009E4638"/>
    <w:rsid w:val="009E46A8"/>
    <w:rsid w:val="009E4906"/>
    <w:rsid w:val="009E4F07"/>
    <w:rsid w:val="009E5134"/>
    <w:rsid w:val="009E5436"/>
    <w:rsid w:val="009E556E"/>
    <w:rsid w:val="009E5AFF"/>
    <w:rsid w:val="009E5CAB"/>
    <w:rsid w:val="009E5FE9"/>
    <w:rsid w:val="009E60C0"/>
    <w:rsid w:val="009E63E9"/>
    <w:rsid w:val="009E6C8E"/>
    <w:rsid w:val="009E6EF0"/>
    <w:rsid w:val="009E78E9"/>
    <w:rsid w:val="009E7C28"/>
    <w:rsid w:val="009E7F3A"/>
    <w:rsid w:val="009E7FFB"/>
    <w:rsid w:val="009F0095"/>
    <w:rsid w:val="009F1975"/>
    <w:rsid w:val="009F26DC"/>
    <w:rsid w:val="009F284E"/>
    <w:rsid w:val="009F2C90"/>
    <w:rsid w:val="009F472D"/>
    <w:rsid w:val="009F4A92"/>
    <w:rsid w:val="009F4DC9"/>
    <w:rsid w:val="009F4E0D"/>
    <w:rsid w:val="009F539D"/>
    <w:rsid w:val="009F5479"/>
    <w:rsid w:val="009F5544"/>
    <w:rsid w:val="009F5F6B"/>
    <w:rsid w:val="009F606B"/>
    <w:rsid w:val="009F63E9"/>
    <w:rsid w:val="009F74DF"/>
    <w:rsid w:val="009F7A63"/>
    <w:rsid w:val="009F7BA5"/>
    <w:rsid w:val="00A003B8"/>
    <w:rsid w:val="00A014CE"/>
    <w:rsid w:val="00A0191B"/>
    <w:rsid w:val="00A01A34"/>
    <w:rsid w:val="00A01F43"/>
    <w:rsid w:val="00A0241B"/>
    <w:rsid w:val="00A02457"/>
    <w:rsid w:val="00A027D2"/>
    <w:rsid w:val="00A03FED"/>
    <w:rsid w:val="00A04176"/>
    <w:rsid w:val="00A04970"/>
    <w:rsid w:val="00A04D6E"/>
    <w:rsid w:val="00A04E88"/>
    <w:rsid w:val="00A06118"/>
    <w:rsid w:val="00A06446"/>
    <w:rsid w:val="00A07025"/>
    <w:rsid w:val="00A07465"/>
    <w:rsid w:val="00A07F26"/>
    <w:rsid w:val="00A10527"/>
    <w:rsid w:val="00A10B8C"/>
    <w:rsid w:val="00A10E80"/>
    <w:rsid w:val="00A112F7"/>
    <w:rsid w:val="00A1144F"/>
    <w:rsid w:val="00A11A8E"/>
    <w:rsid w:val="00A11B9C"/>
    <w:rsid w:val="00A11F73"/>
    <w:rsid w:val="00A128A0"/>
    <w:rsid w:val="00A13DE4"/>
    <w:rsid w:val="00A14681"/>
    <w:rsid w:val="00A14B8A"/>
    <w:rsid w:val="00A14BB9"/>
    <w:rsid w:val="00A155A0"/>
    <w:rsid w:val="00A1575D"/>
    <w:rsid w:val="00A16269"/>
    <w:rsid w:val="00A16719"/>
    <w:rsid w:val="00A16C58"/>
    <w:rsid w:val="00A17116"/>
    <w:rsid w:val="00A175FA"/>
    <w:rsid w:val="00A17C0C"/>
    <w:rsid w:val="00A201C1"/>
    <w:rsid w:val="00A207E2"/>
    <w:rsid w:val="00A20C8D"/>
    <w:rsid w:val="00A2248C"/>
    <w:rsid w:val="00A22C82"/>
    <w:rsid w:val="00A22DA4"/>
    <w:rsid w:val="00A235B3"/>
    <w:rsid w:val="00A23B6C"/>
    <w:rsid w:val="00A23BC4"/>
    <w:rsid w:val="00A23EA2"/>
    <w:rsid w:val="00A24A98"/>
    <w:rsid w:val="00A2580B"/>
    <w:rsid w:val="00A258DB"/>
    <w:rsid w:val="00A25ADB"/>
    <w:rsid w:val="00A25D51"/>
    <w:rsid w:val="00A25FAC"/>
    <w:rsid w:val="00A260CE"/>
    <w:rsid w:val="00A26A36"/>
    <w:rsid w:val="00A26AAA"/>
    <w:rsid w:val="00A27595"/>
    <w:rsid w:val="00A27D7F"/>
    <w:rsid w:val="00A3034A"/>
    <w:rsid w:val="00A30569"/>
    <w:rsid w:val="00A3099E"/>
    <w:rsid w:val="00A30E61"/>
    <w:rsid w:val="00A3123C"/>
    <w:rsid w:val="00A3135A"/>
    <w:rsid w:val="00A31443"/>
    <w:rsid w:val="00A32906"/>
    <w:rsid w:val="00A342B4"/>
    <w:rsid w:val="00A34515"/>
    <w:rsid w:val="00A35230"/>
    <w:rsid w:val="00A352E4"/>
    <w:rsid w:val="00A35DD9"/>
    <w:rsid w:val="00A35E0F"/>
    <w:rsid w:val="00A36F28"/>
    <w:rsid w:val="00A3738F"/>
    <w:rsid w:val="00A3794C"/>
    <w:rsid w:val="00A37CCC"/>
    <w:rsid w:val="00A401A6"/>
    <w:rsid w:val="00A40472"/>
    <w:rsid w:val="00A40476"/>
    <w:rsid w:val="00A41172"/>
    <w:rsid w:val="00A41B97"/>
    <w:rsid w:val="00A41E85"/>
    <w:rsid w:val="00A41EBC"/>
    <w:rsid w:val="00A42F8C"/>
    <w:rsid w:val="00A432C3"/>
    <w:rsid w:val="00A433DD"/>
    <w:rsid w:val="00A43785"/>
    <w:rsid w:val="00A4388B"/>
    <w:rsid w:val="00A43CB3"/>
    <w:rsid w:val="00A441E6"/>
    <w:rsid w:val="00A44767"/>
    <w:rsid w:val="00A44A41"/>
    <w:rsid w:val="00A44C59"/>
    <w:rsid w:val="00A44DE6"/>
    <w:rsid w:val="00A4503F"/>
    <w:rsid w:val="00A454E3"/>
    <w:rsid w:val="00A45F55"/>
    <w:rsid w:val="00A46068"/>
    <w:rsid w:val="00A4637B"/>
    <w:rsid w:val="00A46FBA"/>
    <w:rsid w:val="00A4736A"/>
    <w:rsid w:val="00A506CE"/>
    <w:rsid w:val="00A50826"/>
    <w:rsid w:val="00A5088A"/>
    <w:rsid w:val="00A50AAE"/>
    <w:rsid w:val="00A50FD0"/>
    <w:rsid w:val="00A50FFF"/>
    <w:rsid w:val="00A518A3"/>
    <w:rsid w:val="00A51D2D"/>
    <w:rsid w:val="00A52BB4"/>
    <w:rsid w:val="00A52C62"/>
    <w:rsid w:val="00A53084"/>
    <w:rsid w:val="00A53876"/>
    <w:rsid w:val="00A538DF"/>
    <w:rsid w:val="00A54D16"/>
    <w:rsid w:val="00A550C9"/>
    <w:rsid w:val="00A550E4"/>
    <w:rsid w:val="00A56006"/>
    <w:rsid w:val="00A56244"/>
    <w:rsid w:val="00A562E7"/>
    <w:rsid w:val="00A56450"/>
    <w:rsid w:val="00A565D6"/>
    <w:rsid w:val="00A56905"/>
    <w:rsid w:val="00A56AC2"/>
    <w:rsid w:val="00A56CDA"/>
    <w:rsid w:val="00A60FE3"/>
    <w:rsid w:val="00A612A5"/>
    <w:rsid w:val="00A617A9"/>
    <w:rsid w:val="00A622C3"/>
    <w:rsid w:val="00A6242A"/>
    <w:rsid w:val="00A62727"/>
    <w:rsid w:val="00A62E5E"/>
    <w:rsid w:val="00A62EB0"/>
    <w:rsid w:val="00A639DC"/>
    <w:rsid w:val="00A63E58"/>
    <w:rsid w:val="00A64B74"/>
    <w:rsid w:val="00A65622"/>
    <w:rsid w:val="00A65C93"/>
    <w:rsid w:val="00A670BB"/>
    <w:rsid w:val="00A67416"/>
    <w:rsid w:val="00A67FD5"/>
    <w:rsid w:val="00A7029B"/>
    <w:rsid w:val="00A70616"/>
    <w:rsid w:val="00A721B5"/>
    <w:rsid w:val="00A7258C"/>
    <w:rsid w:val="00A72665"/>
    <w:rsid w:val="00A72876"/>
    <w:rsid w:val="00A72C52"/>
    <w:rsid w:val="00A72CDA"/>
    <w:rsid w:val="00A735C3"/>
    <w:rsid w:val="00A73B20"/>
    <w:rsid w:val="00A73BD7"/>
    <w:rsid w:val="00A73D78"/>
    <w:rsid w:val="00A73E0A"/>
    <w:rsid w:val="00A74A63"/>
    <w:rsid w:val="00A75479"/>
    <w:rsid w:val="00A75C48"/>
    <w:rsid w:val="00A75F2F"/>
    <w:rsid w:val="00A76002"/>
    <w:rsid w:val="00A76481"/>
    <w:rsid w:val="00A769A1"/>
    <w:rsid w:val="00A76A40"/>
    <w:rsid w:val="00A76C74"/>
    <w:rsid w:val="00A76CED"/>
    <w:rsid w:val="00A77221"/>
    <w:rsid w:val="00A7742C"/>
    <w:rsid w:val="00A77773"/>
    <w:rsid w:val="00A77C9D"/>
    <w:rsid w:val="00A77D35"/>
    <w:rsid w:val="00A80151"/>
    <w:rsid w:val="00A80D63"/>
    <w:rsid w:val="00A8173C"/>
    <w:rsid w:val="00A819C8"/>
    <w:rsid w:val="00A82348"/>
    <w:rsid w:val="00A82574"/>
    <w:rsid w:val="00A82859"/>
    <w:rsid w:val="00A828B6"/>
    <w:rsid w:val="00A828CD"/>
    <w:rsid w:val="00A82CEC"/>
    <w:rsid w:val="00A8310A"/>
    <w:rsid w:val="00A83420"/>
    <w:rsid w:val="00A83484"/>
    <w:rsid w:val="00A83511"/>
    <w:rsid w:val="00A840E4"/>
    <w:rsid w:val="00A845E4"/>
    <w:rsid w:val="00A847B0"/>
    <w:rsid w:val="00A84896"/>
    <w:rsid w:val="00A84FEA"/>
    <w:rsid w:val="00A85BBE"/>
    <w:rsid w:val="00A86CF4"/>
    <w:rsid w:val="00A86DAB"/>
    <w:rsid w:val="00A87081"/>
    <w:rsid w:val="00A87795"/>
    <w:rsid w:val="00A87F68"/>
    <w:rsid w:val="00A90905"/>
    <w:rsid w:val="00A919A8"/>
    <w:rsid w:val="00A91A25"/>
    <w:rsid w:val="00A91F41"/>
    <w:rsid w:val="00A93337"/>
    <w:rsid w:val="00A93489"/>
    <w:rsid w:val="00A935BD"/>
    <w:rsid w:val="00A93719"/>
    <w:rsid w:val="00A953AA"/>
    <w:rsid w:val="00A959DC"/>
    <w:rsid w:val="00A95A77"/>
    <w:rsid w:val="00A95CA2"/>
    <w:rsid w:val="00A962B5"/>
    <w:rsid w:val="00A963A9"/>
    <w:rsid w:val="00A965A2"/>
    <w:rsid w:val="00A96780"/>
    <w:rsid w:val="00A97B80"/>
    <w:rsid w:val="00A97CBF"/>
    <w:rsid w:val="00AA0821"/>
    <w:rsid w:val="00AA0EC9"/>
    <w:rsid w:val="00AA10D5"/>
    <w:rsid w:val="00AA1445"/>
    <w:rsid w:val="00AA18AB"/>
    <w:rsid w:val="00AA18ED"/>
    <w:rsid w:val="00AA1D8D"/>
    <w:rsid w:val="00AA1F85"/>
    <w:rsid w:val="00AA1FF5"/>
    <w:rsid w:val="00AA221E"/>
    <w:rsid w:val="00AA22D6"/>
    <w:rsid w:val="00AA233B"/>
    <w:rsid w:val="00AA24F6"/>
    <w:rsid w:val="00AA2552"/>
    <w:rsid w:val="00AA279A"/>
    <w:rsid w:val="00AA27F2"/>
    <w:rsid w:val="00AA2B0A"/>
    <w:rsid w:val="00AA2C8C"/>
    <w:rsid w:val="00AA2DC5"/>
    <w:rsid w:val="00AA35A6"/>
    <w:rsid w:val="00AA3BAC"/>
    <w:rsid w:val="00AA4100"/>
    <w:rsid w:val="00AA4130"/>
    <w:rsid w:val="00AA4BAD"/>
    <w:rsid w:val="00AA4EF3"/>
    <w:rsid w:val="00AA5E9D"/>
    <w:rsid w:val="00AA6D40"/>
    <w:rsid w:val="00AA7304"/>
    <w:rsid w:val="00AA74A9"/>
    <w:rsid w:val="00AA761C"/>
    <w:rsid w:val="00AA7730"/>
    <w:rsid w:val="00AA7A49"/>
    <w:rsid w:val="00AAAE38"/>
    <w:rsid w:val="00AB0BD6"/>
    <w:rsid w:val="00AB12F0"/>
    <w:rsid w:val="00AB1B30"/>
    <w:rsid w:val="00AB1C93"/>
    <w:rsid w:val="00AB2B98"/>
    <w:rsid w:val="00AB3887"/>
    <w:rsid w:val="00AB3CA0"/>
    <w:rsid w:val="00AB3FC8"/>
    <w:rsid w:val="00AB4408"/>
    <w:rsid w:val="00AB456F"/>
    <w:rsid w:val="00AB548A"/>
    <w:rsid w:val="00AB583B"/>
    <w:rsid w:val="00AB5B7B"/>
    <w:rsid w:val="00AB5C16"/>
    <w:rsid w:val="00AB60AD"/>
    <w:rsid w:val="00AB6378"/>
    <w:rsid w:val="00AB66E5"/>
    <w:rsid w:val="00AB6CD0"/>
    <w:rsid w:val="00AB6DDB"/>
    <w:rsid w:val="00AB768E"/>
    <w:rsid w:val="00AB7ABA"/>
    <w:rsid w:val="00AC049B"/>
    <w:rsid w:val="00AC0563"/>
    <w:rsid w:val="00AC0AAD"/>
    <w:rsid w:val="00AC15C6"/>
    <w:rsid w:val="00AC1757"/>
    <w:rsid w:val="00AC1913"/>
    <w:rsid w:val="00AC2112"/>
    <w:rsid w:val="00AC237D"/>
    <w:rsid w:val="00AC31D2"/>
    <w:rsid w:val="00AC4129"/>
    <w:rsid w:val="00AC50F6"/>
    <w:rsid w:val="00AC53C7"/>
    <w:rsid w:val="00AC614A"/>
    <w:rsid w:val="00AC61AC"/>
    <w:rsid w:val="00AC6602"/>
    <w:rsid w:val="00AC7575"/>
    <w:rsid w:val="00AC7849"/>
    <w:rsid w:val="00AC7F1D"/>
    <w:rsid w:val="00AD08DC"/>
    <w:rsid w:val="00AD15E2"/>
    <w:rsid w:val="00AD1D24"/>
    <w:rsid w:val="00AD213B"/>
    <w:rsid w:val="00AD24A6"/>
    <w:rsid w:val="00AD2608"/>
    <w:rsid w:val="00AD2F95"/>
    <w:rsid w:val="00AD32BA"/>
    <w:rsid w:val="00AD3D4D"/>
    <w:rsid w:val="00AD4044"/>
    <w:rsid w:val="00AD407B"/>
    <w:rsid w:val="00AD4258"/>
    <w:rsid w:val="00AD47C0"/>
    <w:rsid w:val="00AD4C67"/>
    <w:rsid w:val="00AD511F"/>
    <w:rsid w:val="00AD5370"/>
    <w:rsid w:val="00AD549B"/>
    <w:rsid w:val="00AD5E3C"/>
    <w:rsid w:val="00AD5FEF"/>
    <w:rsid w:val="00AD642B"/>
    <w:rsid w:val="00AD6793"/>
    <w:rsid w:val="00AD6B9D"/>
    <w:rsid w:val="00AD75BA"/>
    <w:rsid w:val="00AD7FB2"/>
    <w:rsid w:val="00AE0267"/>
    <w:rsid w:val="00AE049B"/>
    <w:rsid w:val="00AE0585"/>
    <w:rsid w:val="00AE11F2"/>
    <w:rsid w:val="00AE1F99"/>
    <w:rsid w:val="00AE3029"/>
    <w:rsid w:val="00AE376A"/>
    <w:rsid w:val="00AE3A54"/>
    <w:rsid w:val="00AE3C82"/>
    <w:rsid w:val="00AE3EF0"/>
    <w:rsid w:val="00AE47BA"/>
    <w:rsid w:val="00AE512F"/>
    <w:rsid w:val="00AE53A4"/>
    <w:rsid w:val="00AE5755"/>
    <w:rsid w:val="00AE577A"/>
    <w:rsid w:val="00AE608F"/>
    <w:rsid w:val="00AE60DA"/>
    <w:rsid w:val="00AE6E09"/>
    <w:rsid w:val="00AE6E69"/>
    <w:rsid w:val="00AE6F06"/>
    <w:rsid w:val="00AE7C83"/>
    <w:rsid w:val="00AE7F8D"/>
    <w:rsid w:val="00AF02C9"/>
    <w:rsid w:val="00AF032A"/>
    <w:rsid w:val="00AF039E"/>
    <w:rsid w:val="00AF09C4"/>
    <w:rsid w:val="00AF0D87"/>
    <w:rsid w:val="00AF1193"/>
    <w:rsid w:val="00AF14D6"/>
    <w:rsid w:val="00AF2354"/>
    <w:rsid w:val="00AF25B8"/>
    <w:rsid w:val="00AF28D1"/>
    <w:rsid w:val="00AF306C"/>
    <w:rsid w:val="00AF3BE4"/>
    <w:rsid w:val="00AF3CFD"/>
    <w:rsid w:val="00AF4271"/>
    <w:rsid w:val="00AF460F"/>
    <w:rsid w:val="00AF4EFC"/>
    <w:rsid w:val="00AF50C3"/>
    <w:rsid w:val="00AF568A"/>
    <w:rsid w:val="00AF5F14"/>
    <w:rsid w:val="00AF6802"/>
    <w:rsid w:val="00AF70E5"/>
    <w:rsid w:val="00AF73B0"/>
    <w:rsid w:val="00B00001"/>
    <w:rsid w:val="00B00467"/>
    <w:rsid w:val="00B0072A"/>
    <w:rsid w:val="00B01668"/>
    <w:rsid w:val="00B028D6"/>
    <w:rsid w:val="00B02F4A"/>
    <w:rsid w:val="00B030C8"/>
    <w:rsid w:val="00B0345D"/>
    <w:rsid w:val="00B0355D"/>
    <w:rsid w:val="00B036EA"/>
    <w:rsid w:val="00B03C25"/>
    <w:rsid w:val="00B04269"/>
    <w:rsid w:val="00B049D2"/>
    <w:rsid w:val="00B05253"/>
    <w:rsid w:val="00B05273"/>
    <w:rsid w:val="00B0561F"/>
    <w:rsid w:val="00B065C8"/>
    <w:rsid w:val="00B0698E"/>
    <w:rsid w:val="00B06ACB"/>
    <w:rsid w:val="00B06DA3"/>
    <w:rsid w:val="00B071E8"/>
    <w:rsid w:val="00B0722C"/>
    <w:rsid w:val="00B07785"/>
    <w:rsid w:val="00B07877"/>
    <w:rsid w:val="00B078E4"/>
    <w:rsid w:val="00B07985"/>
    <w:rsid w:val="00B07F1F"/>
    <w:rsid w:val="00B107FD"/>
    <w:rsid w:val="00B10CE3"/>
    <w:rsid w:val="00B10E7A"/>
    <w:rsid w:val="00B1224B"/>
    <w:rsid w:val="00B12433"/>
    <w:rsid w:val="00B1303E"/>
    <w:rsid w:val="00B13077"/>
    <w:rsid w:val="00B13330"/>
    <w:rsid w:val="00B13C4D"/>
    <w:rsid w:val="00B13E6E"/>
    <w:rsid w:val="00B1479C"/>
    <w:rsid w:val="00B14BB2"/>
    <w:rsid w:val="00B14D55"/>
    <w:rsid w:val="00B15660"/>
    <w:rsid w:val="00B15758"/>
    <w:rsid w:val="00B15866"/>
    <w:rsid w:val="00B15A43"/>
    <w:rsid w:val="00B15D62"/>
    <w:rsid w:val="00B1615B"/>
    <w:rsid w:val="00B169A5"/>
    <w:rsid w:val="00B16C6D"/>
    <w:rsid w:val="00B16D57"/>
    <w:rsid w:val="00B16DAA"/>
    <w:rsid w:val="00B16DB7"/>
    <w:rsid w:val="00B2005B"/>
    <w:rsid w:val="00B2064E"/>
    <w:rsid w:val="00B20C37"/>
    <w:rsid w:val="00B213AF"/>
    <w:rsid w:val="00B21934"/>
    <w:rsid w:val="00B22A57"/>
    <w:rsid w:val="00B22D44"/>
    <w:rsid w:val="00B2393B"/>
    <w:rsid w:val="00B23B06"/>
    <w:rsid w:val="00B24CED"/>
    <w:rsid w:val="00B24D5D"/>
    <w:rsid w:val="00B2523D"/>
    <w:rsid w:val="00B25386"/>
    <w:rsid w:val="00B25D41"/>
    <w:rsid w:val="00B25FC3"/>
    <w:rsid w:val="00B261FE"/>
    <w:rsid w:val="00B26265"/>
    <w:rsid w:val="00B270B5"/>
    <w:rsid w:val="00B27AE5"/>
    <w:rsid w:val="00B27BB1"/>
    <w:rsid w:val="00B27CFA"/>
    <w:rsid w:val="00B27D67"/>
    <w:rsid w:val="00B27D6A"/>
    <w:rsid w:val="00B27EE9"/>
    <w:rsid w:val="00B302FE"/>
    <w:rsid w:val="00B3076D"/>
    <w:rsid w:val="00B30948"/>
    <w:rsid w:val="00B31606"/>
    <w:rsid w:val="00B31786"/>
    <w:rsid w:val="00B32779"/>
    <w:rsid w:val="00B33820"/>
    <w:rsid w:val="00B344F6"/>
    <w:rsid w:val="00B345A8"/>
    <w:rsid w:val="00B34D0F"/>
    <w:rsid w:val="00B34E1F"/>
    <w:rsid w:val="00B34EC0"/>
    <w:rsid w:val="00B34F3B"/>
    <w:rsid w:val="00B361C8"/>
    <w:rsid w:val="00B36235"/>
    <w:rsid w:val="00B3668C"/>
    <w:rsid w:val="00B3684F"/>
    <w:rsid w:val="00B36C14"/>
    <w:rsid w:val="00B36E7B"/>
    <w:rsid w:val="00B376B8"/>
    <w:rsid w:val="00B37A91"/>
    <w:rsid w:val="00B37EE1"/>
    <w:rsid w:val="00B408AA"/>
    <w:rsid w:val="00B40CFA"/>
    <w:rsid w:val="00B40D23"/>
    <w:rsid w:val="00B41235"/>
    <w:rsid w:val="00B412B6"/>
    <w:rsid w:val="00B4140B"/>
    <w:rsid w:val="00B41746"/>
    <w:rsid w:val="00B418F9"/>
    <w:rsid w:val="00B42471"/>
    <w:rsid w:val="00B42E91"/>
    <w:rsid w:val="00B43029"/>
    <w:rsid w:val="00B433FA"/>
    <w:rsid w:val="00B436C8"/>
    <w:rsid w:val="00B43CC5"/>
    <w:rsid w:val="00B43FBB"/>
    <w:rsid w:val="00B446FC"/>
    <w:rsid w:val="00B44E5D"/>
    <w:rsid w:val="00B44E91"/>
    <w:rsid w:val="00B45086"/>
    <w:rsid w:val="00B450E2"/>
    <w:rsid w:val="00B457BB"/>
    <w:rsid w:val="00B45925"/>
    <w:rsid w:val="00B45929"/>
    <w:rsid w:val="00B45D31"/>
    <w:rsid w:val="00B45E8D"/>
    <w:rsid w:val="00B464F4"/>
    <w:rsid w:val="00B471F1"/>
    <w:rsid w:val="00B47730"/>
    <w:rsid w:val="00B503B5"/>
    <w:rsid w:val="00B51D57"/>
    <w:rsid w:val="00B51DEF"/>
    <w:rsid w:val="00B52358"/>
    <w:rsid w:val="00B5239F"/>
    <w:rsid w:val="00B52719"/>
    <w:rsid w:val="00B52EE5"/>
    <w:rsid w:val="00B533E0"/>
    <w:rsid w:val="00B534AE"/>
    <w:rsid w:val="00B537CA"/>
    <w:rsid w:val="00B540C9"/>
    <w:rsid w:val="00B54221"/>
    <w:rsid w:val="00B543E8"/>
    <w:rsid w:val="00B545CD"/>
    <w:rsid w:val="00B54B99"/>
    <w:rsid w:val="00B54CC0"/>
    <w:rsid w:val="00B55788"/>
    <w:rsid w:val="00B55C36"/>
    <w:rsid w:val="00B563CD"/>
    <w:rsid w:val="00B56642"/>
    <w:rsid w:val="00B56670"/>
    <w:rsid w:val="00B56F69"/>
    <w:rsid w:val="00B57CA8"/>
    <w:rsid w:val="00B60041"/>
    <w:rsid w:val="00B602B6"/>
    <w:rsid w:val="00B604BE"/>
    <w:rsid w:val="00B605D9"/>
    <w:rsid w:val="00B61B16"/>
    <w:rsid w:val="00B61B23"/>
    <w:rsid w:val="00B61C78"/>
    <w:rsid w:val="00B61E3C"/>
    <w:rsid w:val="00B62203"/>
    <w:rsid w:val="00B6285E"/>
    <w:rsid w:val="00B62F49"/>
    <w:rsid w:val="00B62FAE"/>
    <w:rsid w:val="00B63334"/>
    <w:rsid w:val="00B63902"/>
    <w:rsid w:val="00B64111"/>
    <w:rsid w:val="00B64641"/>
    <w:rsid w:val="00B64865"/>
    <w:rsid w:val="00B64ECB"/>
    <w:rsid w:val="00B65578"/>
    <w:rsid w:val="00B65643"/>
    <w:rsid w:val="00B65A7E"/>
    <w:rsid w:val="00B663DB"/>
    <w:rsid w:val="00B66456"/>
    <w:rsid w:val="00B66A05"/>
    <w:rsid w:val="00B672C8"/>
    <w:rsid w:val="00B67936"/>
    <w:rsid w:val="00B67D3A"/>
    <w:rsid w:val="00B7003F"/>
    <w:rsid w:val="00B7067E"/>
    <w:rsid w:val="00B712C1"/>
    <w:rsid w:val="00B71FE3"/>
    <w:rsid w:val="00B72025"/>
    <w:rsid w:val="00B72233"/>
    <w:rsid w:val="00B72720"/>
    <w:rsid w:val="00B72C90"/>
    <w:rsid w:val="00B7357F"/>
    <w:rsid w:val="00B7366B"/>
    <w:rsid w:val="00B738EE"/>
    <w:rsid w:val="00B73C25"/>
    <w:rsid w:val="00B73FBA"/>
    <w:rsid w:val="00B7400D"/>
    <w:rsid w:val="00B74023"/>
    <w:rsid w:val="00B74234"/>
    <w:rsid w:val="00B75342"/>
    <w:rsid w:val="00B761FD"/>
    <w:rsid w:val="00B764ED"/>
    <w:rsid w:val="00B7693F"/>
    <w:rsid w:val="00B76975"/>
    <w:rsid w:val="00B7743A"/>
    <w:rsid w:val="00B77BAD"/>
    <w:rsid w:val="00B8006F"/>
    <w:rsid w:val="00B80221"/>
    <w:rsid w:val="00B8151D"/>
    <w:rsid w:val="00B81CF1"/>
    <w:rsid w:val="00B81CFC"/>
    <w:rsid w:val="00B82337"/>
    <w:rsid w:val="00B82CDA"/>
    <w:rsid w:val="00B835DF"/>
    <w:rsid w:val="00B83A67"/>
    <w:rsid w:val="00B841B0"/>
    <w:rsid w:val="00B844BB"/>
    <w:rsid w:val="00B8487B"/>
    <w:rsid w:val="00B84ED0"/>
    <w:rsid w:val="00B84F63"/>
    <w:rsid w:val="00B8545F"/>
    <w:rsid w:val="00B867A1"/>
    <w:rsid w:val="00B867D0"/>
    <w:rsid w:val="00B869FE"/>
    <w:rsid w:val="00B86C65"/>
    <w:rsid w:val="00B86EAA"/>
    <w:rsid w:val="00B872CA"/>
    <w:rsid w:val="00B87899"/>
    <w:rsid w:val="00B87A0C"/>
    <w:rsid w:val="00B90161"/>
    <w:rsid w:val="00B90592"/>
    <w:rsid w:val="00B90821"/>
    <w:rsid w:val="00B90BEB"/>
    <w:rsid w:val="00B90EB2"/>
    <w:rsid w:val="00B911F4"/>
    <w:rsid w:val="00B91520"/>
    <w:rsid w:val="00B91C42"/>
    <w:rsid w:val="00B925A3"/>
    <w:rsid w:val="00B93586"/>
    <w:rsid w:val="00B94089"/>
    <w:rsid w:val="00B940BF"/>
    <w:rsid w:val="00B94290"/>
    <w:rsid w:val="00B94B38"/>
    <w:rsid w:val="00B94B89"/>
    <w:rsid w:val="00B956C9"/>
    <w:rsid w:val="00B95979"/>
    <w:rsid w:val="00B95D03"/>
    <w:rsid w:val="00B95E03"/>
    <w:rsid w:val="00B96058"/>
    <w:rsid w:val="00B965B6"/>
    <w:rsid w:val="00B96A17"/>
    <w:rsid w:val="00B96BD2"/>
    <w:rsid w:val="00B96F76"/>
    <w:rsid w:val="00B96FD3"/>
    <w:rsid w:val="00B97090"/>
    <w:rsid w:val="00B97128"/>
    <w:rsid w:val="00B977CB"/>
    <w:rsid w:val="00B97DEC"/>
    <w:rsid w:val="00B97FFA"/>
    <w:rsid w:val="00BA1608"/>
    <w:rsid w:val="00BA177E"/>
    <w:rsid w:val="00BA184E"/>
    <w:rsid w:val="00BA1A2D"/>
    <w:rsid w:val="00BA1A54"/>
    <w:rsid w:val="00BA1BED"/>
    <w:rsid w:val="00BA2876"/>
    <w:rsid w:val="00BA3A08"/>
    <w:rsid w:val="00BA41B0"/>
    <w:rsid w:val="00BA4225"/>
    <w:rsid w:val="00BA437B"/>
    <w:rsid w:val="00BA439F"/>
    <w:rsid w:val="00BA4F47"/>
    <w:rsid w:val="00BA521F"/>
    <w:rsid w:val="00BA5808"/>
    <w:rsid w:val="00BA5E36"/>
    <w:rsid w:val="00BA656B"/>
    <w:rsid w:val="00BA6609"/>
    <w:rsid w:val="00BA6947"/>
    <w:rsid w:val="00BA6C61"/>
    <w:rsid w:val="00BA72FC"/>
    <w:rsid w:val="00BA7397"/>
    <w:rsid w:val="00BA79AF"/>
    <w:rsid w:val="00BA7A47"/>
    <w:rsid w:val="00BB1EB0"/>
    <w:rsid w:val="00BB218D"/>
    <w:rsid w:val="00BB2256"/>
    <w:rsid w:val="00BB2C97"/>
    <w:rsid w:val="00BB2F3C"/>
    <w:rsid w:val="00BB4468"/>
    <w:rsid w:val="00BB4EB5"/>
    <w:rsid w:val="00BB4EEF"/>
    <w:rsid w:val="00BB4F28"/>
    <w:rsid w:val="00BB5B25"/>
    <w:rsid w:val="00BB5C86"/>
    <w:rsid w:val="00BB5FED"/>
    <w:rsid w:val="00BB6118"/>
    <w:rsid w:val="00BB6A09"/>
    <w:rsid w:val="00BB72D8"/>
    <w:rsid w:val="00BB78CA"/>
    <w:rsid w:val="00BB7F42"/>
    <w:rsid w:val="00BC000D"/>
    <w:rsid w:val="00BC0B79"/>
    <w:rsid w:val="00BC0B8C"/>
    <w:rsid w:val="00BC10D7"/>
    <w:rsid w:val="00BC1226"/>
    <w:rsid w:val="00BC182D"/>
    <w:rsid w:val="00BC1A02"/>
    <w:rsid w:val="00BC1B2D"/>
    <w:rsid w:val="00BC2144"/>
    <w:rsid w:val="00BC236B"/>
    <w:rsid w:val="00BC266F"/>
    <w:rsid w:val="00BC2E89"/>
    <w:rsid w:val="00BC3531"/>
    <w:rsid w:val="00BC3840"/>
    <w:rsid w:val="00BC3A00"/>
    <w:rsid w:val="00BC40F3"/>
    <w:rsid w:val="00BC418B"/>
    <w:rsid w:val="00BC4265"/>
    <w:rsid w:val="00BC4328"/>
    <w:rsid w:val="00BC46B3"/>
    <w:rsid w:val="00BC4B34"/>
    <w:rsid w:val="00BC4D41"/>
    <w:rsid w:val="00BC5053"/>
    <w:rsid w:val="00BC517E"/>
    <w:rsid w:val="00BC53B9"/>
    <w:rsid w:val="00BC557D"/>
    <w:rsid w:val="00BC55EB"/>
    <w:rsid w:val="00BC5B94"/>
    <w:rsid w:val="00BC5F13"/>
    <w:rsid w:val="00BC5F55"/>
    <w:rsid w:val="00BC613F"/>
    <w:rsid w:val="00BC6205"/>
    <w:rsid w:val="00BC6215"/>
    <w:rsid w:val="00BC6EFD"/>
    <w:rsid w:val="00BC7264"/>
    <w:rsid w:val="00BC7659"/>
    <w:rsid w:val="00BC76A1"/>
    <w:rsid w:val="00BC7BE7"/>
    <w:rsid w:val="00BC7CEE"/>
    <w:rsid w:val="00BD015B"/>
    <w:rsid w:val="00BD09CC"/>
    <w:rsid w:val="00BD0D87"/>
    <w:rsid w:val="00BD2431"/>
    <w:rsid w:val="00BD2759"/>
    <w:rsid w:val="00BD294F"/>
    <w:rsid w:val="00BD3C54"/>
    <w:rsid w:val="00BD4170"/>
    <w:rsid w:val="00BD4446"/>
    <w:rsid w:val="00BD4510"/>
    <w:rsid w:val="00BD4645"/>
    <w:rsid w:val="00BD50F7"/>
    <w:rsid w:val="00BD5BE8"/>
    <w:rsid w:val="00BD5C7A"/>
    <w:rsid w:val="00BD5D2C"/>
    <w:rsid w:val="00BD6732"/>
    <w:rsid w:val="00BD69DB"/>
    <w:rsid w:val="00BD6AFC"/>
    <w:rsid w:val="00BD6E86"/>
    <w:rsid w:val="00BD6F47"/>
    <w:rsid w:val="00BD7037"/>
    <w:rsid w:val="00BD798A"/>
    <w:rsid w:val="00BE0519"/>
    <w:rsid w:val="00BE05C2"/>
    <w:rsid w:val="00BE11E2"/>
    <w:rsid w:val="00BE242B"/>
    <w:rsid w:val="00BE28C0"/>
    <w:rsid w:val="00BE2AB8"/>
    <w:rsid w:val="00BE2CD1"/>
    <w:rsid w:val="00BE2E11"/>
    <w:rsid w:val="00BE31DC"/>
    <w:rsid w:val="00BE33E6"/>
    <w:rsid w:val="00BE38D9"/>
    <w:rsid w:val="00BE3DF0"/>
    <w:rsid w:val="00BE41C6"/>
    <w:rsid w:val="00BE43B3"/>
    <w:rsid w:val="00BE453E"/>
    <w:rsid w:val="00BE4622"/>
    <w:rsid w:val="00BE4C8D"/>
    <w:rsid w:val="00BE4CDF"/>
    <w:rsid w:val="00BE4D00"/>
    <w:rsid w:val="00BE51B0"/>
    <w:rsid w:val="00BE54DE"/>
    <w:rsid w:val="00BE5A79"/>
    <w:rsid w:val="00BE5CBF"/>
    <w:rsid w:val="00BE7255"/>
    <w:rsid w:val="00BE72A1"/>
    <w:rsid w:val="00BE72FA"/>
    <w:rsid w:val="00BE74B2"/>
    <w:rsid w:val="00BE75DA"/>
    <w:rsid w:val="00BF03F1"/>
    <w:rsid w:val="00BF048A"/>
    <w:rsid w:val="00BF09B3"/>
    <w:rsid w:val="00BF11B4"/>
    <w:rsid w:val="00BF16E4"/>
    <w:rsid w:val="00BF1C68"/>
    <w:rsid w:val="00BF1DCD"/>
    <w:rsid w:val="00BF1F5D"/>
    <w:rsid w:val="00BF23CE"/>
    <w:rsid w:val="00BF25F8"/>
    <w:rsid w:val="00BF2884"/>
    <w:rsid w:val="00BF3334"/>
    <w:rsid w:val="00BF394C"/>
    <w:rsid w:val="00BF3D65"/>
    <w:rsid w:val="00BF3DA7"/>
    <w:rsid w:val="00BF4294"/>
    <w:rsid w:val="00BF42EE"/>
    <w:rsid w:val="00BF493F"/>
    <w:rsid w:val="00BF4D99"/>
    <w:rsid w:val="00BF4DE6"/>
    <w:rsid w:val="00BF4EBE"/>
    <w:rsid w:val="00BF4F69"/>
    <w:rsid w:val="00BF4FA1"/>
    <w:rsid w:val="00BF5E73"/>
    <w:rsid w:val="00BF6599"/>
    <w:rsid w:val="00BF6832"/>
    <w:rsid w:val="00BF69D0"/>
    <w:rsid w:val="00BF7AA9"/>
    <w:rsid w:val="00BF7BC9"/>
    <w:rsid w:val="00C003AB"/>
    <w:rsid w:val="00C003E0"/>
    <w:rsid w:val="00C00728"/>
    <w:rsid w:val="00C007ED"/>
    <w:rsid w:val="00C00AB4"/>
    <w:rsid w:val="00C01DEA"/>
    <w:rsid w:val="00C0210E"/>
    <w:rsid w:val="00C0234B"/>
    <w:rsid w:val="00C0255A"/>
    <w:rsid w:val="00C02B94"/>
    <w:rsid w:val="00C02C8D"/>
    <w:rsid w:val="00C03253"/>
    <w:rsid w:val="00C039C8"/>
    <w:rsid w:val="00C04036"/>
    <w:rsid w:val="00C04140"/>
    <w:rsid w:val="00C04B78"/>
    <w:rsid w:val="00C04F19"/>
    <w:rsid w:val="00C058AB"/>
    <w:rsid w:val="00C05992"/>
    <w:rsid w:val="00C05A13"/>
    <w:rsid w:val="00C05A39"/>
    <w:rsid w:val="00C05B0E"/>
    <w:rsid w:val="00C05D94"/>
    <w:rsid w:val="00C06051"/>
    <w:rsid w:val="00C060A1"/>
    <w:rsid w:val="00C07635"/>
    <w:rsid w:val="00C10147"/>
    <w:rsid w:val="00C105A5"/>
    <w:rsid w:val="00C10978"/>
    <w:rsid w:val="00C110D2"/>
    <w:rsid w:val="00C11166"/>
    <w:rsid w:val="00C118E6"/>
    <w:rsid w:val="00C11C13"/>
    <w:rsid w:val="00C12352"/>
    <w:rsid w:val="00C12456"/>
    <w:rsid w:val="00C1338E"/>
    <w:rsid w:val="00C13D2C"/>
    <w:rsid w:val="00C13DE8"/>
    <w:rsid w:val="00C13FA1"/>
    <w:rsid w:val="00C140B8"/>
    <w:rsid w:val="00C148DD"/>
    <w:rsid w:val="00C14952"/>
    <w:rsid w:val="00C14AF5"/>
    <w:rsid w:val="00C14D14"/>
    <w:rsid w:val="00C15582"/>
    <w:rsid w:val="00C15977"/>
    <w:rsid w:val="00C15CD6"/>
    <w:rsid w:val="00C15F76"/>
    <w:rsid w:val="00C1616B"/>
    <w:rsid w:val="00C164A8"/>
    <w:rsid w:val="00C16E15"/>
    <w:rsid w:val="00C172B4"/>
    <w:rsid w:val="00C1731F"/>
    <w:rsid w:val="00C173ED"/>
    <w:rsid w:val="00C17896"/>
    <w:rsid w:val="00C179D5"/>
    <w:rsid w:val="00C17E90"/>
    <w:rsid w:val="00C17EFE"/>
    <w:rsid w:val="00C2005A"/>
    <w:rsid w:val="00C2041A"/>
    <w:rsid w:val="00C21111"/>
    <w:rsid w:val="00C215A4"/>
    <w:rsid w:val="00C218CE"/>
    <w:rsid w:val="00C21FA1"/>
    <w:rsid w:val="00C22A64"/>
    <w:rsid w:val="00C22B60"/>
    <w:rsid w:val="00C24190"/>
    <w:rsid w:val="00C243DA"/>
    <w:rsid w:val="00C24665"/>
    <w:rsid w:val="00C24A2D"/>
    <w:rsid w:val="00C24DB5"/>
    <w:rsid w:val="00C253A4"/>
    <w:rsid w:val="00C25632"/>
    <w:rsid w:val="00C25C7E"/>
    <w:rsid w:val="00C25D10"/>
    <w:rsid w:val="00C25DFB"/>
    <w:rsid w:val="00C26492"/>
    <w:rsid w:val="00C267BE"/>
    <w:rsid w:val="00C26980"/>
    <w:rsid w:val="00C26A24"/>
    <w:rsid w:val="00C26C2C"/>
    <w:rsid w:val="00C26ECB"/>
    <w:rsid w:val="00C27545"/>
    <w:rsid w:val="00C278A7"/>
    <w:rsid w:val="00C27ADE"/>
    <w:rsid w:val="00C27F2B"/>
    <w:rsid w:val="00C30257"/>
    <w:rsid w:val="00C3085D"/>
    <w:rsid w:val="00C30908"/>
    <w:rsid w:val="00C30919"/>
    <w:rsid w:val="00C3099E"/>
    <w:rsid w:val="00C30A05"/>
    <w:rsid w:val="00C30D68"/>
    <w:rsid w:val="00C31093"/>
    <w:rsid w:val="00C31150"/>
    <w:rsid w:val="00C313BD"/>
    <w:rsid w:val="00C316E1"/>
    <w:rsid w:val="00C3238E"/>
    <w:rsid w:val="00C327B6"/>
    <w:rsid w:val="00C329CF"/>
    <w:rsid w:val="00C32ABE"/>
    <w:rsid w:val="00C3359E"/>
    <w:rsid w:val="00C341C2"/>
    <w:rsid w:val="00C342AC"/>
    <w:rsid w:val="00C34C3B"/>
    <w:rsid w:val="00C3534E"/>
    <w:rsid w:val="00C35712"/>
    <w:rsid w:val="00C35C8F"/>
    <w:rsid w:val="00C35E46"/>
    <w:rsid w:val="00C3610D"/>
    <w:rsid w:val="00C36303"/>
    <w:rsid w:val="00C364DE"/>
    <w:rsid w:val="00C3665C"/>
    <w:rsid w:val="00C3676F"/>
    <w:rsid w:val="00C36AF2"/>
    <w:rsid w:val="00C36C7E"/>
    <w:rsid w:val="00C36C82"/>
    <w:rsid w:val="00C36F90"/>
    <w:rsid w:val="00C370E7"/>
    <w:rsid w:val="00C3713F"/>
    <w:rsid w:val="00C371E9"/>
    <w:rsid w:val="00C376BB"/>
    <w:rsid w:val="00C376C7"/>
    <w:rsid w:val="00C40475"/>
    <w:rsid w:val="00C405BC"/>
    <w:rsid w:val="00C4079B"/>
    <w:rsid w:val="00C40C04"/>
    <w:rsid w:val="00C412BE"/>
    <w:rsid w:val="00C43590"/>
    <w:rsid w:val="00C43EFE"/>
    <w:rsid w:val="00C43EFF"/>
    <w:rsid w:val="00C448FA"/>
    <w:rsid w:val="00C44CB0"/>
    <w:rsid w:val="00C45F55"/>
    <w:rsid w:val="00C460E8"/>
    <w:rsid w:val="00C4617A"/>
    <w:rsid w:val="00C46595"/>
    <w:rsid w:val="00C46DF9"/>
    <w:rsid w:val="00C50C87"/>
    <w:rsid w:val="00C50DC1"/>
    <w:rsid w:val="00C510F6"/>
    <w:rsid w:val="00C51276"/>
    <w:rsid w:val="00C5136E"/>
    <w:rsid w:val="00C5177E"/>
    <w:rsid w:val="00C5187C"/>
    <w:rsid w:val="00C52AA2"/>
    <w:rsid w:val="00C53106"/>
    <w:rsid w:val="00C531C3"/>
    <w:rsid w:val="00C53323"/>
    <w:rsid w:val="00C53773"/>
    <w:rsid w:val="00C53B4D"/>
    <w:rsid w:val="00C53D27"/>
    <w:rsid w:val="00C53E1F"/>
    <w:rsid w:val="00C54179"/>
    <w:rsid w:val="00C54724"/>
    <w:rsid w:val="00C54FE0"/>
    <w:rsid w:val="00C5510B"/>
    <w:rsid w:val="00C55402"/>
    <w:rsid w:val="00C55539"/>
    <w:rsid w:val="00C55ADE"/>
    <w:rsid w:val="00C55CA1"/>
    <w:rsid w:val="00C55E71"/>
    <w:rsid w:val="00C55F10"/>
    <w:rsid w:val="00C55FF5"/>
    <w:rsid w:val="00C56286"/>
    <w:rsid w:val="00C5647F"/>
    <w:rsid w:val="00C56BCF"/>
    <w:rsid w:val="00C57D60"/>
    <w:rsid w:val="00C60D62"/>
    <w:rsid w:val="00C616FB"/>
    <w:rsid w:val="00C61A76"/>
    <w:rsid w:val="00C620F3"/>
    <w:rsid w:val="00C62620"/>
    <w:rsid w:val="00C62AE5"/>
    <w:rsid w:val="00C62D27"/>
    <w:rsid w:val="00C62FD3"/>
    <w:rsid w:val="00C63BC2"/>
    <w:rsid w:val="00C63CB5"/>
    <w:rsid w:val="00C643F8"/>
    <w:rsid w:val="00C64433"/>
    <w:rsid w:val="00C64B9D"/>
    <w:rsid w:val="00C6578A"/>
    <w:rsid w:val="00C659AC"/>
    <w:rsid w:val="00C65F73"/>
    <w:rsid w:val="00C666D0"/>
    <w:rsid w:val="00C6672D"/>
    <w:rsid w:val="00C66A89"/>
    <w:rsid w:val="00C6757F"/>
    <w:rsid w:val="00C704FB"/>
    <w:rsid w:val="00C70B1E"/>
    <w:rsid w:val="00C70D0D"/>
    <w:rsid w:val="00C7116D"/>
    <w:rsid w:val="00C718BF"/>
    <w:rsid w:val="00C71C29"/>
    <w:rsid w:val="00C71CE7"/>
    <w:rsid w:val="00C72B65"/>
    <w:rsid w:val="00C7309B"/>
    <w:rsid w:val="00C7326F"/>
    <w:rsid w:val="00C7369C"/>
    <w:rsid w:val="00C73F47"/>
    <w:rsid w:val="00C74209"/>
    <w:rsid w:val="00C745F2"/>
    <w:rsid w:val="00C75119"/>
    <w:rsid w:val="00C7597B"/>
    <w:rsid w:val="00C75A20"/>
    <w:rsid w:val="00C75AC7"/>
    <w:rsid w:val="00C75EFC"/>
    <w:rsid w:val="00C75F07"/>
    <w:rsid w:val="00C75F90"/>
    <w:rsid w:val="00C763A8"/>
    <w:rsid w:val="00C76749"/>
    <w:rsid w:val="00C769BC"/>
    <w:rsid w:val="00C76F1A"/>
    <w:rsid w:val="00C7702A"/>
    <w:rsid w:val="00C77A94"/>
    <w:rsid w:val="00C80057"/>
    <w:rsid w:val="00C80991"/>
    <w:rsid w:val="00C80A9D"/>
    <w:rsid w:val="00C814A7"/>
    <w:rsid w:val="00C81682"/>
    <w:rsid w:val="00C81F57"/>
    <w:rsid w:val="00C82B75"/>
    <w:rsid w:val="00C82CCE"/>
    <w:rsid w:val="00C832D3"/>
    <w:rsid w:val="00C83390"/>
    <w:rsid w:val="00C843EB"/>
    <w:rsid w:val="00C850ED"/>
    <w:rsid w:val="00C85240"/>
    <w:rsid w:val="00C852EC"/>
    <w:rsid w:val="00C85373"/>
    <w:rsid w:val="00C8569B"/>
    <w:rsid w:val="00C86034"/>
    <w:rsid w:val="00C862A2"/>
    <w:rsid w:val="00C86640"/>
    <w:rsid w:val="00C86F25"/>
    <w:rsid w:val="00C871CA"/>
    <w:rsid w:val="00C872E7"/>
    <w:rsid w:val="00C873CB"/>
    <w:rsid w:val="00C878FB"/>
    <w:rsid w:val="00C87A1A"/>
    <w:rsid w:val="00C87CE8"/>
    <w:rsid w:val="00C90068"/>
    <w:rsid w:val="00C90375"/>
    <w:rsid w:val="00C90478"/>
    <w:rsid w:val="00C9055C"/>
    <w:rsid w:val="00C90A37"/>
    <w:rsid w:val="00C90DCA"/>
    <w:rsid w:val="00C90E0E"/>
    <w:rsid w:val="00C913D1"/>
    <w:rsid w:val="00C916B0"/>
    <w:rsid w:val="00C91836"/>
    <w:rsid w:val="00C918E7"/>
    <w:rsid w:val="00C91987"/>
    <w:rsid w:val="00C91A41"/>
    <w:rsid w:val="00C920D8"/>
    <w:rsid w:val="00C923C8"/>
    <w:rsid w:val="00C92499"/>
    <w:rsid w:val="00C92AD6"/>
    <w:rsid w:val="00C92AE1"/>
    <w:rsid w:val="00C93195"/>
    <w:rsid w:val="00C93590"/>
    <w:rsid w:val="00C9376C"/>
    <w:rsid w:val="00C93B8B"/>
    <w:rsid w:val="00C93FEB"/>
    <w:rsid w:val="00C942CB"/>
    <w:rsid w:val="00C942FF"/>
    <w:rsid w:val="00C94424"/>
    <w:rsid w:val="00C94522"/>
    <w:rsid w:val="00C94A3A"/>
    <w:rsid w:val="00C94C4C"/>
    <w:rsid w:val="00C95063"/>
    <w:rsid w:val="00C9507F"/>
    <w:rsid w:val="00C95984"/>
    <w:rsid w:val="00C95987"/>
    <w:rsid w:val="00C96239"/>
    <w:rsid w:val="00C96501"/>
    <w:rsid w:val="00C9693A"/>
    <w:rsid w:val="00C96B35"/>
    <w:rsid w:val="00C96C0C"/>
    <w:rsid w:val="00C96CC9"/>
    <w:rsid w:val="00C96EB4"/>
    <w:rsid w:val="00C96F8F"/>
    <w:rsid w:val="00C971EA"/>
    <w:rsid w:val="00C97467"/>
    <w:rsid w:val="00C97502"/>
    <w:rsid w:val="00CA01BC"/>
    <w:rsid w:val="00CA120B"/>
    <w:rsid w:val="00CA1A47"/>
    <w:rsid w:val="00CA1A87"/>
    <w:rsid w:val="00CA1B25"/>
    <w:rsid w:val="00CA1B6D"/>
    <w:rsid w:val="00CA2673"/>
    <w:rsid w:val="00CA2ECA"/>
    <w:rsid w:val="00CA338A"/>
    <w:rsid w:val="00CA3865"/>
    <w:rsid w:val="00CA3A2B"/>
    <w:rsid w:val="00CA42C8"/>
    <w:rsid w:val="00CA43B3"/>
    <w:rsid w:val="00CA498E"/>
    <w:rsid w:val="00CA4F38"/>
    <w:rsid w:val="00CA5A6A"/>
    <w:rsid w:val="00CA6CC3"/>
    <w:rsid w:val="00CA6F65"/>
    <w:rsid w:val="00CA7587"/>
    <w:rsid w:val="00CA75A2"/>
    <w:rsid w:val="00CA7B6E"/>
    <w:rsid w:val="00CA7D9B"/>
    <w:rsid w:val="00CA7DD3"/>
    <w:rsid w:val="00CB01D6"/>
    <w:rsid w:val="00CB05D3"/>
    <w:rsid w:val="00CB063A"/>
    <w:rsid w:val="00CB0664"/>
    <w:rsid w:val="00CB0D89"/>
    <w:rsid w:val="00CB0DD8"/>
    <w:rsid w:val="00CB2793"/>
    <w:rsid w:val="00CB2F40"/>
    <w:rsid w:val="00CB2FF9"/>
    <w:rsid w:val="00CB392A"/>
    <w:rsid w:val="00CB3FA2"/>
    <w:rsid w:val="00CB437D"/>
    <w:rsid w:val="00CB4A72"/>
    <w:rsid w:val="00CB4CFD"/>
    <w:rsid w:val="00CB4E51"/>
    <w:rsid w:val="00CB500A"/>
    <w:rsid w:val="00CB5821"/>
    <w:rsid w:val="00CB6089"/>
    <w:rsid w:val="00CB6597"/>
    <w:rsid w:val="00CB6789"/>
    <w:rsid w:val="00CB68EE"/>
    <w:rsid w:val="00CB6E83"/>
    <w:rsid w:val="00CB74BB"/>
    <w:rsid w:val="00CB766F"/>
    <w:rsid w:val="00CB77F4"/>
    <w:rsid w:val="00CB78EF"/>
    <w:rsid w:val="00CC0112"/>
    <w:rsid w:val="00CC04ED"/>
    <w:rsid w:val="00CC1365"/>
    <w:rsid w:val="00CC14D0"/>
    <w:rsid w:val="00CC1A99"/>
    <w:rsid w:val="00CC1E22"/>
    <w:rsid w:val="00CC26CF"/>
    <w:rsid w:val="00CC2822"/>
    <w:rsid w:val="00CC29D1"/>
    <w:rsid w:val="00CC2BFF"/>
    <w:rsid w:val="00CC2C64"/>
    <w:rsid w:val="00CC3A78"/>
    <w:rsid w:val="00CC3BD0"/>
    <w:rsid w:val="00CC3F33"/>
    <w:rsid w:val="00CC4432"/>
    <w:rsid w:val="00CC4A13"/>
    <w:rsid w:val="00CC4CD5"/>
    <w:rsid w:val="00CC524E"/>
    <w:rsid w:val="00CC6150"/>
    <w:rsid w:val="00CC6437"/>
    <w:rsid w:val="00CC64B3"/>
    <w:rsid w:val="00CC6759"/>
    <w:rsid w:val="00CC71B6"/>
    <w:rsid w:val="00CD0570"/>
    <w:rsid w:val="00CD0BCF"/>
    <w:rsid w:val="00CD0F42"/>
    <w:rsid w:val="00CD1C99"/>
    <w:rsid w:val="00CD214A"/>
    <w:rsid w:val="00CD2425"/>
    <w:rsid w:val="00CD24FD"/>
    <w:rsid w:val="00CD2A39"/>
    <w:rsid w:val="00CD3178"/>
    <w:rsid w:val="00CD3661"/>
    <w:rsid w:val="00CD454A"/>
    <w:rsid w:val="00CD482D"/>
    <w:rsid w:val="00CD488D"/>
    <w:rsid w:val="00CD5D31"/>
    <w:rsid w:val="00CD6B8D"/>
    <w:rsid w:val="00CD6C7C"/>
    <w:rsid w:val="00CD751A"/>
    <w:rsid w:val="00CE00C2"/>
    <w:rsid w:val="00CE0272"/>
    <w:rsid w:val="00CE0514"/>
    <w:rsid w:val="00CE0BE5"/>
    <w:rsid w:val="00CE0CE6"/>
    <w:rsid w:val="00CE114B"/>
    <w:rsid w:val="00CE14F2"/>
    <w:rsid w:val="00CE1601"/>
    <w:rsid w:val="00CE17B3"/>
    <w:rsid w:val="00CE273A"/>
    <w:rsid w:val="00CE2C22"/>
    <w:rsid w:val="00CE2FD4"/>
    <w:rsid w:val="00CE30A1"/>
    <w:rsid w:val="00CE30EE"/>
    <w:rsid w:val="00CE31AF"/>
    <w:rsid w:val="00CE36B1"/>
    <w:rsid w:val="00CE3B3E"/>
    <w:rsid w:val="00CE3FD9"/>
    <w:rsid w:val="00CE4316"/>
    <w:rsid w:val="00CE4757"/>
    <w:rsid w:val="00CE4923"/>
    <w:rsid w:val="00CE4B95"/>
    <w:rsid w:val="00CE4B98"/>
    <w:rsid w:val="00CE4BC2"/>
    <w:rsid w:val="00CE4E67"/>
    <w:rsid w:val="00CE5258"/>
    <w:rsid w:val="00CE5E12"/>
    <w:rsid w:val="00CE641E"/>
    <w:rsid w:val="00CE6A6C"/>
    <w:rsid w:val="00CE6CA1"/>
    <w:rsid w:val="00CE787A"/>
    <w:rsid w:val="00CF0A64"/>
    <w:rsid w:val="00CF1729"/>
    <w:rsid w:val="00CF18BC"/>
    <w:rsid w:val="00CF1C75"/>
    <w:rsid w:val="00CF25D3"/>
    <w:rsid w:val="00CF27AF"/>
    <w:rsid w:val="00CF337B"/>
    <w:rsid w:val="00CF4791"/>
    <w:rsid w:val="00CF4E47"/>
    <w:rsid w:val="00CF5132"/>
    <w:rsid w:val="00CF5DD9"/>
    <w:rsid w:val="00CF694E"/>
    <w:rsid w:val="00CF6CDB"/>
    <w:rsid w:val="00CF6FE8"/>
    <w:rsid w:val="00CF751C"/>
    <w:rsid w:val="00D00006"/>
    <w:rsid w:val="00D000D3"/>
    <w:rsid w:val="00D00584"/>
    <w:rsid w:val="00D0085B"/>
    <w:rsid w:val="00D00BBE"/>
    <w:rsid w:val="00D00C42"/>
    <w:rsid w:val="00D01E86"/>
    <w:rsid w:val="00D02A13"/>
    <w:rsid w:val="00D02BA0"/>
    <w:rsid w:val="00D02DFC"/>
    <w:rsid w:val="00D032D7"/>
    <w:rsid w:val="00D033DC"/>
    <w:rsid w:val="00D03AC7"/>
    <w:rsid w:val="00D03B6C"/>
    <w:rsid w:val="00D03DC6"/>
    <w:rsid w:val="00D04ADD"/>
    <w:rsid w:val="00D04D62"/>
    <w:rsid w:val="00D050C7"/>
    <w:rsid w:val="00D05362"/>
    <w:rsid w:val="00D05C9C"/>
    <w:rsid w:val="00D064AB"/>
    <w:rsid w:val="00D0663B"/>
    <w:rsid w:val="00D06DB7"/>
    <w:rsid w:val="00D06DD0"/>
    <w:rsid w:val="00D07251"/>
    <w:rsid w:val="00D07B74"/>
    <w:rsid w:val="00D07EE8"/>
    <w:rsid w:val="00D105F5"/>
    <w:rsid w:val="00D10C16"/>
    <w:rsid w:val="00D10C59"/>
    <w:rsid w:val="00D11258"/>
    <w:rsid w:val="00D11A0E"/>
    <w:rsid w:val="00D130E1"/>
    <w:rsid w:val="00D1381A"/>
    <w:rsid w:val="00D13D12"/>
    <w:rsid w:val="00D13DD3"/>
    <w:rsid w:val="00D142AA"/>
    <w:rsid w:val="00D14920"/>
    <w:rsid w:val="00D149E7"/>
    <w:rsid w:val="00D14A20"/>
    <w:rsid w:val="00D14AA4"/>
    <w:rsid w:val="00D152EA"/>
    <w:rsid w:val="00D1532E"/>
    <w:rsid w:val="00D15A24"/>
    <w:rsid w:val="00D15E67"/>
    <w:rsid w:val="00D16964"/>
    <w:rsid w:val="00D179E7"/>
    <w:rsid w:val="00D17F97"/>
    <w:rsid w:val="00D207B0"/>
    <w:rsid w:val="00D20E6B"/>
    <w:rsid w:val="00D22356"/>
    <w:rsid w:val="00D2286A"/>
    <w:rsid w:val="00D22B0C"/>
    <w:rsid w:val="00D22F90"/>
    <w:rsid w:val="00D23031"/>
    <w:rsid w:val="00D2306F"/>
    <w:rsid w:val="00D231EF"/>
    <w:rsid w:val="00D232AD"/>
    <w:rsid w:val="00D23563"/>
    <w:rsid w:val="00D236DD"/>
    <w:rsid w:val="00D244FD"/>
    <w:rsid w:val="00D2518A"/>
    <w:rsid w:val="00D251CB"/>
    <w:rsid w:val="00D25C1D"/>
    <w:rsid w:val="00D26517"/>
    <w:rsid w:val="00D26909"/>
    <w:rsid w:val="00D26A86"/>
    <w:rsid w:val="00D26F0C"/>
    <w:rsid w:val="00D275AA"/>
    <w:rsid w:val="00D27E20"/>
    <w:rsid w:val="00D3014A"/>
    <w:rsid w:val="00D305BD"/>
    <w:rsid w:val="00D31933"/>
    <w:rsid w:val="00D31BB0"/>
    <w:rsid w:val="00D31D33"/>
    <w:rsid w:val="00D31F8A"/>
    <w:rsid w:val="00D324E2"/>
    <w:rsid w:val="00D32576"/>
    <w:rsid w:val="00D32767"/>
    <w:rsid w:val="00D32906"/>
    <w:rsid w:val="00D32CBC"/>
    <w:rsid w:val="00D33070"/>
    <w:rsid w:val="00D3344C"/>
    <w:rsid w:val="00D33466"/>
    <w:rsid w:val="00D337ED"/>
    <w:rsid w:val="00D33854"/>
    <w:rsid w:val="00D33A1C"/>
    <w:rsid w:val="00D34181"/>
    <w:rsid w:val="00D344EE"/>
    <w:rsid w:val="00D34B46"/>
    <w:rsid w:val="00D34C86"/>
    <w:rsid w:val="00D350A3"/>
    <w:rsid w:val="00D353FD"/>
    <w:rsid w:val="00D35DEF"/>
    <w:rsid w:val="00D365ED"/>
    <w:rsid w:val="00D36932"/>
    <w:rsid w:val="00D37104"/>
    <w:rsid w:val="00D375FD"/>
    <w:rsid w:val="00D379E8"/>
    <w:rsid w:val="00D405F3"/>
    <w:rsid w:val="00D414F5"/>
    <w:rsid w:val="00D41642"/>
    <w:rsid w:val="00D416BD"/>
    <w:rsid w:val="00D417B9"/>
    <w:rsid w:val="00D41DEE"/>
    <w:rsid w:val="00D4266A"/>
    <w:rsid w:val="00D42E00"/>
    <w:rsid w:val="00D436BC"/>
    <w:rsid w:val="00D43833"/>
    <w:rsid w:val="00D446FA"/>
    <w:rsid w:val="00D44EAD"/>
    <w:rsid w:val="00D457A5"/>
    <w:rsid w:val="00D459CC"/>
    <w:rsid w:val="00D46699"/>
    <w:rsid w:val="00D46D2A"/>
    <w:rsid w:val="00D504C7"/>
    <w:rsid w:val="00D50567"/>
    <w:rsid w:val="00D5095C"/>
    <w:rsid w:val="00D50F72"/>
    <w:rsid w:val="00D510F0"/>
    <w:rsid w:val="00D512AD"/>
    <w:rsid w:val="00D51543"/>
    <w:rsid w:val="00D5218E"/>
    <w:rsid w:val="00D5285A"/>
    <w:rsid w:val="00D52953"/>
    <w:rsid w:val="00D52C6A"/>
    <w:rsid w:val="00D53A04"/>
    <w:rsid w:val="00D53D20"/>
    <w:rsid w:val="00D53E83"/>
    <w:rsid w:val="00D543EF"/>
    <w:rsid w:val="00D545D3"/>
    <w:rsid w:val="00D545F3"/>
    <w:rsid w:val="00D549A4"/>
    <w:rsid w:val="00D55413"/>
    <w:rsid w:val="00D556F3"/>
    <w:rsid w:val="00D55D93"/>
    <w:rsid w:val="00D565FC"/>
    <w:rsid w:val="00D568D5"/>
    <w:rsid w:val="00D56BA1"/>
    <w:rsid w:val="00D56BC3"/>
    <w:rsid w:val="00D579AB"/>
    <w:rsid w:val="00D6059A"/>
    <w:rsid w:val="00D60A3E"/>
    <w:rsid w:val="00D60EEC"/>
    <w:rsid w:val="00D620EC"/>
    <w:rsid w:val="00D62A92"/>
    <w:rsid w:val="00D63318"/>
    <w:rsid w:val="00D637B8"/>
    <w:rsid w:val="00D63840"/>
    <w:rsid w:val="00D638ED"/>
    <w:rsid w:val="00D64836"/>
    <w:rsid w:val="00D64C26"/>
    <w:rsid w:val="00D64DAD"/>
    <w:rsid w:val="00D6514B"/>
    <w:rsid w:val="00D65989"/>
    <w:rsid w:val="00D66C1F"/>
    <w:rsid w:val="00D6707D"/>
    <w:rsid w:val="00D67162"/>
    <w:rsid w:val="00D673EB"/>
    <w:rsid w:val="00D7037B"/>
    <w:rsid w:val="00D70690"/>
    <w:rsid w:val="00D708F5"/>
    <w:rsid w:val="00D70964"/>
    <w:rsid w:val="00D709A2"/>
    <w:rsid w:val="00D70B5C"/>
    <w:rsid w:val="00D7132C"/>
    <w:rsid w:val="00D71803"/>
    <w:rsid w:val="00D7244B"/>
    <w:rsid w:val="00D72543"/>
    <w:rsid w:val="00D729A7"/>
    <w:rsid w:val="00D72C99"/>
    <w:rsid w:val="00D72F4F"/>
    <w:rsid w:val="00D73656"/>
    <w:rsid w:val="00D7384C"/>
    <w:rsid w:val="00D73FE9"/>
    <w:rsid w:val="00D7400C"/>
    <w:rsid w:val="00D749CE"/>
    <w:rsid w:val="00D74B97"/>
    <w:rsid w:val="00D74C4F"/>
    <w:rsid w:val="00D74E31"/>
    <w:rsid w:val="00D756E8"/>
    <w:rsid w:val="00D76174"/>
    <w:rsid w:val="00D76264"/>
    <w:rsid w:val="00D765D1"/>
    <w:rsid w:val="00D76CD0"/>
    <w:rsid w:val="00D771FD"/>
    <w:rsid w:val="00D776BE"/>
    <w:rsid w:val="00D7790B"/>
    <w:rsid w:val="00D77AF5"/>
    <w:rsid w:val="00D8031B"/>
    <w:rsid w:val="00D80546"/>
    <w:rsid w:val="00D8169B"/>
    <w:rsid w:val="00D8202B"/>
    <w:rsid w:val="00D82052"/>
    <w:rsid w:val="00D82691"/>
    <w:rsid w:val="00D82E96"/>
    <w:rsid w:val="00D830A6"/>
    <w:rsid w:val="00D83174"/>
    <w:rsid w:val="00D83303"/>
    <w:rsid w:val="00D833B2"/>
    <w:rsid w:val="00D83684"/>
    <w:rsid w:val="00D83AC4"/>
    <w:rsid w:val="00D83DDB"/>
    <w:rsid w:val="00D83FF1"/>
    <w:rsid w:val="00D844A4"/>
    <w:rsid w:val="00D84B69"/>
    <w:rsid w:val="00D85121"/>
    <w:rsid w:val="00D8528A"/>
    <w:rsid w:val="00D853CD"/>
    <w:rsid w:val="00D858D0"/>
    <w:rsid w:val="00D85CDE"/>
    <w:rsid w:val="00D85E33"/>
    <w:rsid w:val="00D8706C"/>
    <w:rsid w:val="00D8739F"/>
    <w:rsid w:val="00D901B4"/>
    <w:rsid w:val="00D90382"/>
    <w:rsid w:val="00D90391"/>
    <w:rsid w:val="00D90590"/>
    <w:rsid w:val="00D9065F"/>
    <w:rsid w:val="00D90702"/>
    <w:rsid w:val="00D907D7"/>
    <w:rsid w:val="00D90C7F"/>
    <w:rsid w:val="00D90E0D"/>
    <w:rsid w:val="00D90ED7"/>
    <w:rsid w:val="00D91169"/>
    <w:rsid w:val="00D913DB"/>
    <w:rsid w:val="00D91576"/>
    <w:rsid w:val="00D91F4F"/>
    <w:rsid w:val="00D92438"/>
    <w:rsid w:val="00D92667"/>
    <w:rsid w:val="00D92764"/>
    <w:rsid w:val="00D92F1B"/>
    <w:rsid w:val="00D93547"/>
    <w:rsid w:val="00D93C70"/>
    <w:rsid w:val="00D93FE1"/>
    <w:rsid w:val="00D9418F"/>
    <w:rsid w:val="00D94F94"/>
    <w:rsid w:val="00D9508D"/>
    <w:rsid w:val="00D95968"/>
    <w:rsid w:val="00D96041"/>
    <w:rsid w:val="00D96A9B"/>
    <w:rsid w:val="00D96C44"/>
    <w:rsid w:val="00D97CA7"/>
    <w:rsid w:val="00D97E14"/>
    <w:rsid w:val="00DA007E"/>
    <w:rsid w:val="00DA051A"/>
    <w:rsid w:val="00DA05A2"/>
    <w:rsid w:val="00DA07B7"/>
    <w:rsid w:val="00DA0E2A"/>
    <w:rsid w:val="00DA103B"/>
    <w:rsid w:val="00DA127B"/>
    <w:rsid w:val="00DA191F"/>
    <w:rsid w:val="00DA1B19"/>
    <w:rsid w:val="00DA1E01"/>
    <w:rsid w:val="00DA251E"/>
    <w:rsid w:val="00DA3332"/>
    <w:rsid w:val="00DA46B3"/>
    <w:rsid w:val="00DA4E76"/>
    <w:rsid w:val="00DA5332"/>
    <w:rsid w:val="00DA5B94"/>
    <w:rsid w:val="00DA60B5"/>
    <w:rsid w:val="00DA60C0"/>
    <w:rsid w:val="00DA6E26"/>
    <w:rsid w:val="00DA7125"/>
    <w:rsid w:val="00DA7588"/>
    <w:rsid w:val="00DA7725"/>
    <w:rsid w:val="00DB0F5F"/>
    <w:rsid w:val="00DB120F"/>
    <w:rsid w:val="00DB230D"/>
    <w:rsid w:val="00DB2770"/>
    <w:rsid w:val="00DB35AD"/>
    <w:rsid w:val="00DB37D6"/>
    <w:rsid w:val="00DB3857"/>
    <w:rsid w:val="00DB39DF"/>
    <w:rsid w:val="00DB3AE1"/>
    <w:rsid w:val="00DB4945"/>
    <w:rsid w:val="00DB5509"/>
    <w:rsid w:val="00DB57FE"/>
    <w:rsid w:val="00DB5D7D"/>
    <w:rsid w:val="00DB5DEA"/>
    <w:rsid w:val="00DB6076"/>
    <w:rsid w:val="00DB61B5"/>
    <w:rsid w:val="00DB628D"/>
    <w:rsid w:val="00DB6C96"/>
    <w:rsid w:val="00DB700C"/>
    <w:rsid w:val="00DB731B"/>
    <w:rsid w:val="00DB7B87"/>
    <w:rsid w:val="00DB7C71"/>
    <w:rsid w:val="00DC005B"/>
    <w:rsid w:val="00DC00EE"/>
    <w:rsid w:val="00DC0600"/>
    <w:rsid w:val="00DC0804"/>
    <w:rsid w:val="00DC0DD0"/>
    <w:rsid w:val="00DC13A7"/>
    <w:rsid w:val="00DC1B79"/>
    <w:rsid w:val="00DC25DD"/>
    <w:rsid w:val="00DC3114"/>
    <w:rsid w:val="00DC3280"/>
    <w:rsid w:val="00DC331E"/>
    <w:rsid w:val="00DC39D8"/>
    <w:rsid w:val="00DC3C87"/>
    <w:rsid w:val="00DC49BF"/>
    <w:rsid w:val="00DC524B"/>
    <w:rsid w:val="00DC5C96"/>
    <w:rsid w:val="00DC6646"/>
    <w:rsid w:val="00DD01AA"/>
    <w:rsid w:val="00DD0B81"/>
    <w:rsid w:val="00DD133C"/>
    <w:rsid w:val="00DD18F2"/>
    <w:rsid w:val="00DD190A"/>
    <w:rsid w:val="00DD1BEC"/>
    <w:rsid w:val="00DD1E2C"/>
    <w:rsid w:val="00DD20EA"/>
    <w:rsid w:val="00DD287C"/>
    <w:rsid w:val="00DD3151"/>
    <w:rsid w:val="00DD3285"/>
    <w:rsid w:val="00DD3D2A"/>
    <w:rsid w:val="00DD41F4"/>
    <w:rsid w:val="00DD45D0"/>
    <w:rsid w:val="00DD510F"/>
    <w:rsid w:val="00DD544B"/>
    <w:rsid w:val="00DD5C01"/>
    <w:rsid w:val="00DD6079"/>
    <w:rsid w:val="00DD62AF"/>
    <w:rsid w:val="00DD65AE"/>
    <w:rsid w:val="00DD6EDD"/>
    <w:rsid w:val="00DD6FFC"/>
    <w:rsid w:val="00DD74B8"/>
    <w:rsid w:val="00DD7718"/>
    <w:rsid w:val="00DE00E8"/>
    <w:rsid w:val="00DE051A"/>
    <w:rsid w:val="00DE07D0"/>
    <w:rsid w:val="00DE090D"/>
    <w:rsid w:val="00DE0EC1"/>
    <w:rsid w:val="00DE1339"/>
    <w:rsid w:val="00DE137A"/>
    <w:rsid w:val="00DE1449"/>
    <w:rsid w:val="00DE14E1"/>
    <w:rsid w:val="00DE179C"/>
    <w:rsid w:val="00DE1A73"/>
    <w:rsid w:val="00DE1A9A"/>
    <w:rsid w:val="00DE1B02"/>
    <w:rsid w:val="00DE1FF2"/>
    <w:rsid w:val="00DE2B31"/>
    <w:rsid w:val="00DE36DB"/>
    <w:rsid w:val="00DE3723"/>
    <w:rsid w:val="00DE3811"/>
    <w:rsid w:val="00DE4D29"/>
    <w:rsid w:val="00DE57AA"/>
    <w:rsid w:val="00DE59B8"/>
    <w:rsid w:val="00DE5A71"/>
    <w:rsid w:val="00DE5B2D"/>
    <w:rsid w:val="00DE5DA0"/>
    <w:rsid w:val="00DE6068"/>
    <w:rsid w:val="00DE6878"/>
    <w:rsid w:val="00DE6EB6"/>
    <w:rsid w:val="00DE7369"/>
    <w:rsid w:val="00DE7D18"/>
    <w:rsid w:val="00DF1004"/>
    <w:rsid w:val="00DF129B"/>
    <w:rsid w:val="00DF17CB"/>
    <w:rsid w:val="00DF1B5F"/>
    <w:rsid w:val="00DF1F25"/>
    <w:rsid w:val="00DF2103"/>
    <w:rsid w:val="00DF275C"/>
    <w:rsid w:val="00DF2934"/>
    <w:rsid w:val="00DF2AD2"/>
    <w:rsid w:val="00DF2D5B"/>
    <w:rsid w:val="00DF2E9E"/>
    <w:rsid w:val="00DF440D"/>
    <w:rsid w:val="00DF50C4"/>
    <w:rsid w:val="00DF5285"/>
    <w:rsid w:val="00DF5745"/>
    <w:rsid w:val="00DF667D"/>
    <w:rsid w:val="00DF6782"/>
    <w:rsid w:val="00DF7585"/>
    <w:rsid w:val="00DF7672"/>
    <w:rsid w:val="00DF775B"/>
    <w:rsid w:val="00DF7AD0"/>
    <w:rsid w:val="00DF7DA3"/>
    <w:rsid w:val="00E0014E"/>
    <w:rsid w:val="00E00339"/>
    <w:rsid w:val="00E00742"/>
    <w:rsid w:val="00E01540"/>
    <w:rsid w:val="00E01585"/>
    <w:rsid w:val="00E033FD"/>
    <w:rsid w:val="00E036E6"/>
    <w:rsid w:val="00E03A2C"/>
    <w:rsid w:val="00E04311"/>
    <w:rsid w:val="00E0438A"/>
    <w:rsid w:val="00E04704"/>
    <w:rsid w:val="00E04BA5"/>
    <w:rsid w:val="00E04CDC"/>
    <w:rsid w:val="00E056F3"/>
    <w:rsid w:val="00E05E04"/>
    <w:rsid w:val="00E05F47"/>
    <w:rsid w:val="00E0605D"/>
    <w:rsid w:val="00E06B74"/>
    <w:rsid w:val="00E06FD3"/>
    <w:rsid w:val="00E074BA"/>
    <w:rsid w:val="00E07532"/>
    <w:rsid w:val="00E0753F"/>
    <w:rsid w:val="00E07F05"/>
    <w:rsid w:val="00E107D4"/>
    <w:rsid w:val="00E10B27"/>
    <w:rsid w:val="00E121C5"/>
    <w:rsid w:val="00E12378"/>
    <w:rsid w:val="00E124FA"/>
    <w:rsid w:val="00E128A1"/>
    <w:rsid w:val="00E1297E"/>
    <w:rsid w:val="00E12C78"/>
    <w:rsid w:val="00E1321F"/>
    <w:rsid w:val="00E138CE"/>
    <w:rsid w:val="00E13CEE"/>
    <w:rsid w:val="00E13D5C"/>
    <w:rsid w:val="00E13F0F"/>
    <w:rsid w:val="00E142BE"/>
    <w:rsid w:val="00E14364"/>
    <w:rsid w:val="00E143EB"/>
    <w:rsid w:val="00E1468F"/>
    <w:rsid w:val="00E14A6F"/>
    <w:rsid w:val="00E150ED"/>
    <w:rsid w:val="00E15883"/>
    <w:rsid w:val="00E1656E"/>
    <w:rsid w:val="00E168EC"/>
    <w:rsid w:val="00E16CD9"/>
    <w:rsid w:val="00E17516"/>
    <w:rsid w:val="00E175D5"/>
    <w:rsid w:val="00E17B40"/>
    <w:rsid w:val="00E1E8B2"/>
    <w:rsid w:val="00E20028"/>
    <w:rsid w:val="00E215A4"/>
    <w:rsid w:val="00E2191C"/>
    <w:rsid w:val="00E21F96"/>
    <w:rsid w:val="00E220A8"/>
    <w:rsid w:val="00E220F7"/>
    <w:rsid w:val="00E22D6A"/>
    <w:rsid w:val="00E22DF4"/>
    <w:rsid w:val="00E2340F"/>
    <w:rsid w:val="00E23594"/>
    <w:rsid w:val="00E2372F"/>
    <w:rsid w:val="00E2374D"/>
    <w:rsid w:val="00E2427B"/>
    <w:rsid w:val="00E245FF"/>
    <w:rsid w:val="00E24B1B"/>
    <w:rsid w:val="00E24D75"/>
    <w:rsid w:val="00E2609F"/>
    <w:rsid w:val="00E26234"/>
    <w:rsid w:val="00E26293"/>
    <w:rsid w:val="00E262E6"/>
    <w:rsid w:val="00E2659F"/>
    <w:rsid w:val="00E26730"/>
    <w:rsid w:val="00E269AD"/>
    <w:rsid w:val="00E26F2E"/>
    <w:rsid w:val="00E270A1"/>
    <w:rsid w:val="00E3006B"/>
    <w:rsid w:val="00E3034C"/>
    <w:rsid w:val="00E30562"/>
    <w:rsid w:val="00E311D2"/>
    <w:rsid w:val="00E31496"/>
    <w:rsid w:val="00E31F14"/>
    <w:rsid w:val="00E326EB"/>
    <w:rsid w:val="00E32ABF"/>
    <w:rsid w:val="00E32BD1"/>
    <w:rsid w:val="00E32D73"/>
    <w:rsid w:val="00E33167"/>
    <w:rsid w:val="00E33405"/>
    <w:rsid w:val="00E33670"/>
    <w:rsid w:val="00E33733"/>
    <w:rsid w:val="00E33983"/>
    <w:rsid w:val="00E34096"/>
    <w:rsid w:val="00E342AA"/>
    <w:rsid w:val="00E34321"/>
    <w:rsid w:val="00E3469B"/>
    <w:rsid w:val="00E348AF"/>
    <w:rsid w:val="00E35C85"/>
    <w:rsid w:val="00E35CB0"/>
    <w:rsid w:val="00E36087"/>
    <w:rsid w:val="00E36945"/>
    <w:rsid w:val="00E36B4E"/>
    <w:rsid w:val="00E36FCD"/>
    <w:rsid w:val="00E371DE"/>
    <w:rsid w:val="00E378F1"/>
    <w:rsid w:val="00E37D2A"/>
    <w:rsid w:val="00E37DF4"/>
    <w:rsid w:val="00E37E61"/>
    <w:rsid w:val="00E40328"/>
    <w:rsid w:val="00E406CA"/>
    <w:rsid w:val="00E40EEB"/>
    <w:rsid w:val="00E40F69"/>
    <w:rsid w:val="00E413DE"/>
    <w:rsid w:val="00E41C0C"/>
    <w:rsid w:val="00E41DA1"/>
    <w:rsid w:val="00E42CDB"/>
    <w:rsid w:val="00E44084"/>
    <w:rsid w:val="00E446A4"/>
    <w:rsid w:val="00E4537D"/>
    <w:rsid w:val="00E45496"/>
    <w:rsid w:val="00E4592D"/>
    <w:rsid w:val="00E45D60"/>
    <w:rsid w:val="00E45E34"/>
    <w:rsid w:val="00E46144"/>
    <w:rsid w:val="00E4626E"/>
    <w:rsid w:val="00E46D1E"/>
    <w:rsid w:val="00E504D2"/>
    <w:rsid w:val="00E50775"/>
    <w:rsid w:val="00E507DC"/>
    <w:rsid w:val="00E50F42"/>
    <w:rsid w:val="00E512DB"/>
    <w:rsid w:val="00E5246F"/>
    <w:rsid w:val="00E52965"/>
    <w:rsid w:val="00E52B44"/>
    <w:rsid w:val="00E534D1"/>
    <w:rsid w:val="00E53D32"/>
    <w:rsid w:val="00E53EAF"/>
    <w:rsid w:val="00E54357"/>
    <w:rsid w:val="00E55E55"/>
    <w:rsid w:val="00E5747B"/>
    <w:rsid w:val="00E5775D"/>
    <w:rsid w:val="00E6019E"/>
    <w:rsid w:val="00E60283"/>
    <w:rsid w:val="00E6063D"/>
    <w:rsid w:val="00E6155A"/>
    <w:rsid w:val="00E6199D"/>
    <w:rsid w:val="00E61D48"/>
    <w:rsid w:val="00E620EC"/>
    <w:rsid w:val="00E62450"/>
    <w:rsid w:val="00E629FC"/>
    <w:rsid w:val="00E62DE2"/>
    <w:rsid w:val="00E62F8E"/>
    <w:rsid w:val="00E63A79"/>
    <w:rsid w:val="00E63E28"/>
    <w:rsid w:val="00E64117"/>
    <w:rsid w:val="00E64B93"/>
    <w:rsid w:val="00E65241"/>
    <w:rsid w:val="00E6622B"/>
    <w:rsid w:val="00E66B20"/>
    <w:rsid w:val="00E66D53"/>
    <w:rsid w:val="00E67195"/>
    <w:rsid w:val="00E67940"/>
    <w:rsid w:val="00E70FEB"/>
    <w:rsid w:val="00E7100D"/>
    <w:rsid w:val="00E7127D"/>
    <w:rsid w:val="00E715AC"/>
    <w:rsid w:val="00E718C3"/>
    <w:rsid w:val="00E718F5"/>
    <w:rsid w:val="00E71B44"/>
    <w:rsid w:val="00E71D81"/>
    <w:rsid w:val="00E725BE"/>
    <w:rsid w:val="00E729A3"/>
    <w:rsid w:val="00E7428A"/>
    <w:rsid w:val="00E74606"/>
    <w:rsid w:val="00E75332"/>
    <w:rsid w:val="00E75FA8"/>
    <w:rsid w:val="00E760EA"/>
    <w:rsid w:val="00E76504"/>
    <w:rsid w:val="00E76DE3"/>
    <w:rsid w:val="00E7706B"/>
    <w:rsid w:val="00E771C5"/>
    <w:rsid w:val="00E7737F"/>
    <w:rsid w:val="00E77590"/>
    <w:rsid w:val="00E77703"/>
    <w:rsid w:val="00E77A73"/>
    <w:rsid w:val="00E77BBA"/>
    <w:rsid w:val="00E77F90"/>
    <w:rsid w:val="00E80665"/>
    <w:rsid w:val="00E80B99"/>
    <w:rsid w:val="00E815D8"/>
    <w:rsid w:val="00E817B2"/>
    <w:rsid w:val="00E81A19"/>
    <w:rsid w:val="00E81F38"/>
    <w:rsid w:val="00E82757"/>
    <w:rsid w:val="00E832A4"/>
    <w:rsid w:val="00E83A69"/>
    <w:rsid w:val="00E83CEE"/>
    <w:rsid w:val="00E83EB0"/>
    <w:rsid w:val="00E846E1"/>
    <w:rsid w:val="00E8476D"/>
    <w:rsid w:val="00E84CB1"/>
    <w:rsid w:val="00E8522F"/>
    <w:rsid w:val="00E8566A"/>
    <w:rsid w:val="00E85981"/>
    <w:rsid w:val="00E85A97"/>
    <w:rsid w:val="00E85EC1"/>
    <w:rsid w:val="00E85F75"/>
    <w:rsid w:val="00E8602F"/>
    <w:rsid w:val="00E867C3"/>
    <w:rsid w:val="00E867D6"/>
    <w:rsid w:val="00E86AE3"/>
    <w:rsid w:val="00E8731E"/>
    <w:rsid w:val="00E876B5"/>
    <w:rsid w:val="00E879A6"/>
    <w:rsid w:val="00E87C08"/>
    <w:rsid w:val="00E87C0D"/>
    <w:rsid w:val="00E87E08"/>
    <w:rsid w:val="00E8C033"/>
    <w:rsid w:val="00E90314"/>
    <w:rsid w:val="00E90D0B"/>
    <w:rsid w:val="00E90DFC"/>
    <w:rsid w:val="00E913AE"/>
    <w:rsid w:val="00E92304"/>
    <w:rsid w:val="00E92ADE"/>
    <w:rsid w:val="00E92B3E"/>
    <w:rsid w:val="00E93C14"/>
    <w:rsid w:val="00E93C18"/>
    <w:rsid w:val="00E93E70"/>
    <w:rsid w:val="00E946F7"/>
    <w:rsid w:val="00E94CB8"/>
    <w:rsid w:val="00E94F16"/>
    <w:rsid w:val="00E95354"/>
    <w:rsid w:val="00E95479"/>
    <w:rsid w:val="00E96A03"/>
    <w:rsid w:val="00E96A51"/>
    <w:rsid w:val="00E96ED6"/>
    <w:rsid w:val="00E9732F"/>
    <w:rsid w:val="00E9745F"/>
    <w:rsid w:val="00EA0023"/>
    <w:rsid w:val="00EA0634"/>
    <w:rsid w:val="00EA070C"/>
    <w:rsid w:val="00EA0B34"/>
    <w:rsid w:val="00EA0FE8"/>
    <w:rsid w:val="00EA19B0"/>
    <w:rsid w:val="00EA2123"/>
    <w:rsid w:val="00EA218A"/>
    <w:rsid w:val="00EA2EF4"/>
    <w:rsid w:val="00EA32CE"/>
    <w:rsid w:val="00EA3E22"/>
    <w:rsid w:val="00EA4658"/>
    <w:rsid w:val="00EA476C"/>
    <w:rsid w:val="00EA495A"/>
    <w:rsid w:val="00EA49BA"/>
    <w:rsid w:val="00EA4DB6"/>
    <w:rsid w:val="00EA51B0"/>
    <w:rsid w:val="00EA535F"/>
    <w:rsid w:val="00EA5421"/>
    <w:rsid w:val="00EA5C7C"/>
    <w:rsid w:val="00EA618A"/>
    <w:rsid w:val="00EA6217"/>
    <w:rsid w:val="00EA65A9"/>
    <w:rsid w:val="00EA79DF"/>
    <w:rsid w:val="00EB056E"/>
    <w:rsid w:val="00EB0727"/>
    <w:rsid w:val="00EB0A56"/>
    <w:rsid w:val="00EB0A7A"/>
    <w:rsid w:val="00EB102B"/>
    <w:rsid w:val="00EB1419"/>
    <w:rsid w:val="00EB1436"/>
    <w:rsid w:val="00EB17D6"/>
    <w:rsid w:val="00EB18AF"/>
    <w:rsid w:val="00EB1FA1"/>
    <w:rsid w:val="00EB2294"/>
    <w:rsid w:val="00EB2354"/>
    <w:rsid w:val="00EB2C9A"/>
    <w:rsid w:val="00EB2DD7"/>
    <w:rsid w:val="00EB3541"/>
    <w:rsid w:val="00EB35A2"/>
    <w:rsid w:val="00EB5026"/>
    <w:rsid w:val="00EB5FC0"/>
    <w:rsid w:val="00EB602F"/>
    <w:rsid w:val="00EB612C"/>
    <w:rsid w:val="00EB75E7"/>
    <w:rsid w:val="00EB76E6"/>
    <w:rsid w:val="00EB7B46"/>
    <w:rsid w:val="00EB7DB0"/>
    <w:rsid w:val="00EC00E0"/>
    <w:rsid w:val="00EC0FA9"/>
    <w:rsid w:val="00EC1572"/>
    <w:rsid w:val="00EC1820"/>
    <w:rsid w:val="00EC1A23"/>
    <w:rsid w:val="00EC2D59"/>
    <w:rsid w:val="00EC2F45"/>
    <w:rsid w:val="00EC2FE5"/>
    <w:rsid w:val="00EC329B"/>
    <w:rsid w:val="00EC3639"/>
    <w:rsid w:val="00EC383F"/>
    <w:rsid w:val="00EC3C69"/>
    <w:rsid w:val="00EC40A8"/>
    <w:rsid w:val="00EC44B3"/>
    <w:rsid w:val="00EC44F1"/>
    <w:rsid w:val="00EC6C27"/>
    <w:rsid w:val="00EC73B0"/>
    <w:rsid w:val="00ED053E"/>
    <w:rsid w:val="00ED05F3"/>
    <w:rsid w:val="00ED1669"/>
    <w:rsid w:val="00ED1736"/>
    <w:rsid w:val="00ED1AA2"/>
    <w:rsid w:val="00ED1C0D"/>
    <w:rsid w:val="00ED2066"/>
    <w:rsid w:val="00ED260E"/>
    <w:rsid w:val="00ED267F"/>
    <w:rsid w:val="00ED2A33"/>
    <w:rsid w:val="00ED2C0B"/>
    <w:rsid w:val="00ED3CF5"/>
    <w:rsid w:val="00ED46AF"/>
    <w:rsid w:val="00ED47B2"/>
    <w:rsid w:val="00ED486A"/>
    <w:rsid w:val="00ED4FAA"/>
    <w:rsid w:val="00ED520E"/>
    <w:rsid w:val="00ED56DD"/>
    <w:rsid w:val="00ED5FF5"/>
    <w:rsid w:val="00ED6022"/>
    <w:rsid w:val="00ED6A8B"/>
    <w:rsid w:val="00ED708D"/>
    <w:rsid w:val="00ED7DF1"/>
    <w:rsid w:val="00ED7F6A"/>
    <w:rsid w:val="00EE003E"/>
    <w:rsid w:val="00EE0442"/>
    <w:rsid w:val="00EE05D2"/>
    <w:rsid w:val="00EE0972"/>
    <w:rsid w:val="00EE0B6C"/>
    <w:rsid w:val="00EE0D5B"/>
    <w:rsid w:val="00EE0DD9"/>
    <w:rsid w:val="00EE0EDB"/>
    <w:rsid w:val="00EE103C"/>
    <w:rsid w:val="00EE169B"/>
    <w:rsid w:val="00EE188D"/>
    <w:rsid w:val="00EE25C3"/>
    <w:rsid w:val="00EE2B96"/>
    <w:rsid w:val="00EE3270"/>
    <w:rsid w:val="00EE338F"/>
    <w:rsid w:val="00EE364B"/>
    <w:rsid w:val="00EE3B98"/>
    <w:rsid w:val="00EE3D82"/>
    <w:rsid w:val="00EE3ED0"/>
    <w:rsid w:val="00EE46B7"/>
    <w:rsid w:val="00EE4F06"/>
    <w:rsid w:val="00EE546A"/>
    <w:rsid w:val="00EE5628"/>
    <w:rsid w:val="00EE5933"/>
    <w:rsid w:val="00EE630B"/>
    <w:rsid w:val="00EE64A1"/>
    <w:rsid w:val="00EE6B80"/>
    <w:rsid w:val="00EE717E"/>
    <w:rsid w:val="00EE72FD"/>
    <w:rsid w:val="00EE7459"/>
    <w:rsid w:val="00EE7A86"/>
    <w:rsid w:val="00EF0114"/>
    <w:rsid w:val="00EF03E9"/>
    <w:rsid w:val="00EF08C5"/>
    <w:rsid w:val="00EF1A90"/>
    <w:rsid w:val="00EF1ED1"/>
    <w:rsid w:val="00EF20FD"/>
    <w:rsid w:val="00EF2218"/>
    <w:rsid w:val="00EF235F"/>
    <w:rsid w:val="00EF2D14"/>
    <w:rsid w:val="00EF2E63"/>
    <w:rsid w:val="00EF319E"/>
    <w:rsid w:val="00EF405A"/>
    <w:rsid w:val="00EF437C"/>
    <w:rsid w:val="00EF44CC"/>
    <w:rsid w:val="00EF4C7E"/>
    <w:rsid w:val="00EF5600"/>
    <w:rsid w:val="00EF6CF7"/>
    <w:rsid w:val="00EF73A5"/>
    <w:rsid w:val="00EF7584"/>
    <w:rsid w:val="00EF7809"/>
    <w:rsid w:val="00F00386"/>
    <w:rsid w:val="00F006AF"/>
    <w:rsid w:val="00F00AFE"/>
    <w:rsid w:val="00F00B7C"/>
    <w:rsid w:val="00F01323"/>
    <w:rsid w:val="00F016AF"/>
    <w:rsid w:val="00F017A4"/>
    <w:rsid w:val="00F01DAA"/>
    <w:rsid w:val="00F0264E"/>
    <w:rsid w:val="00F03091"/>
    <w:rsid w:val="00F034E3"/>
    <w:rsid w:val="00F03597"/>
    <w:rsid w:val="00F03A55"/>
    <w:rsid w:val="00F03ABD"/>
    <w:rsid w:val="00F03AF0"/>
    <w:rsid w:val="00F03F6E"/>
    <w:rsid w:val="00F040C9"/>
    <w:rsid w:val="00F040EA"/>
    <w:rsid w:val="00F04352"/>
    <w:rsid w:val="00F04629"/>
    <w:rsid w:val="00F0488E"/>
    <w:rsid w:val="00F048C8"/>
    <w:rsid w:val="00F04914"/>
    <w:rsid w:val="00F04B5F"/>
    <w:rsid w:val="00F06B8E"/>
    <w:rsid w:val="00F06C9E"/>
    <w:rsid w:val="00F06D89"/>
    <w:rsid w:val="00F07173"/>
    <w:rsid w:val="00F072D2"/>
    <w:rsid w:val="00F075B6"/>
    <w:rsid w:val="00F07B9D"/>
    <w:rsid w:val="00F07F28"/>
    <w:rsid w:val="00F106DB"/>
    <w:rsid w:val="00F10FEB"/>
    <w:rsid w:val="00F11F08"/>
    <w:rsid w:val="00F12070"/>
    <w:rsid w:val="00F126F6"/>
    <w:rsid w:val="00F12EF7"/>
    <w:rsid w:val="00F13100"/>
    <w:rsid w:val="00F131ED"/>
    <w:rsid w:val="00F13334"/>
    <w:rsid w:val="00F136B9"/>
    <w:rsid w:val="00F13DAB"/>
    <w:rsid w:val="00F14319"/>
    <w:rsid w:val="00F14370"/>
    <w:rsid w:val="00F14486"/>
    <w:rsid w:val="00F14E85"/>
    <w:rsid w:val="00F15009"/>
    <w:rsid w:val="00F1550C"/>
    <w:rsid w:val="00F15B80"/>
    <w:rsid w:val="00F16B2E"/>
    <w:rsid w:val="00F16F48"/>
    <w:rsid w:val="00F1715B"/>
    <w:rsid w:val="00F17272"/>
    <w:rsid w:val="00F17C4D"/>
    <w:rsid w:val="00F17C90"/>
    <w:rsid w:val="00F17E12"/>
    <w:rsid w:val="00F20BF4"/>
    <w:rsid w:val="00F21A53"/>
    <w:rsid w:val="00F22234"/>
    <w:rsid w:val="00F226A5"/>
    <w:rsid w:val="00F22A94"/>
    <w:rsid w:val="00F23128"/>
    <w:rsid w:val="00F2358E"/>
    <w:rsid w:val="00F23CB9"/>
    <w:rsid w:val="00F24318"/>
    <w:rsid w:val="00F24590"/>
    <w:rsid w:val="00F245B0"/>
    <w:rsid w:val="00F24617"/>
    <w:rsid w:val="00F247FB"/>
    <w:rsid w:val="00F24992"/>
    <w:rsid w:val="00F25524"/>
    <w:rsid w:val="00F26125"/>
    <w:rsid w:val="00F2645C"/>
    <w:rsid w:val="00F26B0F"/>
    <w:rsid w:val="00F26B13"/>
    <w:rsid w:val="00F26D75"/>
    <w:rsid w:val="00F26EBA"/>
    <w:rsid w:val="00F279FA"/>
    <w:rsid w:val="00F27ACF"/>
    <w:rsid w:val="00F301A7"/>
    <w:rsid w:val="00F301C3"/>
    <w:rsid w:val="00F3081B"/>
    <w:rsid w:val="00F311C6"/>
    <w:rsid w:val="00F313A8"/>
    <w:rsid w:val="00F31A3B"/>
    <w:rsid w:val="00F32AEC"/>
    <w:rsid w:val="00F330C0"/>
    <w:rsid w:val="00F335E9"/>
    <w:rsid w:val="00F33D4B"/>
    <w:rsid w:val="00F342C5"/>
    <w:rsid w:val="00F34367"/>
    <w:rsid w:val="00F344F5"/>
    <w:rsid w:val="00F3467F"/>
    <w:rsid w:val="00F35A80"/>
    <w:rsid w:val="00F35C81"/>
    <w:rsid w:val="00F35D12"/>
    <w:rsid w:val="00F3607D"/>
    <w:rsid w:val="00F3622F"/>
    <w:rsid w:val="00F362D7"/>
    <w:rsid w:val="00F36C84"/>
    <w:rsid w:val="00F36ECF"/>
    <w:rsid w:val="00F37396"/>
    <w:rsid w:val="00F374EB"/>
    <w:rsid w:val="00F37BE1"/>
    <w:rsid w:val="00F37CE8"/>
    <w:rsid w:val="00F37E1D"/>
    <w:rsid w:val="00F40187"/>
    <w:rsid w:val="00F40D39"/>
    <w:rsid w:val="00F40D98"/>
    <w:rsid w:val="00F40FA0"/>
    <w:rsid w:val="00F419AF"/>
    <w:rsid w:val="00F41AA0"/>
    <w:rsid w:val="00F43383"/>
    <w:rsid w:val="00F4354F"/>
    <w:rsid w:val="00F436BD"/>
    <w:rsid w:val="00F43865"/>
    <w:rsid w:val="00F442C0"/>
    <w:rsid w:val="00F44B8D"/>
    <w:rsid w:val="00F44FE4"/>
    <w:rsid w:val="00F450F1"/>
    <w:rsid w:val="00F4514F"/>
    <w:rsid w:val="00F458CD"/>
    <w:rsid w:val="00F45A8B"/>
    <w:rsid w:val="00F45C1A"/>
    <w:rsid w:val="00F464C1"/>
    <w:rsid w:val="00F46588"/>
    <w:rsid w:val="00F46B19"/>
    <w:rsid w:val="00F46E92"/>
    <w:rsid w:val="00F47D98"/>
    <w:rsid w:val="00F47F02"/>
    <w:rsid w:val="00F5024D"/>
    <w:rsid w:val="00F509AD"/>
    <w:rsid w:val="00F50A90"/>
    <w:rsid w:val="00F50EBE"/>
    <w:rsid w:val="00F51187"/>
    <w:rsid w:val="00F512A8"/>
    <w:rsid w:val="00F51550"/>
    <w:rsid w:val="00F51E23"/>
    <w:rsid w:val="00F5265B"/>
    <w:rsid w:val="00F53061"/>
    <w:rsid w:val="00F53158"/>
    <w:rsid w:val="00F53380"/>
    <w:rsid w:val="00F535E8"/>
    <w:rsid w:val="00F53731"/>
    <w:rsid w:val="00F546DD"/>
    <w:rsid w:val="00F54881"/>
    <w:rsid w:val="00F54CD0"/>
    <w:rsid w:val="00F55EC2"/>
    <w:rsid w:val="00F55F03"/>
    <w:rsid w:val="00F56133"/>
    <w:rsid w:val="00F5613B"/>
    <w:rsid w:val="00F565D0"/>
    <w:rsid w:val="00F5666A"/>
    <w:rsid w:val="00F56CF3"/>
    <w:rsid w:val="00F57370"/>
    <w:rsid w:val="00F57898"/>
    <w:rsid w:val="00F57FCA"/>
    <w:rsid w:val="00F6003B"/>
    <w:rsid w:val="00F60341"/>
    <w:rsid w:val="00F605A1"/>
    <w:rsid w:val="00F6099A"/>
    <w:rsid w:val="00F611A2"/>
    <w:rsid w:val="00F61632"/>
    <w:rsid w:val="00F617E6"/>
    <w:rsid w:val="00F61A33"/>
    <w:rsid w:val="00F61A98"/>
    <w:rsid w:val="00F630B4"/>
    <w:rsid w:val="00F63511"/>
    <w:rsid w:val="00F63694"/>
    <w:rsid w:val="00F637A9"/>
    <w:rsid w:val="00F6388B"/>
    <w:rsid w:val="00F63A24"/>
    <w:rsid w:val="00F64514"/>
    <w:rsid w:val="00F6471F"/>
    <w:rsid w:val="00F64C3C"/>
    <w:rsid w:val="00F652B2"/>
    <w:rsid w:val="00F65713"/>
    <w:rsid w:val="00F65BC1"/>
    <w:rsid w:val="00F65D4E"/>
    <w:rsid w:val="00F66065"/>
    <w:rsid w:val="00F66466"/>
    <w:rsid w:val="00F67349"/>
    <w:rsid w:val="00F675C0"/>
    <w:rsid w:val="00F67628"/>
    <w:rsid w:val="00F678F0"/>
    <w:rsid w:val="00F67943"/>
    <w:rsid w:val="00F67CCF"/>
    <w:rsid w:val="00F67EE2"/>
    <w:rsid w:val="00F701C1"/>
    <w:rsid w:val="00F72242"/>
    <w:rsid w:val="00F729EF"/>
    <w:rsid w:val="00F73538"/>
    <w:rsid w:val="00F73663"/>
    <w:rsid w:val="00F7381A"/>
    <w:rsid w:val="00F73B49"/>
    <w:rsid w:val="00F73D25"/>
    <w:rsid w:val="00F73FA2"/>
    <w:rsid w:val="00F74037"/>
    <w:rsid w:val="00F74442"/>
    <w:rsid w:val="00F74B6E"/>
    <w:rsid w:val="00F74C80"/>
    <w:rsid w:val="00F74D16"/>
    <w:rsid w:val="00F75070"/>
    <w:rsid w:val="00F751C3"/>
    <w:rsid w:val="00F75253"/>
    <w:rsid w:val="00F75397"/>
    <w:rsid w:val="00F75FA3"/>
    <w:rsid w:val="00F76818"/>
    <w:rsid w:val="00F801BC"/>
    <w:rsid w:val="00F8081D"/>
    <w:rsid w:val="00F810D2"/>
    <w:rsid w:val="00F81678"/>
    <w:rsid w:val="00F81D3C"/>
    <w:rsid w:val="00F82B52"/>
    <w:rsid w:val="00F83E69"/>
    <w:rsid w:val="00F840B0"/>
    <w:rsid w:val="00F8489F"/>
    <w:rsid w:val="00F84931"/>
    <w:rsid w:val="00F84CD6"/>
    <w:rsid w:val="00F85317"/>
    <w:rsid w:val="00F858D9"/>
    <w:rsid w:val="00F85F60"/>
    <w:rsid w:val="00F865B3"/>
    <w:rsid w:val="00F86793"/>
    <w:rsid w:val="00F8697C"/>
    <w:rsid w:val="00F86FEC"/>
    <w:rsid w:val="00F8743F"/>
    <w:rsid w:val="00F876E4"/>
    <w:rsid w:val="00F87920"/>
    <w:rsid w:val="00F90015"/>
    <w:rsid w:val="00F909BC"/>
    <w:rsid w:val="00F90ADE"/>
    <w:rsid w:val="00F91044"/>
    <w:rsid w:val="00F924C3"/>
    <w:rsid w:val="00F92742"/>
    <w:rsid w:val="00F93071"/>
    <w:rsid w:val="00F9323A"/>
    <w:rsid w:val="00F93414"/>
    <w:rsid w:val="00F93E07"/>
    <w:rsid w:val="00F94164"/>
    <w:rsid w:val="00F946A6"/>
    <w:rsid w:val="00F95730"/>
    <w:rsid w:val="00F958E3"/>
    <w:rsid w:val="00F95FB1"/>
    <w:rsid w:val="00F96337"/>
    <w:rsid w:val="00F965C2"/>
    <w:rsid w:val="00F96A53"/>
    <w:rsid w:val="00F96FC4"/>
    <w:rsid w:val="00F97176"/>
    <w:rsid w:val="00F97813"/>
    <w:rsid w:val="00F97B11"/>
    <w:rsid w:val="00F97DC9"/>
    <w:rsid w:val="00FA0745"/>
    <w:rsid w:val="00FA0787"/>
    <w:rsid w:val="00FA07DE"/>
    <w:rsid w:val="00FA091F"/>
    <w:rsid w:val="00FA0E7F"/>
    <w:rsid w:val="00FA0F74"/>
    <w:rsid w:val="00FA136C"/>
    <w:rsid w:val="00FA173C"/>
    <w:rsid w:val="00FA1A4F"/>
    <w:rsid w:val="00FA28BF"/>
    <w:rsid w:val="00FA2B9E"/>
    <w:rsid w:val="00FA3034"/>
    <w:rsid w:val="00FA3333"/>
    <w:rsid w:val="00FA335C"/>
    <w:rsid w:val="00FA34E0"/>
    <w:rsid w:val="00FA3A30"/>
    <w:rsid w:val="00FA3C50"/>
    <w:rsid w:val="00FA4083"/>
    <w:rsid w:val="00FA4139"/>
    <w:rsid w:val="00FA45F9"/>
    <w:rsid w:val="00FA5590"/>
    <w:rsid w:val="00FA586C"/>
    <w:rsid w:val="00FA5DDF"/>
    <w:rsid w:val="00FA62F2"/>
    <w:rsid w:val="00FA6420"/>
    <w:rsid w:val="00FA6E83"/>
    <w:rsid w:val="00FA7091"/>
    <w:rsid w:val="00FA71C8"/>
    <w:rsid w:val="00FA7434"/>
    <w:rsid w:val="00FA7951"/>
    <w:rsid w:val="00FA7D01"/>
    <w:rsid w:val="00FB0039"/>
    <w:rsid w:val="00FB01C5"/>
    <w:rsid w:val="00FB0293"/>
    <w:rsid w:val="00FB17CC"/>
    <w:rsid w:val="00FB1926"/>
    <w:rsid w:val="00FB243A"/>
    <w:rsid w:val="00FB2A0F"/>
    <w:rsid w:val="00FB34F8"/>
    <w:rsid w:val="00FB361A"/>
    <w:rsid w:val="00FB375F"/>
    <w:rsid w:val="00FB380E"/>
    <w:rsid w:val="00FB3B12"/>
    <w:rsid w:val="00FB3D6A"/>
    <w:rsid w:val="00FB3FA3"/>
    <w:rsid w:val="00FB3FD4"/>
    <w:rsid w:val="00FB4463"/>
    <w:rsid w:val="00FB4A37"/>
    <w:rsid w:val="00FB4CD8"/>
    <w:rsid w:val="00FB5039"/>
    <w:rsid w:val="00FB55A5"/>
    <w:rsid w:val="00FB58A4"/>
    <w:rsid w:val="00FB596A"/>
    <w:rsid w:val="00FB7074"/>
    <w:rsid w:val="00FB73A2"/>
    <w:rsid w:val="00FC05C7"/>
    <w:rsid w:val="00FC0BB2"/>
    <w:rsid w:val="00FC19E2"/>
    <w:rsid w:val="00FC1AA4"/>
    <w:rsid w:val="00FC1B48"/>
    <w:rsid w:val="00FC2317"/>
    <w:rsid w:val="00FC2F5E"/>
    <w:rsid w:val="00FC3E7D"/>
    <w:rsid w:val="00FC3EBC"/>
    <w:rsid w:val="00FC48E8"/>
    <w:rsid w:val="00FC4C35"/>
    <w:rsid w:val="00FC50CD"/>
    <w:rsid w:val="00FC56AD"/>
    <w:rsid w:val="00FC693F"/>
    <w:rsid w:val="00FC7451"/>
    <w:rsid w:val="00FC777D"/>
    <w:rsid w:val="00FD080D"/>
    <w:rsid w:val="00FD0BCA"/>
    <w:rsid w:val="00FD0C09"/>
    <w:rsid w:val="00FD0C12"/>
    <w:rsid w:val="00FD1032"/>
    <w:rsid w:val="00FD17AD"/>
    <w:rsid w:val="00FD1808"/>
    <w:rsid w:val="00FD1AF6"/>
    <w:rsid w:val="00FD1D45"/>
    <w:rsid w:val="00FD237C"/>
    <w:rsid w:val="00FD2894"/>
    <w:rsid w:val="00FD31B1"/>
    <w:rsid w:val="00FD36FE"/>
    <w:rsid w:val="00FD3AA1"/>
    <w:rsid w:val="00FD3E20"/>
    <w:rsid w:val="00FD3EC2"/>
    <w:rsid w:val="00FD3FB1"/>
    <w:rsid w:val="00FD49B9"/>
    <w:rsid w:val="00FD523A"/>
    <w:rsid w:val="00FD5261"/>
    <w:rsid w:val="00FD59F9"/>
    <w:rsid w:val="00FD5E50"/>
    <w:rsid w:val="00FD6168"/>
    <w:rsid w:val="00FD680B"/>
    <w:rsid w:val="00FD6B7E"/>
    <w:rsid w:val="00FD6DAF"/>
    <w:rsid w:val="00FD6E2F"/>
    <w:rsid w:val="00FD75A1"/>
    <w:rsid w:val="00FE007B"/>
    <w:rsid w:val="00FE06F8"/>
    <w:rsid w:val="00FE1896"/>
    <w:rsid w:val="00FE1BCD"/>
    <w:rsid w:val="00FE305E"/>
    <w:rsid w:val="00FE399F"/>
    <w:rsid w:val="00FE39C3"/>
    <w:rsid w:val="00FE3F8C"/>
    <w:rsid w:val="00FE40C8"/>
    <w:rsid w:val="00FE471C"/>
    <w:rsid w:val="00FE4B1E"/>
    <w:rsid w:val="00FE4DD8"/>
    <w:rsid w:val="00FE5053"/>
    <w:rsid w:val="00FE5152"/>
    <w:rsid w:val="00FE6A19"/>
    <w:rsid w:val="00FE6E3B"/>
    <w:rsid w:val="00FE734B"/>
    <w:rsid w:val="00FE7DF1"/>
    <w:rsid w:val="00FE7F77"/>
    <w:rsid w:val="00FF03EF"/>
    <w:rsid w:val="00FF09B7"/>
    <w:rsid w:val="00FF0DE5"/>
    <w:rsid w:val="00FF0FDB"/>
    <w:rsid w:val="00FF17E3"/>
    <w:rsid w:val="00FF2017"/>
    <w:rsid w:val="00FF2B63"/>
    <w:rsid w:val="00FF30AC"/>
    <w:rsid w:val="00FF3150"/>
    <w:rsid w:val="00FF3428"/>
    <w:rsid w:val="00FF3431"/>
    <w:rsid w:val="00FF3490"/>
    <w:rsid w:val="00FF38C7"/>
    <w:rsid w:val="00FF3C2D"/>
    <w:rsid w:val="00FF4213"/>
    <w:rsid w:val="00FF4BF9"/>
    <w:rsid w:val="00FF4C0A"/>
    <w:rsid w:val="00FF535C"/>
    <w:rsid w:val="00FF543E"/>
    <w:rsid w:val="00FF5522"/>
    <w:rsid w:val="00FF57F4"/>
    <w:rsid w:val="00FF6D84"/>
    <w:rsid w:val="00FF70A0"/>
    <w:rsid w:val="00FF7155"/>
    <w:rsid w:val="00FF754A"/>
    <w:rsid w:val="00FF796B"/>
    <w:rsid w:val="00FF7D0A"/>
    <w:rsid w:val="010AFAA9"/>
    <w:rsid w:val="010CCA05"/>
    <w:rsid w:val="0110B7AC"/>
    <w:rsid w:val="0113042E"/>
    <w:rsid w:val="0131CA96"/>
    <w:rsid w:val="01454A3A"/>
    <w:rsid w:val="0178673A"/>
    <w:rsid w:val="01938018"/>
    <w:rsid w:val="019EC552"/>
    <w:rsid w:val="01B73DCE"/>
    <w:rsid w:val="01BB0746"/>
    <w:rsid w:val="01BEE87F"/>
    <w:rsid w:val="01C3DAAB"/>
    <w:rsid w:val="01F746B9"/>
    <w:rsid w:val="0224A761"/>
    <w:rsid w:val="022EFCC5"/>
    <w:rsid w:val="0240A7BF"/>
    <w:rsid w:val="024C569B"/>
    <w:rsid w:val="025A650A"/>
    <w:rsid w:val="0282D594"/>
    <w:rsid w:val="0284273C"/>
    <w:rsid w:val="02867247"/>
    <w:rsid w:val="02911373"/>
    <w:rsid w:val="0294D187"/>
    <w:rsid w:val="0296E722"/>
    <w:rsid w:val="02B18982"/>
    <w:rsid w:val="02B8EEAC"/>
    <w:rsid w:val="02C3C471"/>
    <w:rsid w:val="02CA653C"/>
    <w:rsid w:val="02CBDF93"/>
    <w:rsid w:val="02D1D2C8"/>
    <w:rsid w:val="02D9BA82"/>
    <w:rsid w:val="02E3713D"/>
    <w:rsid w:val="02F02319"/>
    <w:rsid w:val="02FC39F7"/>
    <w:rsid w:val="032FA0FE"/>
    <w:rsid w:val="03350F88"/>
    <w:rsid w:val="0338DEEA"/>
    <w:rsid w:val="034AD4CE"/>
    <w:rsid w:val="035617A0"/>
    <w:rsid w:val="03619B13"/>
    <w:rsid w:val="0367F1F7"/>
    <w:rsid w:val="036C257C"/>
    <w:rsid w:val="036DF916"/>
    <w:rsid w:val="03736FE8"/>
    <w:rsid w:val="038906E5"/>
    <w:rsid w:val="03906AAB"/>
    <w:rsid w:val="03ABB369"/>
    <w:rsid w:val="0417DDDF"/>
    <w:rsid w:val="04304A8B"/>
    <w:rsid w:val="043FD55B"/>
    <w:rsid w:val="044878B9"/>
    <w:rsid w:val="044949C6"/>
    <w:rsid w:val="04499D9F"/>
    <w:rsid w:val="044E09C6"/>
    <w:rsid w:val="04674F3B"/>
    <w:rsid w:val="0472EBDE"/>
    <w:rsid w:val="04736277"/>
    <w:rsid w:val="0482A0E2"/>
    <w:rsid w:val="04AE45D4"/>
    <w:rsid w:val="04C1FE9D"/>
    <w:rsid w:val="04E8055C"/>
    <w:rsid w:val="04F2A4B6"/>
    <w:rsid w:val="0501F3EE"/>
    <w:rsid w:val="05205172"/>
    <w:rsid w:val="054526BA"/>
    <w:rsid w:val="055AAF39"/>
    <w:rsid w:val="05731932"/>
    <w:rsid w:val="059759D6"/>
    <w:rsid w:val="05A48425"/>
    <w:rsid w:val="05B2DD03"/>
    <w:rsid w:val="05D4E464"/>
    <w:rsid w:val="05F307F9"/>
    <w:rsid w:val="05FA8DE4"/>
    <w:rsid w:val="06193A69"/>
    <w:rsid w:val="06208854"/>
    <w:rsid w:val="0626243C"/>
    <w:rsid w:val="06279EDD"/>
    <w:rsid w:val="06292AE7"/>
    <w:rsid w:val="064DFCF8"/>
    <w:rsid w:val="0659C7F2"/>
    <w:rsid w:val="06630F7B"/>
    <w:rsid w:val="06716477"/>
    <w:rsid w:val="0682BF00"/>
    <w:rsid w:val="069880F9"/>
    <w:rsid w:val="06A1F0D8"/>
    <w:rsid w:val="06C42FF3"/>
    <w:rsid w:val="06D2CA3D"/>
    <w:rsid w:val="06D63B49"/>
    <w:rsid w:val="06DFE08F"/>
    <w:rsid w:val="06E59CCA"/>
    <w:rsid w:val="06FE2B39"/>
    <w:rsid w:val="071A9463"/>
    <w:rsid w:val="0755E758"/>
    <w:rsid w:val="0766B00E"/>
    <w:rsid w:val="07706C86"/>
    <w:rsid w:val="07AF94E1"/>
    <w:rsid w:val="07BB00B3"/>
    <w:rsid w:val="07D4B4CF"/>
    <w:rsid w:val="07DFE255"/>
    <w:rsid w:val="080FD0A8"/>
    <w:rsid w:val="08153722"/>
    <w:rsid w:val="081AE375"/>
    <w:rsid w:val="081F20FB"/>
    <w:rsid w:val="082C7AA6"/>
    <w:rsid w:val="083451FA"/>
    <w:rsid w:val="0841F4B5"/>
    <w:rsid w:val="0849CDCB"/>
    <w:rsid w:val="08635347"/>
    <w:rsid w:val="0881B717"/>
    <w:rsid w:val="0883A78C"/>
    <w:rsid w:val="089D92F2"/>
    <w:rsid w:val="08ABE368"/>
    <w:rsid w:val="08BC0570"/>
    <w:rsid w:val="08BF97DD"/>
    <w:rsid w:val="08CB4935"/>
    <w:rsid w:val="08CE6FB7"/>
    <w:rsid w:val="08D7F897"/>
    <w:rsid w:val="08F7ABD0"/>
    <w:rsid w:val="08FA2AAA"/>
    <w:rsid w:val="0904CEBD"/>
    <w:rsid w:val="091BD4C2"/>
    <w:rsid w:val="092C9F1D"/>
    <w:rsid w:val="097BC1B9"/>
    <w:rsid w:val="097CAC8B"/>
    <w:rsid w:val="098888FC"/>
    <w:rsid w:val="09D4C276"/>
    <w:rsid w:val="09D5B6A0"/>
    <w:rsid w:val="09F1EAE4"/>
    <w:rsid w:val="09FCD38A"/>
    <w:rsid w:val="0A0E4AEA"/>
    <w:rsid w:val="0A1087F7"/>
    <w:rsid w:val="0A30A72F"/>
    <w:rsid w:val="0A317300"/>
    <w:rsid w:val="0A388B7E"/>
    <w:rsid w:val="0A52D5F2"/>
    <w:rsid w:val="0AB3CDAF"/>
    <w:rsid w:val="0AD2D826"/>
    <w:rsid w:val="0AF32E88"/>
    <w:rsid w:val="0B072723"/>
    <w:rsid w:val="0B0FD04B"/>
    <w:rsid w:val="0B3F30E2"/>
    <w:rsid w:val="0B5491EA"/>
    <w:rsid w:val="0B54B785"/>
    <w:rsid w:val="0B6F1819"/>
    <w:rsid w:val="0B71AB98"/>
    <w:rsid w:val="0B8297FE"/>
    <w:rsid w:val="0B930F59"/>
    <w:rsid w:val="0B9DD45B"/>
    <w:rsid w:val="0BD0556E"/>
    <w:rsid w:val="0BD2BE34"/>
    <w:rsid w:val="0BE8B60F"/>
    <w:rsid w:val="0C0E4F98"/>
    <w:rsid w:val="0C1828CE"/>
    <w:rsid w:val="0C2C92E1"/>
    <w:rsid w:val="0C362B70"/>
    <w:rsid w:val="0C51946D"/>
    <w:rsid w:val="0C5F4FD5"/>
    <w:rsid w:val="0C915903"/>
    <w:rsid w:val="0C99D2E3"/>
    <w:rsid w:val="0C99DE00"/>
    <w:rsid w:val="0CA215FC"/>
    <w:rsid w:val="0CBF68B6"/>
    <w:rsid w:val="0CD0D853"/>
    <w:rsid w:val="0CD4CE1A"/>
    <w:rsid w:val="0D07C258"/>
    <w:rsid w:val="0D181416"/>
    <w:rsid w:val="0D259507"/>
    <w:rsid w:val="0D26888C"/>
    <w:rsid w:val="0D2747B5"/>
    <w:rsid w:val="0D7601C7"/>
    <w:rsid w:val="0D7BF424"/>
    <w:rsid w:val="0D7F9625"/>
    <w:rsid w:val="0D7FFCA2"/>
    <w:rsid w:val="0D807CDA"/>
    <w:rsid w:val="0D8BB3F7"/>
    <w:rsid w:val="0D950457"/>
    <w:rsid w:val="0D9CA4E1"/>
    <w:rsid w:val="0DAF8E15"/>
    <w:rsid w:val="0DB59895"/>
    <w:rsid w:val="0DD2E4AE"/>
    <w:rsid w:val="0DE1B122"/>
    <w:rsid w:val="0DFC0EA5"/>
    <w:rsid w:val="0E053E34"/>
    <w:rsid w:val="0E1D78B6"/>
    <w:rsid w:val="0E2DF91B"/>
    <w:rsid w:val="0E2E2A9A"/>
    <w:rsid w:val="0E32AF54"/>
    <w:rsid w:val="0E39DECD"/>
    <w:rsid w:val="0E3D5313"/>
    <w:rsid w:val="0E5A4DF6"/>
    <w:rsid w:val="0E69074C"/>
    <w:rsid w:val="0E96D754"/>
    <w:rsid w:val="0E982019"/>
    <w:rsid w:val="0EB411D9"/>
    <w:rsid w:val="0EE84A41"/>
    <w:rsid w:val="0F56F029"/>
    <w:rsid w:val="0F5CB12A"/>
    <w:rsid w:val="0F7E2903"/>
    <w:rsid w:val="0FA6D261"/>
    <w:rsid w:val="0FCCE4DD"/>
    <w:rsid w:val="0FD8D0D3"/>
    <w:rsid w:val="0FDC1A15"/>
    <w:rsid w:val="0FE3A260"/>
    <w:rsid w:val="0FE68A46"/>
    <w:rsid w:val="0FF567CC"/>
    <w:rsid w:val="10099F69"/>
    <w:rsid w:val="100F5EA8"/>
    <w:rsid w:val="1021CCEC"/>
    <w:rsid w:val="102DD587"/>
    <w:rsid w:val="1044B2EB"/>
    <w:rsid w:val="104F77CF"/>
    <w:rsid w:val="1050621C"/>
    <w:rsid w:val="10792034"/>
    <w:rsid w:val="107B238E"/>
    <w:rsid w:val="108EDE37"/>
    <w:rsid w:val="1091F32E"/>
    <w:rsid w:val="1096FB70"/>
    <w:rsid w:val="10BF43D9"/>
    <w:rsid w:val="10C1B5B7"/>
    <w:rsid w:val="10CC031D"/>
    <w:rsid w:val="10D7C8B0"/>
    <w:rsid w:val="10DAFA1B"/>
    <w:rsid w:val="10E3FE9E"/>
    <w:rsid w:val="110356C9"/>
    <w:rsid w:val="110CB89A"/>
    <w:rsid w:val="111AF4E4"/>
    <w:rsid w:val="11507CC2"/>
    <w:rsid w:val="1162F643"/>
    <w:rsid w:val="11A2EF98"/>
    <w:rsid w:val="11AD504D"/>
    <w:rsid w:val="11AEBEED"/>
    <w:rsid w:val="11B787D6"/>
    <w:rsid w:val="11C73AA1"/>
    <w:rsid w:val="11D2460B"/>
    <w:rsid w:val="11DE63F2"/>
    <w:rsid w:val="11EFEC08"/>
    <w:rsid w:val="11FB9A1E"/>
    <w:rsid w:val="12209E9D"/>
    <w:rsid w:val="12330812"/>
    <w:rsid w:val="124F9255"/>
    <w:rsid w:val="1250E830"/>
    <w:rsid w:val="12574D47"/>
    <w:rsid w:val="1266D7A7"/>
    <w:rsid w:val="12683CCE"/>
    <w:rsid w:val="1285411C"/>
    <w:rsid w:val="1295A008"/>
    <w:rsid w:val="12AABBE5"/>
    <w:rsid w:val="12E012AA"/>
    <w:rsid w:val="12E4FFD3"/>
    <w:rsid w:val="130E55D1"/>
    <w:rsid w:val="13220293"/>
    <w:rsid w:val="13337800"/>
    <w:rsid w:val="13396471"/>
    <w:rsid w:val="13404B27"/>
    <w:rsid w:val="13445DF6"/>
    <w:rsid w:val="13766CB6"/>
    <w:rsid w:val="137697A5"/>
    <w:rsid w:val="1385285D"/>
    <w:rsid w:val="13939625"/>
    <w:rsid w:val="1398262F"/>
    <w:rsid w:val="13FA8746"/>
    <w:rsid w:val="141167CA"/>
    <w:rsid w:val="141809DF"/>
    <w:rsid w:val="1419D62C"/>
    <w:rsid w:val="141B1F38"/>
    <w:rsid w:val="141F82D5"/>
    <w:rsid w:val="142B42C1"/>
    <w:rsid w:val="143BD96A"/>
    <w:rsid w:val="144B7F8D"/>
    <w:rsid w:val="14599A2C"/>
    <w:rsid w:val="146A3B72"/>
    <w:rsid w:val="14752E45"/>
    <w:rsid w:val="14770437"/>
    <w:rsid w:val="1489F197"/>
    <w:rsid w:val="14BAFD06"/>
    <w:rsid w:val="14BE8786"/>
    <w:rsid w:val="14CFE971"/>
    <w:rsid w:val="14D7AC8F"/>
    <w:rsid w:val="14E4CFB7"/>
    <w:rsid w:val="14F8D4BE"/>
    <w:rsid w:val="15300CD1"/>
    <w:rsid w:val="15349CFA"/>
    <w:rsid w:val="153F659D"/>
    <w:rsid w:val="154939FF"/>
    <w:rsid w:val="15533122"/>
    <w:rsid w:val="155AB7F5"/>
    <w:rsid w:val="155BD5DA"/>
    <w:rsid w:val="156008D2"/>
    <w:rsid w:val="15653166"/>
    <w:rsid w:val="1573F3A0"/>
    <w:rsid w:val="159A934B"/>
    <w:rsid w:val="159DEF5A"/>
    <w:rsid w:val="15A5774A"/>
    <w:rsid w:val="15A8DABA"/>
    <w:rsid w:val="15BD9D4A"/>
    <w:rsid w:val="15D28E80"/>
    <w:rsid w:val="15F50B35"/>
    <w:rsid w:val="1607B6E6"/>
    <w:rsid w:val="161BDAD5"/>
    <w:rsid w:val="1623B2B6"/>
    <w:rsid w:val="16289BD2"/>
    <w:rsid w:val="162FDC3E"/>
    <w:rsid w:val="164A1AAA"/>
    <w:rsid w:val="164B340C"/>
    <w:rsid w:val="167F2FE7"/>
    <w:rsid w:val="1693A53E"/>
    <w:rsid w:val="16A65FFD"/>
    <w:rsid w:val="16B437C4"/>
    <w:rsid w:val="16DFFBE9"/>
    <w:rsid w:val="16E10936"/>
    <w:rsid w:val="16E26682"/>
    <w:rsid w:val="16E580D4"/>
    <w:rsid w:val="16E9745E"/>
    <w:rsid w:val="17212C16"/>
    <w:rsid w:val="17497737"/>
    <w:rsid w:val="174F4500"/>
    <w:rsid w:val="17545332"/>
    <w:rsid w:val="1758D887"/>
    <w:rsid w:val="17619D30"/>
    <w:rsid w:val="1768632A"/>
    <w:rsid w:val="17827718"/>
    <w:rsid w:val="178C8F17"/>
    <w:rsid w:val="178F4F02"/>
    <w:rsid w:val="1795AFC0"/>
    <w:rsid w:val="179741AD"/>
    <w:rsid w:val="17BE4C37"/>
    <w:rsid w:val="17EC9189"/>
    <w:rsid w:val="18076635"/>
    <w:rsid w:val="1818594F"/>
    <w:rsid w:val="1831946F"/>
    <w:rsid w:val="183BF1AC"/>
    <w:rsid w:val="1859FBB6"/>
    <w:rsid w:val="185F589B"/>
    <w:rsid w:val="18729422"/>
    <w:rsid w:val="18745D71"/>
    <w:rsid w:val="187515A9"/>
    <w:rsid w:val="1876EFAD"/>
    <w:rsid w:val="187F0565"/>
    <w:rsid w:val="18990A88"/>
    <w:rsid w:val="18C483E7"/>
    <w:rsid w:val="18D8818B"/>
    <w:rsid w:val="18E6E959"/>
    <w:rsid w:val="18E9EF65"/>
    <w:rsid w:val="18F4E153"/>
    <w:rsid w:val="1904DEC7"/>
    <w:rsid w:val="190653A2"/>
    <w:rsid w:val="190B59E7"/>
    <w:rsid w:val="1913F9E1"/>
    <w:rsid w:val="19199146"/>
    <w:rsid w:val="192033C7"/>
    <w:rsid w:val="192A19BF"/>
    <w:rsid w:val="195B9D5E"/>
    <w:rsid w:val="1966C05A"/>
    <w:rsid w:val="19714F16"/>
    <w:rsid w:val="197A14E1"/>
    <w:rsid w:val="199D14EB"/>
    <w:rsid w:val="19A93533"/>
    <w:rsid w:val="19D93A23"/>
    <w:rsid w:val="1A291327"/>
    <w:rsid w:val="1A6E287C"/>
    <w:rsid w:val="1AA46027"/>
    <w:rsid w:val="1ABB3479"/>
    <w:rsid w:val="1ADAD1F5"/>
    <w:rsid w:val="1AE9EE07"/>
    <w:rsid w:val="1B0742E2"/>
    <w:rsid w:val="1B1C7470"/>
    <w:rsid w:val="1B23E57E"/>
    <w:rsid w:val="1B2A17A6"/>
    <w:rsid w:val="1B543D2C"/>
    <w:rsid w:val="1B54BD05"/>
    <w:rsid w:val="1B5BBF35"/>
    <w:rsid w:val="1B6544E0"/>
    <w:rsid w:val="1B6D7F3F"/>
    <w:rsid w:val="1B7D699F"/>
    <w:rsid w:val="1B7E20FB"/>
    <w:rsid w:val="1B9A6913"/>
    <w:rsid w:val="1BB4E9EF"/>
    <w:rsid w:val="1BDDB4EE"/>
    <w:rsid w:val="1C29F0AF"/>
    <w:rsid w:val="1C30A068"/>
    <w:rsid w:val="1C42D0F2"/>
    <w:rsid w:val="1C617F70"/>
    <w:rsid w:val="1C928B98"/>
    <w:rsid w:val="1C96E1A4"/>
    <w:rsid w:val="1CE97789"/>
    <w:rsid w:val="1CEE454A"/>
    <w:rsid w:val="1D0EBCF9"/>
    <w:rsid w:val="1D3880F4"/>
    <w:rsid w:val="1D408D76"/>
    <w:rsid w:val="1D58349F"/>
    <w:rsid w:val="1D5A037D"/>
    <w:rsid w:val="1D5FA115"/>
    <w:rsid w:val="1D624E58"/>
    <w:rsid w:val="1D6D3338"/>
    <w:rsid w:val="1D91E5F5"/>
    <w:rsid w:val="1D939A31"/>
    <w:rsid w:val="1DB8664E"/>
    <w:rsid w:val="1DC01A9D"/>
    <w:rsid w:val="1DD27840"/>
    <w:rsid w:val="1E09A0AC"/>
    <w:rsid w:val="1E10D777"/>
    <w:rsid w:val="1E30B680"/>
    <w:rsid w:val="1E30F7EA"/>
    <w:rsid w:val="1E335831"/>
    <w:rsid w:val="1E3775EE"/>
    <w:rsid w:val="1E520B12"/>
    <w:rsid w:val="1E7B1354"/>
    <w:rsid w:val="1E89ABD3"/>
    <w:rsid w:val="1EA71586"/>
    <w:rsid w:val="1EA86795"/>
    <w:rsid w:val="1EAC2521"/>
    <w:rsid w:val="1EE5995A"/>
    <w:rsid w:val="1EE8F5FD"/>
    <w:rsid w:val="1F09341B"/>
    <w:rsid w:val="1F11607B"/>
    <w:rsid w:val="1F1A8AA3"/>
    <w:rsid w:val="1F263EB2"/>
    <w:rsid w:val="1F4331FE"/>
    <w:rsid w:val="1F4E5DE0"/>
    <w:rsid w:val="1F651340"/>
    <w:rsid w:val="1F6A05AD"/>
    <w:rsid w:val="1F71616B"/>
    <w:rsid w:val="1F7A4A0A"/>
    <w:rsid w:val="1F8D5588"/>
    <w:rsid w:val="1FE0D66E"/>
    <w:rsid w:val="1FE22739"/>
    <w:rsid w:val="1FF1D9DC"/>
    <w:rsid w:val="1FFBBF3E"/>
    <w:rsid w:val="2021B09C"/>
    <w:rsid w:val="202B5272"/>
    <w:rsid w:val="203697BD"/>
    <w:rsid w:val="2036F137"/>
    <w:rsid w:val="203AB40F"/>
    <w:rsid w:val="2058CB42"/>
    <w:rsid w:val="209FAB5C"/>
    <w:rsid w:val="20A4A5C7"/>
    <w:rsid w:val="20AE3AC1"/>
    <w:rsid w:val="20B65995"/>
    <w:rsid w:val="20B6BB65"/>
    <w:rsid w:val="2100B990"/>
    <w:rsid w:val="21152A58"/>
    <w:rsid w:val="219D766D"/>
    <w:rsid w:val="21A895D3"/>
    <w:rsid w:val="21AC4422"/>
    <w:rsid w:val="21C2DB99"/>
    <w:rsid w:val="21C4C560"/>
    <w:rsid w:val="21CCD923"/>
    <w:rsid w:val="21D3240D"/>
    <w:rsid w:val="21DC4E49"/>
    <w:rsid w:val="2204D3A5"/>
    <w:rsid w:val="2214515F"/>
    <w:rsid w:val="221A883B"/>
    <w:rsid w:val="2243CFBE"/>
    <w:rsid w:val="22661A0D"/>
    <w:rsid w:val="22A64008"/>
    <w:rsid w:val="22A8FAF2"/>
    <w:rsid w:val="22A995A0"/>
    <w:rsid w:val="22B9E16C"/>
    <w:rsid w:val="22BC79FC"/>
    <w:rsid w:val="22DD2EF2"/>
    <w:rsid w:val="22DE5786"/>
    <w:rsid w:val="22E2DCB9"/>
    <w:rsid w:val="22EC0B40"/>
    <w:rsid w:val="22F291B4"/>
    <w:rsid w:val="23059308"/>
    <w:rsid w:val="230D522F"/>
    <w:rsid w:val="2325D20B"/>
    <w:rsid w:val="233FB89C"/>
    <w:rsid w:val="23450A3F"/>
    <w:rsid w:val="234FABCE"/>
    <w:rsid w:val="23A994A7"/>
    <w:rsid w:val="23B2F8CF"/>
    <w:rsid w:val="23B9B698"/>
    <w:rsid w:val="23BAB421"/>
    <w:rsid w:val="23BC0FBD"/>
    <w:rsid w:val="23F8B7E4"/>
    <w:rsid w:val="23FBE418"/>
    <w:rsid w:val="23FE0D41"/>
    <w:rsid w:val="24105D6C"/>
    <w:rsid w:val="24344FDA"/>
    <w:rsid w:val="245510F2"/>
    <w:rsid w:val="24611F1D"/>
    <w:rsid w:val="2461EF28"/>
    <w:rsid w:val="24AA26D0"/>
    <w:rsid w:val="24B80D05"/>
    <w:rsid w:val="24FFBC92"/>
    <w:rsid w:val="251149AF"/>
    <w:rsid w:val="2552270B"/>
    <w:rsid w:val="2568A7EF"/>
    <w:rsid w:val="2578CE35"/>
    <w:rsid w:val="2580A32A"/>
    <w:rsid w:val="25A198CD"/>
    <w:rsid w:val="25DECDDE"/>
    <w:rsid w:val="25FA5C1F"/>
    <w:rsid w:val="260F7601"/>
    <w:rsid w:val="2628EAD1"/>
    <w:rsid w:val="262C3B0E"/>
    <w:rsid w:val="262D9055"/>
    <w:rsid w:val="262F8611"/>
    <w:rsid w:val="2646DF2F"/>
    <w:rsid w:val="2651462B"/>
    <w:rsid w:val="2652D392"/>
    <w:rsid w:val="2656A53E"/>
    <w:rsid w:val="2667446A"/>
    <w:rsid w:val="2667A6AB"/>
    <w:rsid w:val="266B02C6"/>
    <w:rsid w:val="267C53BD"/>
    <w:rsid w:val="26868BB5"/>
    <w:rsid w:val="269E7E67"/>
    <w:rsid w:val="26A4F959"/>
    <w:rsid w:val="26C2B811"/>
    <w:rsid w:val="26D6F0CD"/>
    <w:rsid w:val="26D8CFD0"/>
    <w:rsid w:val="27187967"/>
    <w:rsid w:val="271CF625"/>
    <w:rsid w:val="2728E14E"/>
    <w:rsid w:val="27372190"/>
    <w:rsid w:val="273BA040"/>
    <w:rsid w:val="2740F731"/>
    <w:rsid w:val="2773680A"/>
    <w:rsid w:val="2786CAE1"/>
    <w:rsid w:val="278D137E"/>
    <w:rsid w:val="27918EFE"/>
    <w:rsid w:val="27CFFB21"/>
    <w:rsid w:val="27D9E807"/>
    <w:rsid w:val="27DC99A6"/>
    <w:rsid w:val="27F0017F"/>
    <w:rsid w:val="27FE0F76"/>
    <w:rsid w:val="281C6947"/>
    <w:rsid w:val="2832CB2F"/>
    <w:rsid w:val="2845E25C"/>
    <w:rsid w:val="285C1B3D"/>
    <w:rsid w:val="28777A25"/>
    <w:rsid w:val="28870F9D"/>
    <w:rsid w:val="289BBA6D"/>
    <w:rsid w:val="28A84FB8"/>
    <w:rsid w:val="28AA7A11"/>
    <w:rsid w:val="28C15FF7"/>
    <w:rsid w:val="28E8A8AC"/>
    <w:rsid w:val="28E8F465"/>
    <w:rsid w:val="290730B3"/>
    <w:rsid w:val="290CD4D8"/>
    <w:rsid w:val="291D0220"/>
    <w:rsid w:val="291FF1C1"/>
    <w:rsid w:val="293BA21B"/>
    <w:rsid w:val="29423299"/>
    <w:rsid w:val="2953B176"/>
    <w:rsid w:val="29573E36"/>
    <w:rsid w:val="296031FB"/>
    <w:rsid w:val="29711E54"/>
    <w:rsid w:val="29A76232"/>
    <w:rsid w:val="29BDC1DF"/>
    <w:rsid w:val="29CD23CA"/>
    <w:rsid w:val="29D16917"/>
    <w:rsid w:val="29DF4D75"/>
    <w:rsid w:val="29E82A7B"/>
    <w:rsid w:val="29E8B1CF"/>
    <w:rsid w:val="2A1DE3C5"/>
    <w:rsid w:val="2A42A366"/>
    <w:rsid w:val="2A5562B8"/>
    <w:rsid w:val="2A5577E8"/>
    <w:rsid w:val="2A578641"/>
    <w:rsid w:val="2A59C93B"/>
    <w:rsid w:val="2A6EE5D6"/>
    <w:rsid w:val="2A80B3B1"/>
    <w:rsid w:val="2A8A29D5"/>
    <w:rsid w:val="2A8A8201"/>
    <w:rsid w:val="2A911F70"/>
    <w:rsid w:val="2A92F03D"/>
    <w:rsid w:val="2A946C7F"/>
    <w:rsid w:val="2A963BDC"/>
    <w:rsid w:val="2AAB1D83"/>
    <w:rsid w:val="2ABBFA8E"/>
    <w:rsid w:val="2AC5B9FE"/>
    <w:rsid w:val="2AD4CCCA"/>
    <w:rsid w:val="2AE680B0"/>
    <w:rsid w:val="2B163EC6"/>
    <w:rsid w:val="2B27A492"/>
    <w:rsid w:val="2B31BBAB"/>
    <w:rsid w:val="2B4D5694"/>
    <w:rsid w:val="2B5BB220"/>
    <w:rsid w:val="2B6775D0"/>
    <w:rsid w:val="2B7C76FD"/>
    <w:rsid w:val="2B9D8422"/>
    <w:rsid w:val="2BCD21C9"/>
    <w:rsid w:val="2BD99DFF"/>
    <w:rsid w:val="2BDA0F75"/>
    <w:rsid w:val="2BDE49E0"/>
    <w:rsid w:val="2BE058FD"/>
    <w:rsid w:val="2BEA08AF"/>
    <w:rsid w:val="2C0F5625"/>
    <w:rsid w:val="2C0F97FB"/>
    <w:rsid w:val="2C107789"/>
    <w:rsid w:val="2C13A8CF"/>
    <w:rsid w:val="2C149F18"/>
    <w:rsid w:val="2C3351B7"/>
    <w:rsid w:val="2C38025B"/>
    <w:rsid w:val="2C485B6D"/>
    <w:rsid w:val="2C55B060"/>
    <w:rsid w:val="2C614804"/>
    <w:rsid w:val="2C7B31FA"/>
    <w:rsid w:val="2C85A5E0"/>
    <w:rsid w:val="2C85E8EB"/>
    <w:rsid w:val="2C8F8493"/>
    <w:rsid w:val="2CA26E23"/>
    <w:rsid w:val="2CB24B07"/>
    <w:rsid w:val="2CB55E79"/>
    <w:rsid w:val="2CBD63C5"/>
    <w:rsid w:val="2CC29BB1"/>
    <w:rsid w:val="2D0E8B60"/>
    <w:rsid w:val="2D193569"/>
    <w:rsid w:val="2D1D57DD"/>
    <w:rsid w:val="2D426C46"/>
    <w:rsid w:val="2D507680"/>
    <w:rsid w:val="2D5FC335"/>
    <w:rsid w:val="2D6542A8"/>
    <w:rsid w:val="2D66CDDB"/>
    <w:rsid w:val="2D7CAD70"/>
    <w:rsid w:val="2D81E58D"/>
    <w:rsid w:val="2D95EE98"/>
    <w:rsid w:val="2D96A478"/>
    <w:rsid w:val="2DD472AF"/>
    <w:rsid w:val="2DEED76A"/>
    <w:rsid w:val="2DFF2A3E"/>
    <w:rsid w:val="2E054769"/>
    <w:rsid w:val="2E10E292"/>
    <w:rsid w:val="2E2BD4B6"/>
    <w:rsid w:val="2E2ECEB0"/>
    <w:rsid w:val="2E476EA3"/>
    <w:rsid w:val="2E578B4A"/>
    <w:rsid w:val="2E5D5959"/>
    <w:rsid w:val="2E6395A5"/>
    <w:rsid w:val="2E8FF148"/>
    <w:rsid w:val="2E902C9A"/>
    <w:rsid w:val="2EB81BB4"/>
    <w:rsid w:val="2ED8F3FF"/>
    <w:rsid w:val="2EDE9CA2"/>
    <w:rsid w:val="2EF05EB4"/>
    <w:rsid w:val="2F52FAB5"/>
    <w:rsid w:val="2F5846A9"/>
    <w:rsid w:val="2F5A011F"/>
    <w:rsid w:val="2F9AAE92"/>
    <w:rsid w:val="2F9EBA89"/>
    <w:rsid w:val="2F9F2C9D"/>
    <w:rsid w:val="2FB04ACD"/>
    <w:rsid w:val="2FDB2F04"/>
    <w:rsid w:val="2FE613FB"/>
    <w:rsid w:val="2FEC0F64"/>
    <w:rsid w:val="2FFE857E"/>
    <w:rsid w:val="2FFFF094"/>
    <w:rsid w:val="300530DF"/>
    <w:rsid w:val="301AA008"/>
    <w:rsid w:val="302C4AE9"/>
    <w:rsid w:val="302FFD89"/>
    <w:rsid w:val="303BEB6A"/>
    <w:rsid w:val="3041EA54"/>
    <w:rsid w:val="305697B2"/>
    <w:rsid w:val="305C0157"/>
    <w:rsid w:val="306095F5"/>
    <w:rsid w:val="30612B0C"/>
    <w:rsid w:val="306B6630"/>
    <w:rsid w:val="306C7543"/>
    <w:rsid w:val="3072FD92"/>
    <w:rsid w:val="3078BA77"/>
    <w:rsid w:val="3098FD02"/>
    <w:rsid w:val="309CF187"/>
    <w:rsid w:val="30A59BFC"/>
    <w:rsid w:val="30BFCD67"/>
    <w:rsid w:val="30F06ED4"/>
    <w:rsid w:val="31215E9A"/>
    <w:rsid w:val="3136523F"/>
    <w:rsid w:val="314BE881"/>
    <w:rsid w:val="31548355"/>
    <w:rsid w:val="3154AF2C"/>
    <w:rsid w:val="31584592"/>
    <w:rsid w:val="316816E4"/>
    <w:rsid w:val="31997655"/>
    <w:rsid w:val="3199C42A"/>
    <w:rsid w:val="31B14CE9"/>
    <w:rsid w:val="31B212CF"/>
    <w:rsid w:val="31C3645C"/>
    <w:rsid w:val="31D3D100"/>
    <w:rsid w:val="31D6A2B0"/>
    <w:rsid w:val="31ED569D"/>
    <w:rsid w:val="320AC865"/>
    <w:rsid w:val="3220AFE9"/>
    <w:rsid w:val="3243E6EE"/>
    <w:rsid w:val="32472FB4"/>
    <w:rsid w:val="327CA3D4"/>
    <w:rsid w:val="327ED8C6"/>
    <w:rsid w:val="3286A9DD"/>
    <w:rsid w:val="32A43F58"/>
    <w:rsid w:val="32AB2C69"/>
    <w:rsid w:val="32D26F2B"/>
    <w:rsid w:val="32E4DACA"/>
    <w:rsid w:val="32FED939"/>
    <w:rsid w:val="33100D10"/>
    <w:rsid w:val="331E74C9"/>
    <w:rsid w:val="33276671"/>
    <w:rsid w:val="337045AF"/>
    <w:rsid w:val="33848A27"/>
    <w:rsid w:val="339BAAE5"/>
    <w:rsid w:val="33B04D97"/>
    <w:rsid w:val="33B7E1F6"/>
    <w:rsid w:val="33E44827"/>
    <w:rsid w:val="33E9B314"/>
    <w:rsid w:val="3401E901"/>
    <w:rsid w:val="342300D9"/>
    <w:rsid w:val="343C2099"/>
    <w:rsid w:val="348C536E"/>
    <w:rsid w:val="34A620C4"/>
    <w:rsid w:val="34AE28E2"/>
    <w:rsid w:val="34B34140"/>
    <w:rsid w:val="34D0337D"/>
    <w:rsid w:val="34DCFCA0"/>
    <w:rsid w:val="34EE1F8A"/>
    <w:rsid w:val="34F146E4"/>
    <w:rsid w:val="34F262A1"/>
    <w:rsid w:val="34F74029"/>
    <w:rsid w:val="350B096A"/>
    <w:rsid w:val="351B339F"/>
    <w:rsid w:val="351F954D"/>
    <w:rsid w:val="353C9E9B"/>
    <w:rsid w:val="354F2608"/>
    <w:rsid w:val="355EC368"/>
    <w:rsid w:val="3560954A"/>
    <w:rsid w:val="3568FBF7"/>
    <w:rsid w:val="3577B3E4"/>
    <w:rsid w:val="35ADA3C9"/>
    <w:rsid w:val="35B359E6"/>
    <w:rsid w:val="35C45990"/>
    <w:rsid w:val="35D102D5"/>
    <w:rsid w:val="35D5F76D"/>
    <w:rsid w:val="35EAA8A5"/>
    <w:rsid w:val="3612DDBA"/>
    <w:rsid w:val="3623AA18"/>
    <w:rsid w:val="3625FFBC"/>
    <w:rsid w:val="362D6E06"/>
    <w:rsid w:val="3643687D"/>
    <w:rsid w:val="36461213"/>
    <w:rsid w:val="364C24FD"/>
    <w:rsid w:val="366C9854"/>
    <w:rsid w:val="36814E69"/>
    <w:rsid w:val="3695AAD8"/>
    <w:rsid w:val="36A95B76"/>
    <w:rsid w:val="36B4877E"/>
    <w:rsid w:val="36B805A2"/>
    <w:rsid w:val="36C6F7F8"/>
    <w:rsid w:val="36C92AF3"/>
    <w:rsid w:val="36ED18D5"/>
    <w:rsid w:val="36FE632F"/>
    <w:rsid w:val="370BD1D6"/>
    <w:rsid w:val="372F9914"/>
    <w:rsid w:val="374CABA5"/>
    <w:rsid w:val="375E3B35"/>
    <w:rsid w:val="375EF53C"/>
    <w:rsid w:val="3768F863"/>
    <w:rsid w:val="376C6DF0"/>
    <w:rsid w:val="378EB55C"/>
    <w:rsid w:val="379BEF8B"/>
    <w:rsid w:val="37A5186F"/>
    <w:rsid w:val="37A63252"/>
    <w:rsid w:val="37AA79AA"/>
    <w:rsid w:val="37C12A14"/>
    <w:rsid w:val="37C1FCE2"/>
    <w:rsid w:val="37C3078A"/>
    <w:rsid w:val="37D04ACD"/>
    <w:rsid w:val="37DAF95A"/>
    <w:rsid w:val="37E0711E"/>
    <w:rsid w:val="37EA7B2F"/>
    <w:rsid w:val="37EC9DB0"/>
    <w:rsid w:val="37ED9AC6"/>
    <w:rsid w:val="37F0F3C0"/>
    <w:rsid w:val="3803A3CB"/>
    <w:rsid w:val="3808358B"/>
    <w:rsid w:val="380C9FBA"/>
    <w:rsid w:val="3810274E"/>
    <w:rsid w:val="38282D15"/>
    <w:rsid w:val="38339C3D"/>
    <w:rsid w:val="383A6496"/>
    <w:rsid w:val="383CAE60"/>
    <w:rsid w:val="3852AA72"/>
    <w:rsid w:val="385C467E"/>
    <w:rsid w:val="386C62D7"/>
    <w:rsid w:val="388AB7FE"/>
    <w:rsid w:val="388F8525"/>
    <w:rsid w:val="3899D5B1"/>
    <w:rsid w:val="38A99FBB"/>
    <w:rsid w:val="38ACC722"/>
    <w:rsid w:val="38D1AE49"/>
    <w:rsid w:val="38D536E4"/>
    <w:rsid w:val="38FBC635"/>
    <w:rsid w:val="3905B40D"/>
    <w:rsid w:val="39187873"/>
    <w:rsid w:val="391F73AC"/>
    <w:rsid w:val="3927345E"/>
    <w:rsid w:val="393C0C55"/>
    <w:rsid w:val="394A4A03"/>
    <w:rsid w:val="39767957"/>
    <w:rsid w:val="397CCECF"/>
    <w:rsid w:val="397DC7C9"/>
    <w:rsid w:val="39836AE5"/>
    <w:rsid w:val="3984B48F"/>
    <w:rsid w:val="39A69B6C"/>
    <w:rsid w:val="39AD7832"/>
    <w:rsid w:val="39BDF20E"/>
    <w:rsid w:val="39D9995B"/>
    <w:rsid w:val="39F3DD6B"/>
    <w:rsid w:val="39F88AE8"/>
    <w:rsid w:val="3A0CA517"/>
    <w:rsid w:val="3A11A6DB"/>
    <w:rsid w:val="3A18FB23"/>
    <w:rsid w:val="3A1C50E5"/>
    <w:rsid w:val="3A3324D2"/>
    <w:rsid w:val="3A3A64BE"/>
    <w:rsid w:val="3A3A9D8A"/>
    <w:rsid w:val="3A6ED3D0"/>
    <w:rsid w:val="3A80042B"/>
    <w:rsid w:val="3A877908"/>
    <w:rsid w:val="3A914C95"/>
    <w:rsid w:val="3AAF4E8C"/>
    <w:rsid w:val="3AC715E0"/>
    <w:rsid w:val="3AC76EFB"/>
    <w:rsid w:val="3ACEE29E"/>
    <w:rsid w:val="3AD08B10"/>
    <w:rsid w:val="3AE3B463"/>
    <w:rsid w:val="3AEAE9E2"/>
    <w:rsid w:val="3AF35018"/>
    <w:rsid w:val="3AFFC1EE"/>
    <w:rsid w:val="3B0C44F1"/>
    <w:rsid w:val="3B0DF4AC"/>
    <w:rsid w:val="3B14DCDD"/>
    <w:rsid w:val="3B1C8738"/>
    <w:rsid w:val="3B694244"/>
    <w:rsid w:val="3B71C457"/>
    <w:rsid w:val="3B85AE32"/>
    <w:rsid w:val="3B89E411"/>
    <w:rsid w:val="3BA1F5E6"/>
    <w:rsid w:val="3BA7FE66"/>
    <w:rsid w:val="3BA9F557"/>
    <w:rsid w:val="3BB77B8F"/>
    <w:rsid w:val="3BBB0CBE"/>
    <w:rsid w:val="3BBD952E"/>
    <w:rsid w:val="3BD147AF"/>
    <w:rsid w:val="3C45EC0C"/>
    <w:rsid w:val="3C4F0342"/>
    <w:rsid w:val="3C681438"/>
    <w:rsid w:val="3C95E654"/>
    <w:rsid w:val="3CA86F9F"/>
    <w:rsid w:val="3CB5FD26"/>
    <w:rsid w:val="3CD65838"/>
    <w:rsid w:val="3CE41AEC"/>
    <w:rsid w:val="3D06ACBA"/>
    <w:rsid w:val="3D0EB4C6"/>
    <w:rsid w:val="3D1866FC"/>
    <w:rsid w:val="3D1B8841"/>
    <w:rsid w:val="3D1D3750"/>
    <w:rsid w:val="3D21FDAE"/>
    <w:rsid w:val="3D2A9601"/>
    <w:rsid w:val="3D60D166"/>
    <w:rsid w:val="3D75D30B"/>
    <w:rsid w:val="3D8271A7"/>
    <w:rsid w:val="3DCA0DC5"/>
    <w:rsid w:val="3DD2619D"/>
    <w:rsid w:val="3DDD6B63"/>
    <w:rsid w:val="3DF6A4C8"/>
    <w:rsid w:val="3E07CEE6"/>
    <w:rsid w:val="3E0BCE08"/>
    <w:rsid w:val="3E19A09A"/>
    <w:rsid w:val="3E366D4F"/>
    <w:rsid w:val="3E40503B"/>
    <w:rsid w:val="3E61CEA3"/>
    <w:rsid w:val="3E6762FC"/>
    <w:rsid w:val="3E8A6E85"/>
    <w:rsid w:val="3E8F4502"/>
    <w:rsid w:val="3E927DE0"/>
    <w:rsid w:val="3EB347D7"/>
    <w:rsid w:val="3EBD4907"/>
    <w:rsid w:val="3EBE9F58"/>
    <w:rsid w:val="3EBF871D"/>
    <w:rsid w:val="3EC439FF"/>
    <w:rsid w:val="3EC67DCD"/>
    <w:rsid w:val="3ED9FDA3"/>
    <w:rsid w:val="3EE07705"/>
    <w:rsid w:val="3EE50723"/>
    <w:rsid w:val="3F1B479E"/>
    <w:rsid w:val="3F3393A4"/>
    <w:rsid w:val="3F42EDF7"/>
    <w:rsid w:val="3F724175"/>
    <w:rsid w:val="3F72DDA0"/>
    <w:rsid w:val="3F8D6434"/>
    <w:rsid w:val="3FA69755"/>
    <w:rsid w:val="3FB2E886"/>
    <w:rsid w:val="3FDB2477"/>
    <w:rsid w:val="3FF50678"/>
    <w:rsid w:val="3FF6DEDE"/>
    <w:rsid w:val="40086179"/>
    <w:rsid w:val="4016F58F"/>
    <w:rsid w:val="401894D8"/>
    <w:rsid w:val="401C117C"/>
    <w:rsid w:val="402B50DA"/>
    <w:rsid w:val="4055D21C"/>
    <w:rsid w:val="408187D5"/>
    <w:rsid w:val="4082E84A"/>
    <w:rsid w:val="40912945"/>
    <w:rsid w:val="409620B2"/>
    <w:rsid w:val="40C1ADEC"/>
    <w:rsid w:val="40C6F3AA"/>
    <w:rsid w:val="40C906D1"/>
    <w:rsid w:val="40CA0183"/>
    <w:rsid w:val="40D27E52"/>
    <w:rsid w:val="4145CCAF"/>
    <w:rsid w:val="4150999B"/>
    <w:rsid w:val="41543FD5"/>
    <w:rsid w:val="415E42DF"/>
    <w:rsid w:val="41622811"/>
    <w:rsid w:val="41857976"/>
    <w:rsid w:val="4197E3F7"/>
    <w:rsid w:val="41AB9A88"/>
    <w:rsid w:val="41BEFEC9"/>
    <w:rsid w:val="41C00486"/>
    <w:rsid w:val="41EEE43F"/>
    <w:rsid w:val="41EEEFEA"/>
    <w:rsid w:val="41F49FB9"/>
    <w:rsid w:val="420C53DE"/>
    <w:rsid w:val="421D81EF"/>
    <w:rsid w:val="4220F96D"/>
    <w:rsid w:val="4226E389"/>
    <w:rsid w:val="422C3254"/>
    <w:rsid w:val="424FA5D6"/>
    <w:rsid w:val="428F9BFD"/>
    <w:rsid w:val="42A0A0E4"/>
    <w:rsid w:val="42A2F305"/>
    <w:rsid w:val="42A3DABE"/>
    <w:rsid w:val="42A4CF0B"/>
    <w:rsid w:val="42A6F9CE"/>
    <w:rsid w:val="42B8F102"/>
    <w:rsid w:val="42C98687"/>
    <w:rsid w:val="42DB2AAB"/>
    <w:rsid w:val="430848D6"/>
    <w:rsid w:val="430C4F89"/>
    <w:rsid w:val="430CE9E2"/>
    <w:rsid w:val="431D7490"/>
    <w:rsid w:val="4323F3F8"/>
    <w:rsid w:val="432D0730"/>
    <w:rsid w:val="432FD996"/>
    <w:rsid w:val="433FEC73"/>
    <w:rsid w:val="4359BC35"/>
    <w:rsid w:val="4378020F"/>
    <w:rsid w:val="43818D9C"/>
    <w:rsid w:val="43B67181"/>
    <w:rsid w:val="43D662A3"/>
    <w:rsid w:val="441067A1"/>
    <w:rsid w:val="44129D84"/>
    <w:rsid w:val="442C6F67"/>
    <w:rsid w:val="443B4C9F"/>
    <w:rsid w:val="443F8972"/>
    <w:rsid w:val="444F92DA"/>
    <w:rsid w:val="445784FF"/>
    <w:rsid w:val="446130C1"/>
    <w:rsid w:val="44614957"/>
    <w:rsid w:val="4462E049"/>
    <w:rsid w:val="44637811"/>
    <w:rsid w:val="446586E0"/>
    <w:rsid w:val="44731E47"/>
    <w:rsid w:val="447775BF"/>
    <w:rsid w:val="44A58833"/>
    <w:rsid w:val="44E1EB03"/>
    <w:rsid w:val="44E2FAA2"/>
    <w:rsid w:val="44E377B5"/>
    <w:rsid w:val="44E6F38E"/>
    <w:rsid w:val="44E7B463"/>
    <w:rsid w:val="44F86C8D"/>
    <w:rsid w:val="451562D3"/>
    <w:rsid w:val="451AF1DC"/>
    <w:rsid w:val="451D23A9"/>
    <w:rsid w:val="45391CC7"/>
    <w:rsid w:val="4545368E"/>
    <w:rsid w:val="4546D993"/>
    <w:rsid w:val="4568E0A3"/>
    <w:rsid w:val="457C580C"/>
    <w:rsid w:val="45829276"/>
    <w:rsid w:val="45A603B3"/>
    <w:rsid w:val="45B24D51"/>
    <w:rsid w:val="45B5E742"/>
    <w:rsid w:val="45FE9B4F"/>
    <w:rsid w:val="46157066"/>
    <w:rsid w:val="461CD02B"/>
    <w:rsid w:val="46253D60"/>
    <w:rsid w:val="4635A258"/>
    <w:rsid w:val="46386BDF"/>
    <w:rsid w:val="463DD04D"/>
    <w:rsid w:val="4649C5D1"/>
    <w:rsid w:val="4670B952"/>
    <w:rsid w:val="4676917F"/>
    <w:rsid w:val="46775B68"/>
    <w:rsid w:val="468345D3"/>
    <w:rsid w:val="4689FFC4"/>
    <w:rsid w:val="46A25651"/>
    <w:rsid w:val="46BE61C0"/>
    <w:rsid w:val="46E2F05D"/>
    <w:rsid w:val="4710D803"/>
    <w:rsid w:val="471DD3FB"/>
    <w:rsid w:val="473D821A"/>
    <w:rsid w:val="4740A884"/>
    <w:rsid w:val="477088E5"/>
    <w:rsid w:val="47741D0C"/>
    <w:rsid w:val="477FD464"/>
    <w:rsid w:val="47A8E579"/>
    <w:rsid w:val="47EDADF7"/>
    <w:rsid w:val="47FB55EC"/>
    <w:rsid w:val="481EA4F8"/>
    <w:rsid w:val="484AEFC4"/>
    <w:rsid w:val="485DB24B"/>
    <w:rsid w:val="487F9CC9"/>
    <w:rsid w:val="4890F5EE"/>
    <w:rsid w:val="48920894"/>
    <w:rsid w:val="48CC36E2"/>
    <w:rsid w:val="48D27380"/>
    <w:rsid w:val="490F569E"/>
    <w:rsid w:val="492041D3"/>
    <w:rsid w:val="493378BC"/>
    <w:rsid w:val="494BF1B6"/>
    <w:rsid w:val="494C2163"/>
    <w:rsid w:val="49507938"/>
    <w:rsid w:val="495E8F94"/>
    <w:rsid w:val="4964D451"/>
    <w:rsid w:val="496FC2A2"/>
    <w:rsid w:val="4983E102"/>
    <w:rsid w:val="49850F80"/>
    <w:rsid w:val="49943576"/>
    <w:rsid w:val="49AC092D"/>
    <w:rsid w:val="49B0DE92"/>
    <w:rsid w:val="49D11589"/>
    <w:rsid w:val="49E43227"/>
    <w:rsid w:val="4A045249"/>
    <w:rsid w:val="4A0C9ECE"/>
    <w:rsid w:val="4A166581"/>
    <w:rsid w:val="4A1968B0"/>
    <w:rsid w:val="4A19D732"/>
    <w:rsid w:val="4A209B97"/>
    <w:rsid w:val="4A44F929"/>
    <w:rsid w:val="4A49EE0E"/>
    <w:rsid w:val="4A4AD020"/>
    <w:rsid w:val="4A4BA520"/>
    <w:rsid w:val="4A58668A"/>
    <w:rsid w:val="4A64D7EE"/>
    <w:rsid w:val="4A9258D5"/>
    <w:rsid w:val="4A93AA76"/>
    <w:rsid w:val="4AAADD94"/>
    <w:rsid w:val="4AAF7910"/>
    <w:rsid w:val="4AB2550D"/>
    <w:rsid w:val="4ABB5C0B"/>
    <w:rsid w:val="4AC3FC7B"/>
    <w:rsid w:val="4ACB3DEE"/>
    <w:rsid w:val="4AD49530"/>
    <w:rsid w:val="4AEAFE94"/>
    <w:rsid w:val="4AF5F887"/>
    <w:rsid w:val="4B05C950"/>
    <w:rsid w:val="4B203442"/>
    <w:rsid w:val="4BA44EA2"/>
    <w:rsid w:val="4BA5D3CD"/>
    <w:rsid w:val="4BB54A55"/>
    <w:rsid w:val="4BC41B35"/>
    <w:rsid w:val="4BD25DDC"/>
    <w:rsid w:val="4BDCF8AE"/>
    <w:rsid w:val="4BF31746"/>
    <w:rsid w:val="4BF61877"/>
    <w:rsid w:val="4BF908B3"/>
    <w:rsid w:val="4C450D55"/>
    <w:rsid w:val="4C71E4CF"/>
    <w:rsid w:val="4C7AEBF1"/>
    <w:rsid w:val="4C7D3907"/>
    <w:rsid w:val="4C80185A"/>
    <w:rsid w:val="4C9D9D6F"/>
    <w:rsid w:val="4CB871F7"/>
    <w:rsid w:val="4CB94DB8"/>
    <w:rsid w:val="4CBC4DD4"/>
    <w:rsid w:val="4CC69F0C"/>
    <w:rsid w:val="4CC96AC9"/>
    <w:rsid w:val="4CF4086D"/>
    <w:rsid w:val="4D18C453"/>
    <w:rsid w:val="4D2AF792"/>
    <w:rsid w:val="4D3C8654"/>
    <w:rsid w:val="4D48C9B2"/>
    <w:rsid w:val="4D760566"/>
    <w:rsid w:val="4DD2A693"/>
    <w:rsid w:val="4DE75462"/>
    <w:rsid w:val="4E045379"/>
    <w:rsid w:val="4E075B0E"/>
    <w:rsid w:val="4E10AF0D"/>
    <w:rsid w:val="4E38D4D4"/>
    <w:rsid w:val="4E784FA2"/>
    <w:rsid w:val="4E84B575"/>
    <w:rsid w:val="4E874577"/>
    <w:rsid w:val="4EA5A4D0"/>
    <w:rsid w:val="4EB0F4C1"/>
    <w:rsid w:val="4EB2352D"/>
    <w:rsid w:val="4EB4126C"/>
    <w:rsid w:val="4EB64E79"/>
    <w:rsid w:val="4EDA86BF"/>
    <w:rsid w:val="4EE8CCCE"/>
    <w:rsid w:val="4F0D7C80"/>
    <w:rsid w:val="4F110147"/>
    <w:rsid w:val="4F4AB454"/>
    <w:rsid w:val="4F4FDADF"/>
    <w:rsid w:val="4F58CBF5"/>
    <w:rsid w:val="4F5C33C1"/>
    <w:rsid w:val="4F657286"/>
    <w:rsid w:val="4F670B87"/>
    <w:rsid w:val="4F886CB5"/>
    <w:rsid w:val="4FB2D3C8"/>
    <w:rsid w:val="4FCF277D"/>
    <w:rsid w:val="4FD47A31"/>
    <w:rsid w:val="4FEF959B"/>
    <w:rsid w:val="4FF4228F"/>
    <w:rsid w:val="500D9C99"/>
    <w:rsid w:val="502C0AFE"/>
    <w:rsid w:val="502C84B4"/>
    <w:rsid w:val="50537002"/>
    <w:rsid w:val="50563916"/>
    <w:rsid w:val="505E0B11"/>
    <w:rsid w:val="5067B469"/>
    <w:rsid w:val="506A5F92"/>
    <w:rsid w:val="506AF381"/>
    <w:rsid w:val="5079C86D"/>
    <w:rsid w:val="507F26D3"/>
    <w:rsid w:val="508EAA5D"/>
    <w:rsid w:val="509CF41A"/>
    <w:rsid w:val="50BDEBFD"/>
    <w:rsid w:val="50D51A8B"/>
    <w:rsid w:val="50D709EE"/>
    <w:rsid w:val="50F1FC96"/>
    <w:rsid w:val="510974E5"/>
    <w:rsid w:val="5112137C"/>
    <w:rsid w:val="512608F2"/>
    <w:rsid w:val="513862B0"/>
    <w:rsid w:val="51404529"/>
    <w:rsid w:val="51417FF9"/>
    <w:rsid w:val="5142E528"/>
    <w:rsid w:val="5144435D"/>
    <w:rsid w:val="515D1803"/>
    <w:rsid w:val="515D24AC"/>
    <w:rsid w:val="517334F3"/>
    <w:rsid w:val="51843981"/>
    <w:rsid w:val="518C002A"/>
    <w:rsid w:val="518CD82E"/>
    <w:rsid w:val="51AC3F3D"/>
    <w:rsid w:val="51C9CB2F"/>
    <w:rsid w:val="51E373A1"/>
    <w:rsid w:val="51EA2C08"/>
    <w:rsid w:val="52175700"/>
    <w:rsid w:val="522F81AE"/>
    <w:rsid w:val="524967F9"/>
    <w:rsid w:val="524EB477"/>
    <w:rsid w:val="52518C7E"/>
    <w:rsid w:val="525BE7D5"/>
    <w:rsid w:val="525F117A"/>
    <w:rsid w:val="5263AE00"/>
    <w:rsid w:val="52660C9F"/>
    <w:rsid w:val="5268FCE1"/>
    <w:rsid w:val="52A028A2"/>
    <w:rsid w:val="52B30FED"/>
    <w:rsid w:val="52B46FBF"/>
    <w:rsid w:val="52B51FD9"/>
    <w:rsid w:val="52B798DF"/>
    <w:rsid w:val="52D82AA2"/>
    <w:rsid w:val="52F6BCAE"/>
    <w:rsid w:val="53169924"/>
    <w:rsid w:val="532B8E19"/>
    <w:rsid w:val="532D0E60"/>
    <w:rsid w:val="532D7173"/>
    <w:rsid w:val="533DC118"/>
    <w:rsid w:val="536330EB"/>
    <w:rsid w:val="53788D0D"/>
    <w:rsid w:val="53A3197F"/>
    <w:rsid w:val="53C2F8F9"/>
    <w:rsid w:val="53E4E160"/>
    <w:rsid w:val="53F1C268"/>
    <w:rsid w:val="53F35D53"/>
    <w:rsid w:val="53F37A35"/>
    <w:rsid w:val="541BADF9"/>
    <w:rsid w:val="542E4843"/>
    <w:rsid w:val="5435842D"/>
    <w:rsid w:val="544AE6C4"/>
    <w:rsid w:val="545032B6"/>
    <w:rsid w:val="5458411E"/>
    <w:rsid w:val="545E0839"/>
    <w:rsid w:val="549F975F"/>
    <w:rsid w:val="54A5B95C"/>
    <w:rsid w:val="54C07EB8"/>
    <w:rsid w:val="54CCAEDD"/>
    <w:rsid w:val="54D3A1CE"/>
    <w:rsid w:val="54D9F297"/>
    <w:rsid w:val="54DA136F"/>
    <w:rsid w:val="54E67663"/>
    <w:rsid w:val="5503A16F"/>
    <w:rsid w:val="550C4D19"/>
    <w:rsid w:val="550FF891"/>
    <w:rsid w:val="5514DB70"/>
    <w:rsid w:val="552221B6"/>
    <w:rsid w:val="55263CD1"/>
    <w:rsid w:val="55318A4D"/>
    <w:rsid w:val="55379D67"/>
    <w:rsid w:val="553A225A"/>
    <w:rsid w:val="5540E439"/>
    <w:rsid w:val="5554F613"/>
    <w:rsid w:val="5556647B"/>
    <w:rsid w:val="5567339B"/>
    <w:rsid w:val="55694036"/>
    <w:rsid w:val="55721C75"/>
    <w:rsid w:val="557ABC17"/>
    <w:rsid w:val="55817612"/>
    <w:rsid w:val="559D6CE6"/>
    <w:rsid w:val="55B273B7"/>
    <w:rsid w:val="55B2C048"/>
    <w:rsid w:val="55FC93D1"/>
    <w:rsid w:val="55FEF5AD"/>
    <w:rsid w:val="568CEC4A"/>
    <w:rsid w:val="569CB114"/>
    <w:rsid w:val="56A1204B"/>
    <w:rsid w:val="56A4F4F2"/>
    <w:rsid w:val="56A88B75"/>
    <w:rsid w:val="56C735E3"/>
    <w:rsid w:val="5713D074"/>
    <w:rsid w:val="574E5D9E"/>
    <w:rsid w:val="5775742A"/>
    <w:rsid w:val="5783BFF2"/>
    <w:rsid w:val="57AAC5B8"/>
    <w:rsid w:val="57B8CAA5"/>
    <w:rsid w:val="57CBA965"/>
    <w:rsid w:val="57E9FE47"/>
    <w:rsid w:val="57F7A029"/>
    <w:rsid w:val="5841A54C"/>
    <w:rsid w:val="5858A7DF"/>
    <w:rsid w:val="586BEB36"/>
    <w:rsid w:val="5878CCC1"/>
    <w:rsid w:val="5897C466"/>
    <w:rsid w:val="58AEE694"/>
    <w:rsid w:val="58B0D8BC"/>
    <w:rsid w:val="58C70587"/>
    <w:rsid w:val="58D09BA2"/>
    <w:rsid w:val="58E35969"/>
    <w:rsid w:val="58E8BAB4"/>
    <w:rsid w:val="591BA773"/>
    <w:rsid w:val="591E414E"/>
    <w:rsid w:val="5923791C"/>
    <w:rsid w:val="593B635A"/>
    <w:rsid w:val="59558525"/>
    <w:rsid w:val="598472DF"/>
    <w:rsid w:val="59BA9B85"/>
    <w:rsid w:val="59BF26F3"/>
    <w:rsid w:val="59C594C0"/>
    <w:rsid w:val="59D52D73"/>
    <w:rsid w:val="59D881CA"/>
    <w:rsid w:val="5A33D4D8"/>
    <w:rsid w:val="5A35A480"/>
    <w:rsid w:val="5A42CF5B"/>
    <w:rsid w:val="5A4E845F"/>
    <w:rsid w:val="5A6211AC"/>
    <w:rsid w:val="5A6B3954"/>
    <w:rsid w:val="5A79114C"/>
    <w:rsid w:val="5A796194"/>
    <w:rsid w:val="5A935032"/>
    <w:rsid w:val="5AA45CAF"/>
    <w:rsid w:val="5AAD8F2A"/>
    <w:rsid w:val="5AB62D4B"/>
    <w:rsid w:val="5AC9B9BC"/>
    <w:rsid w:val="5AF3BCF3"/>
    <w:rsid w:val="5B0369B3"/>
    <w:rsid w:val="5B0CD106"/>
    <w:rsid w:val="5B130E3D"/>
    <w:rsid w:val="5B14CA24"/>
    <w:rsid w:val="5B24CB76"/>
    <w:rsid w:val="5B270776"/>
    <w:rsid w:val="5B2F3069"/>
    <w:rsid w:val="5B31B06E"/>
    <w:rsid w:val="5B33BEDB"/>
    <w:rsid w:val="5B357935"/>
    <w:rsid w:val="5B3A3F8B"/>
    <w:rsid w:val="5B558F68"/>
    <w:rsid w:val="5B60BE80"/>
    <w:rsid w:val="5B634769"/>
    <w:rsid w:val="5B6AB6D3"/>
    <w:rsid w:val="5B742318"/>
    <w:rsid w:val="5BA5A6BC"/>
    <w:rsid w:val="5BE12F98"/>
    <w:rsid w:val="5BFF15E2"/>
    <w:rsid w:val="5C0F48D8"/>
    <w:rsid w:val="5C227B6C"/>
    <w:rsid w:val="5C484906"/>
    <w:rsid w:val="5C4D9030"/>
    <w:rsid w:val="5C633CEE"/>
    <w:rsid w:val="5CABAD4D"/>
    <w:rsid w:val="5CC64083"/>
    <w:rsid w:val="5CCB6866"/>
    <w:rsid w:val="5CD982F4"/>
    <w:rsid w:val="5CE0CFF4"/>
    <w:rsid w:val="5CE323DD"/>
    <w:rsid w:val="5CEA66E9"/>
    <w:rsid w:val="5CEF7216"/>
    <w:rsid w:val="5CF9FB63"/>
    <w:rsid w:val="5CFD5E8D"/>
    <w:rsid w:val="5D0489A0"/>
    <w:rsid w:val="5D14AA96"/>
    <w:rsid w:val="5D15F573"/>
    <w:rsid w:val="5D1FECCE"/>
    <w:rsid w:val="5D1FFF42"/>
    <w:rsid w:val="5D414A17"/>
    <w:rsid w:val="5D41D8AB"/>
    <w:rsid w:val="5D564AD1"/>
    <w:rsid w:val="5D738942"/>
    <w:rsid w:val="5D7B5960"/>
    <w:rsid w:val="5D82FEDF"/>
    <w:rsid w:val="5D984C86"/>
    <w:rsid w:val="5DA3C7FE"/>
    <w:rsid w:val="5DB4BED5"/>
    <w:rsid w:val="5DBC8443"/>
    <w:rsid w:val="5DBF4FE8"/>
    <w:rsid w:val="5DC4A3AD"/>
    <w:rsid w:val="5DC7739F"/>
    <w:rsid w:val="5DDC7335"/>
    <w:rsid w:val="5DE5EE73"/>
    <w:rsid w:val="5DF7EA96"/>
    <w:rsid w:val="5DFE79FA"/>
    <w:rsid w:val="5E152319"/>
    <w:rsid w:val="5E20D659"/>
    <w:rsid w:val="5E226F86"/>
    <w:rsid w:val="5E2660ED"/>
    <w:rsid w:val="5E53C3AD"/>
    <w:rsid w:val="5E657491"/>
    <w:rsid w:val="5E99A04B"/>
    <w:rsid w:val="5EA4BA7A"/>
    <w:rsid w:val="5EA8A913"/>
    <w:rsid w:val="5EAF952F"/>
    <w:rsid w:val="5EB152C1"/>
    <w:rsid w:val="5EED85A1"/>
    <w:rsid w:val="5F06F0C1"/>
    <w:rsid w:val="5F2D8446"/>
    <w:rsid w:val="5F5D3EA6"/>
    <w:rsid w:val="5F6F8436"/>
    <w:rsid w:val="5F735C16"/>
    <w:rsid w:val="5F7660BA"/>
    <w:rsid w:val="5F87427F"/>
    <w:rsid w:val="5F89C9C4"/>
    <w:rsid w:val="5F8DB87A"/>
    <w:rsid w:val="5F991088"/>
    <w:rsid w:val="5FA91A07"/>
    <w:rsid w:val="5FDDF4E7"/>
    <w:rsid w:val="5FDFB810"/>
    <w:rsid w:val="600F2E4C"/>
    <w:rsid w:val="602F453F"/>
    <w:rsid w:val="6058CF63"/>
    <w:rsid w:val="6068DBBE"/>
    <w:rsid w:val="6081FE0E"/>
    <w:rsid w:val="60980A0F"/>
    <w:rsid w:val="609D16DE"/>
    <w:rsid w:val="609F2C66"/>
    <w:rsid w:val="60B9366B"/>
    <w:rsid w:val="60F26DED"/>
    <w:rsid w:val="60FAAAE2"/>
    <w:rsid w:val="60FF0AB9"/>
    <w:rsid w:val="6108FE81"/>
    <w:rsid w:val="611E321E"/>
    <w:rsid w:val="61279AF5"/>
    <w:rsid w:val="612FA4F0"/>
    <w:rsid w:val="6153E12E"/>
    <w:rsid w:val="615AE649"/>
    <w:rsid w:val="61A00CF7"/>
    <w:rsid w:val="61A7D375"/>
    <w:rsid w:val="61AA4C2A"/>
    <w:rsid w:val="61C73C33"/>
    <w:rsid w:val="61C8F4AA"/>
    <w:rsid w:val="61CE8C5B"/>
    <w:rsid w:val="61EA524C"/>
    <w:rsid w:val="61EB8202"/>
    <w:rsid w:val="61F01A2C"/>
    <w:rsid w:val="62097E71"/>
    <w:rsid w:val="6244E008"/>
    <w:rsid w:val="6252A8FC"/>
    <w:rsid w:val="6257FFB7"/>
    <w:rsid w:val="629CE25B"/>
    <w:rsid w:val="62BCFF83"/>
    <w:rsid w:val="62BF1540"/>
    <w:rsid w:val="62EC0B2E"/>
    <w:rsid w:val="63122936"/>
    <w:rsid w:val="632D8D7C"/>
    <w:rsid w:val="6356CBE5"/>
    <w:rsid w:val="63651294"/>
    <w:rsid w:val="636FB65D"/>
    <w:rsid w:val="6375E232"/>
    <w:rsid w:val="637F00F8"/>
    <w:rsid w:val="638B92FC"/>
    <w:rsid w:val="6396B943"/>
    <w:rsid w:val="63998E52"/>
    <w:rsid w:val="63A8F8B2"/>
    <w:rsid w:val="63C1B243"/>
    <w:rsid w:val="6412EE8E"/>
    <w:rsid w:val="6414F1EB"/>
    <w:rsid w:val="6415166D"/>
    <w:rsid w:val="641C5269"/>
    <w:rsid w:val="6428ABDA"/>
    <w:rsid w:val="64434999"/>
    <w:rsid w:val="645A0585"/>
    <w:rsid w:val="649FB3C3"/>
    <w:rsid w:val="64BA0757"/>
    <w:rsid w:val="64BB0D67"/>
    <w:rsid w:val="64C4ABD8"/>
    <w:rsid w:val="64D620E2"/>
    <w:rsid w:val="64EC21E1"/>
    <w:rsid w:val="64F203F7"/>
    <w:rsid w:val="6512138D"/>
    <w:rsid w:val="65161AC5"/>
    <w:rsid w:val="65198EE4"/>
    <w:rsid w:val="6522EA60"/>
    <w:rsid w:val="6528B414"/>
    <w:rsid w:val="652D7407"/>
    <w:rsid w:val="652E64A4"/>
    <w:rsid w:val="65423299"/>
    <w:rsid w:val="6557FCE5"/>
    <w:rsid w:val="65623769"/>
    <w:rsid w:val="657E05BC"/>
    <w:rsid w:val="65A4386D"/>
    <w:rsid w:val="65AC18FE"/>
    <w:rsid w:val="65C1A5C4"/>
    <w:rsid w:val="65C1FF19"/>
    <w:rsid w:val="65C49EC6"/>
    <w:rsid w:val="66527CA9"/>
    <w:rsid w:val="6668AEDF"/>
    <w:rsid w:val="669F0E91"/>
    <w:rsid w:val="66E404A9"/>
    <w:rsid w:val="66F5B860"/>
    <w:rsid w:val="66F60B5D"/>
    <w:rsid w:val="670A7F3D"/>
    <w:rsid w:val="671AC787"/>
    <w:rsid w:val="6725384C"/>
    <w:rsid w:val="6730A369"/>
    <w:rsid w:val="6737F86C"/>
    <w:rsid w:val="674390BA"/>
    <w:rsid w:val="674883FD"/>
    <w:rsid w:val="675AA16C"/>
    <w:rsid w:val="675FE4F5"/>
    <w:rsid w:val="6760FDD2"/>
    <w:rsid w:val="676E3D17"/>
    <w:rsid w:val="67759FB7"/>
    <w:rsid w:val="678B8548"/>
    <w:rsid w:val="67A56D2D"/>
    <w:rsid w:val="67D6A915"/>
    <w:rsid w:val="67D81F14"/>
    <w:rsid w:val="67D85FCC"/>
    <w:rsid w:val="6804E199"/>
    <w:rsid w:val="682CC8AD"/>
    <w:rsid w:val="6831CA62"/>
    <w:rsid w:val="68405AB6"/>
    <w:rsid w:val="684C920A"/>
    <w:rsid w:val="68575D97"/>
    <w:rsid w:val="689274BB"/>
    <w:rsid w:val="6893D774"/>
    <w:rsid w:val="68B1EE76"/>
    <w:rsid w:val="68B89DF3"/>
    <w:rsid w:val="68E0AFCE"/>
    <w:rsid w:val="68E419EF"/>
    <w:rsid w:val="68F24589"/>
    <w:rsid w:val="690326D4"/>
    <w:rsid w:val="690CA30E"/>
    <w:rsid w:val="692B6F4E"/>
    <w:rsid w:val="692D4292"/>
    <w:rsid w:val="6941EDD7"/>
    <w:rsid w:val="6952E36C"/>
    <w:rsid w:val="69590EA8"/>
    <w:rsid w:val="6975EB4C"/>
    <w:rsid w:val="6990C19A"/>
    <w:rsid w:val="69ADAC47"/>
    <w:rsid w:val="69C7D173"/>
    <w:rsid w:val="69E2034E"/>
    <w:rsid w:val="69FE17F6"/>
    <w:rsid w:val="6A0F05DA"/>
    <w:rsid w:val="6A193624"/>
    <w:rsid w:val="6A56F920"/>
    <w:rsid w:val="6A6A1C47"/>
    <w:rsid w:val="6A78E6FF"/>
    <w:rsid w:val="6A9B17E8"/>
    <w:rsid w:val="6AA2C89F"/>
    <w:rsid w:val="6ACA807A"/>
    <w:rsid w:val="6ACB2FF0"/>
    <w:rsid w:val="6ACCC120"/>
    <w:rsid w:val="6AD2D9D6"/>
    <w:rsid w:val="6AD5FACC"/>
    <w:rsid w:val="6ADFAE2B"/>
    <w:rsid w:val="6AFB8E8E"/>
    <w:rsid w:val="6AFDF53B"/>
    <w:rsid w:val="6AFF32C4"/>
    <w:rsid w:val="6B09A209"/>
    <w:rsid w:val="6B0DC54C"/>
    <w:rsid w:val="6B1D3E07"/>
    <w:rsid w:val="6B35DD70"/>
    <w:rsid w:val="6B371E0F"/>
    <w:rsid w:val="6B72FA2E"/>
    <w:rsid w:val="6B79059A"/>
    <w:rsid w:val="6B8854C5"/>
    <w:rsid w:val="6B8DE221"/>
    <w:rsid w:val="6B906BBA"/>
    <w:rsid w:val="6B92FBFA"/>
    <w:rsid w:val="6B984609"/>
    <w:rsid w:val="6B9BC2C3"/>
    <w:rsid w:val="6BB55105"/>
    <w:rsid w:val="6BBE8F15"/>
    <w:rsid w:val="6BC63547"/>
    <w:rsid w:val="6BD97197"/>
    <w:rsid w:val="6C0D97D6"/>
    <w:rsid w:val="6C172F93"/>
    <w:rsid w:val="6C1EE723"/>
    <w:rsid w:val="6C1FB91F"/>
    <w:rsid w:val="6C28E057"/>
    <w:rsid w:val="6C3380D4"/>
    <w:rsid w:val="6C44E149"/>
    <w:rsid w:val="6C4BF956"/>
    <w:rsid w:val="6C66DD18"/>
    <w:rsid w:val="6C7F90ED"/>
    <w:rsid w:val="6C8C60D3"/>
    <w:rsid w:val="6CB57DF8"/>
    <w:rsid w:val="6CBE4317"/>
    <w:rsid w:val="6CC60347"/>
    <w:rsid w:val="6CD65CD9"/>
    <w:rsid w:val="6CE3DABD"/>
    <w:rsid w:val="6CE874C5"/>
    <w:rsid w:val="6D01B6C8"/>
    <w:rsid w:val="6D10D13F"/>
    <w:rsid w:val="6D19205E"/>
    <w:rsid w:val="6D1EA1C3"/>
    <w:rsid w:val="6D3187DB"/>
    <w:rsid w:val="6D49FC79"/>
    <w:rsid w:val="6D57C616"/>
    <w:rsid w:val="6D6EA1C2"/>
    <w:rsid w:val="6D77DF70"/>
    <w:rsid w:val="6D86524B"/>
    <w:rsid w:val="6D8AC4F2"/>
    <w:rsid w:val="6D8F9071"/>
    <w:rsid w:val="6DA37784"/>
    <w:rsid w:val="6DAF889E"/>
    <w:rsid w:val="6DC7DCB4"/>
    <w:rsid w:val="6DCC140F"/>
    <w:rsid w:val="6DDB7E48"/>
    <w:rsid w:val="6DF0456D"/>
    <w:rsid w:val="6DF86FDE"/>
    <w:rsid w:val="6DF97BCE"/>
    <w:rsid w:val="6DFA28BF"/>
    <w:rsid w:val="6E038B60"/>
    <w:rsid w:val="6E0A765A"/>
    <w:rsid w:val="6E1333B6"/>
    <w:rsid w:val="6E1E6845"/>
    <w:rsid w:val="6E37698F"/>
    <w:rsid w:val="6E53536D"/>
    <w:rsid w:val="6E595FE5"/>
    <w:rsid w:val="6E5D1B6B"/>
    <w:rsid w:val="6E6B4A2E"/>
    <w:rsid w:val="6E7B9DA4"/>
    <w:rsid w:val="6EB479E9"/>
    <w:rsid w:val="6EF2684F"/>
    <w:rsid w:val="6EFFF019"/>
    <w:rsid w:val="6F197FFB"/>
    <w:rsid w:val="6F1CE44F"/>
    <w:rsid w:val="6F29F01B"/>
    <w:rsid w:val="6F46290D"/>
    <w:rsid w:val="6F5117CD"/>
    <w:rsid w:val="6F7B4EA1"/>
    <w:rsid w:val="6F7DD069"/>
    <w:rsid w:val="6F84FAE1"/>
    <w:rsid w:val="6FA003F8"/>
    <w:rsid w:val="6FCCDF84"/>
    <w:rsid w:val="6FF23896"/>
    <w:rsid w:val="7000D877"/>
    <w:rsid w:val="700BDF7A"/>
    <w:rsid w:val="702E58ED"/>
    <w:rsid w:val="7075EF2A"/>
    <w:rsid w:val="7082F7FC"/>
    <w:rsid w:val="70958401"/>
    <w:rsid w:val="709ACC5A"/>
    <w:rsid w:val="709DA612"/>
    <w:rsid w:val="709E16DB"/>
    <w:rsid w:val="70BD1CE0"/>
    <w:rsid w:val="70E81C4B"/>
    <w:rsid w:val="712095EE"/>
    <w:rsid w:val="71241DC3"/>
    <w:rsid w:val="71347473"/>
    <w:rsid w:val="7135AF00"/>
    <w:rsid w:val="7142E6C3"/>
    <w:rsid w:val="716A9C06"/>
    <w:rsid w:val="71A857B0"/>
    <w:rsid w:val="71D7F329"/>
    <w:rsid w:val="71DFE154"/>
    <w:rsid w:val="71FA1F65"/>
    <w:rsid w:val="71FA7431"/>
    <w:rsid w:val="72096A15"/>
    <w:rsid w:val="721EC9C7"/>
    <w:rsid w:val="723482A0"/>
    <w:rsid w:val="724AEFBA"/>
    <w:rsid w:val="725E318E"/>
    <w:rsid w:val="727D8D29"/>
    <w:rsid w:val="72A3E35B"/>
    <w:rsid w:val="72AC2306"/>
    <w:rsid w:val="72CF6FDC"/>
    <w:rsid w:val="72D04273"/>
    <w:rsid w:val="72D7FED4"/>
    <w:rsid w:val="72FB521C"/>
    <w:rsid w:val="73332FF4"/>
    <w:rsid w:val="734B161E"/>
    <w:rsid w:val="734D8A4C"/>
    <w:rsid w:val="73768CE1"/>
    <w:rsid w:val="737C7BEA"/>
    <w:rsid w:val="738A629D"/>
    <w:rsid w:val="73947DCB"/>
    <w:rsid w:val="73A63315"/>
    <w:rsid w:val="73DB8DC3"/>
    <w:rsid w:val="741529E8"/>
    <w:rsid w:val="743C3CBC"/>
    <w:rsid w:val="7478246D"/>
    <w:rsid w:val="7478A8DC"/>
    <w:rsid w:val="74812ABA"/>
    <w:rsid w:val="749C4723"/>
    <w:rsid w:val="74A28F87"/>
    <w:rsid w:val="74AF6DC1"/>
    <w:rsid w:val="74CEE093"/>
    <w:rsid w:val="74CF760F"/>
    <w:rsid w:val="74E94A7C"/>
    <w:rsid w:val="75347E01"/>
    <w:rsid w:val="7537EF12"/>
    <w:rsid w:val="756C2012"/>
    <w:rsid w:val="756DA15D"/>
    <w:rsid w:val="757A1556"/>
    <w:rsid w:val="757C2D2A"/>
    <w:rsid w:val="75A8ECF2"/>
    <w:rsid w:val="75D04FEC"/>
    <w:rsid w:val="75E24079"/>
    <w:rsid w:val="75ECBD0D"/>
    <w:rsid w:val="75F00F3F"/>
    <w:rsid w:val="75FAB97E"/>
    <w:rsid w:val="75FEF800"/>
    <w:rsid w:val="7610BC34"/>
    <w:rsid w:val="762242AD"/>
    <w:rsid w:val="76542035"/>
    <w:rsid w:val="76B00E44"/>
    <w:rsid w:val="76C16F1E"/>
    <w:rsid w:val="76D48A97"/>
    <w:rsid w:val="76E9095A"/>
    <w:rsid w:val="76F14FF6"/>
    <w:rsid w:val="7701F286"/>
    <w:rsid w:val="77160270"/>
    <w:rsid w:val="772661E6"/>
    <w:rsid w:val="772AE6E2"/>
    <w:rsid w:val="7735DF4B"/>
    <w:rsid w:val="7752DF8E"/>
    <w:rsid w:val="77739D83"/>
    <w:rsid w:val="77A105C3"/>
    <w:rsid w:val="77A3852A"/>
    <w:rsid w:val="77ACEB23"/>
    <w:rsid w:val="77BA68D9"/>
    <w:rsid w:val="77BF48A0"/>
    <w:rsid w:val="77C89E3E"/>
    <w:rsid w:val="77CBF085"/>
    <w:rsid w:val="77D463D1"/>
    <w:rsid w:val="77D596E4"/>
    <w:rsid w:val="77F0C2BF"/>
    <w:rsid w:val="77FF5150"/>
    <w:rsid w:val="780040A8"/>
    <w:rsid w:val="782F4CBE"/>
    <w:rsid w:val="78304715"/>
    <w:rsid w:val="785E1C0F"/>
    <w:rsid w:val="7885856E"/>
    <w:rsid w:val="78A91A49"/>
    <w:rsid w:val="78F68DAC"/>
    <w:rsid w:val="79117F5E"/>
    <w:rsid w:val="7911CF2E"/>
    <w:rsid w:val="7912D75F"/>
    <w:rsid w:val="791BE528"/>
    <w:rsid w:val="7937B6F6"/>
    <w:rsid w:val="794EF084"/>
    <w:rsid w:val="795DF972"/>
    <w:rsid w:val="796687A9"/>
    <w:rsid w:val="7978161C"/>
    <w:rsid w:val="798893E3"/>
    <w:rsid w:val="7994A77F"/>
    <w:rsid w:val="799D2982"/>
    <w:rsid w:val="79AE106E"/>
    <w:rsid w:val="79C71C97"/>
    <w:rsid w:val="79D305D5"/>
    <w:rsid w:val="7A047FAB"/>
    <w:rsid w:val="7A250B73"/>
    <w:rsid w:val="7A373B42"/>
    <w:rsid w:val="7A3EBF14"/>
    <w:rsid w:val="7A576FBE"/>
    <w:rsid w:val="7A658D82"/>
    <w:rsid w:val="7A7743ED"/>
    <w:rsid w:val="7ABC17BC"/>
    <w:rsid w:val="7ACE546D"/>
    <w:rsid w:val="7AD52213"/>
    <w:rsid w:val="7ADA1042"/>
    <w:rsid w:val="7AE61389"/>
    <w:rsid w:val="7AEAA7A2"/>
    <w:rsid w:val="7AFDBC14"/>
    <w:rsid w:val="7B03F564"/>
    <w:rsid w:val="7B3DA090"/>
    <w:rsid w:val="7B3E953E"/>
    <w:rsid w:val="7B6FB9CE"/>
    <w:rsid w:val="7B753C62"/>
    <w:rsid w:val="7B7C8CD0"/>
    <w:rsid w:val="7B827734"/>
    <w:rsid w:val="7B91B56F"/>
    <w:rsid w:val="7B9C9A7D"/>
    <w:rsid w:val="7B9ED374"/>
    <w:rsid w:val="7BD950B1"/>
    <w:rsid w:val="7BE33265"/>
    <w:rsid w:val="7BEF3DB8"/>
    <w:rsid w:val="7BFE2199"/>
    <w:rsid w:val="7C017BA2"/>
    <w:rsid w:val="7C05F433"/>
    <w:rsid w:val="7C2AA4FD"/>
    <w:rsid w:val="7C435BF2"/>
    <w:rsid w:val="7C496BFD"/>
    <w:rsid w:val="7C550625"/>
    <w:rsid w:val="7C66A696"/>
    <w:rsid w:val="7C6F14FE"/>
    <w:rsid w:val="7C74BA94"/>
    <w:rsid w:val="7C7D0A20"/>
    <w:rsid w:val="7C89E4CE"/>
    <w:rsid w:val="7C9D17C4"/>
    <w:rsid w:val="7C9E745F"/>
    <w:rsid w:val="7C9EE09E"/>
    <w:rsid w:val="7CBD9996"/>
    <w:rsid w:val="7CC35EA7"/>
    <w:rsid w:val="7CD73633"/>
    <w:rsid w:val="7CE78D78"/>
    <w:rsid w:val="7CFAD5FE"/>
    <w:rsid w:val="7CFEDEF0"/>
    <w:rsid w:val="7D0118A9"/>
    <w:rsid w:val="7D2F8E70"/>
    <w:rsid w:val="7D3120BC"/>
    <w:rsid w:val="7D375484"/>
    <w:rsid w:val="7D38C279"/>
    <w:rsid w:val="7D4BC46E"/>
    <w:rsid w:val="7D66F0FE"/>
    <w:rsid w:val="7D7E2E2E"/>
    <w:rsid w:val="7D87F978"/>
    <w:rsid w:val="7DB8CC9F"/>
    <w:rsid w:val="7DC0E3D3"/>
    <w:rsid w:val="7DC5E24D"/>
    <w:rsid w:val="7DF30A9F"/>
    <w:rsid w:val="7E027CA0"/>
    <w:rsid w:val="7E046699"/>
    <w:rsid w:val="7E2D1C8A"/>
    <w:rsid w:val="7E430BEF"/>
    <w:rsid w:val="7E501B6D"/>
    <w:rsid w:val="7E6193E2"/>
    <w:rsid w:val="7E641611"/>
    <w:rsid w:val="7E67D484"/>
    <w:rsid w:val="7E8653A3"/>
    <w:rsid w:val="7E89C707"/>
    <w:rsid w:val="7EA8DAF1"/>
    <w:rsid w:val="7EE509A4"/>
    <w:rsid w:val="7EEF7C4A"/>
    <w:rsid w:val="7EF562FB"/>
    <w:rsid w:val="7F1D2DF9"/>
    <w:rsid w:val="7F35C5DC"/>
    <w:rsid w:val="7F5BEB4C"/>
    <w:rsid w:val="7F605C04"/>
    <w:rsid w:val="7F608A55"/>
    <w:rsid w:val="7F825BEE"/>
    <w:rsid w:val="7FA2F852"/>
    <w:rsid w:val="7FBC6DBC"/>
    <w:rsid w:val="7FF513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DFE52"/>
  <w14:defaultImageDpi w14:val="300"/>
  <w15:docId w15:val="{DB772B68-58A1-4BE9-AC8E-B396AA85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link w:val="Header"/>
    <w:uiPriority w:val="99"/>
    <w:rsid w:val="2A946C7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link w:val="Footer"/>
    <w:uiPriority w:val="99"/>
    <w:rsid w:val="2A946C7F"/>
  </w:style>
  <w:style w:type="paragraph" w:styleId="NoSpacing">
    <w:name w:val="No Spacing"/>
    <w:uiPriority w:val="1"/>
    <w:qFormat/>
    <w:rsid w:val="00FC693F"/>
    <w:pPr>
      <w:spacing w:after="0" w:line="240" w:lineRule="auto"/>
    </w:pPr>
  </w:style>
  <w:style w:type="character" w:customStyle="1" w:styleId="Heading1Char">
    <w:name w:val="Heading 1 Char"/>
    <w:link w:val="Heading1"/>
    <w:uiPriority w:val="9"/>
    <w:rsid w:val="2A946C7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link w:val="Heading2"/>
    <w:uiPriority w:val="9"/>
    <w:rsid w:val="2A946C7F"/>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rsid w:val="2A946C7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link w:val="Title"/>
    <w:uiPriority w:val="10"/>
    <w:rsid w:val="2A946C7F"/>
    <w:rPr>
      <w:rFonts w:asciiTheme="majorHAnsi" w:eastAsiaTheme="majorEastAsia" w:hAnsiTheme="majorHAnsi" w:cstheme="majorBidi"/>
      <w:color w:val="17365D" w:themeColor="text2" w:themeShade="BF"/>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2A946C7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link w:val="BodyText"/>
    <w:uiPriority w:val="99"/>
    <w:rsid w:val="2A946C7F"/>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link w:val="BodyText2"/>
    <w:uiPriority w:val="99"/>
    <w:rsid w:val="2A946C7F"/>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link w:val="BodyText3"/>
    <w:uiPriority w:val="99"/>
    <w:rsid w:val="2A946C7F"/>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link w:val="MacroText"/>
    <w:uiPriority w:val="99"/>
    <w:rsid w:val="2A946C7F"/>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link w:val="Quote"/>
    <w:uiPriority w:val="29"/>
    <w:rsid w:val="2A946C7F"/>
    <w:rPr>
      <w:i/>
      <w:iCs/>
      <w:color w:val="000000" w:themeColor="text1"/>
    </w:rPr>
  </w:style>
  <w:style w:type="character" w:customStyle="1" w:styleId="Heading4Char">
    <w:name w:val="Heading 4 Char"/>
    <w:link w:val="Heading4"/>
    <w:uiPriority w:val="9"/>
    <w:semiHidden/>
    <w:rsid w:val="2A946C7F"/>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2A946C7F"/>
    <w:rPr>
      <w:rFonts w:asciiTheme="majorHAnsi" w:eastAsiaTheme="majorEastAsia" w:hAnsiTheme="majorHAnsi" w:cstheme="majorBidi"/>
      <w:color w:val="243F60"/>
    </w:rPr>
  </w:style>
  <w:style w:type="character" w:customStyle="1" w:styleId="Heading6Char">
    <w:name w:val="Heading 6 Char"/>
    <w:link w:val="Heading6"/>
    <w:uiPriority w:val="9"/>
    <w:semiHidden/>
    <w:rsid w:val="2A946C7F"/>
    <w:rPr>
      <w:rFonts w:asciiTheme="majorHAnsi" w:eastAsiaTheme="majorEastAsia" w:hAnsiTheme="majorHAnsi" w:cstheme="majorBidi"/>
      <w:i/>
      <w:iCs/>
      <w:color w:val="243F60"/>
    </w:rPr>
  </w:style>
  <w:style w:type="character" w:customStyle="1" w:styleId="Heading7Char">
    <w:name w:val="Heading 7 Char"/>
    <w:link w:val="Heading7"/>
    <w:uiPriority w:val="9"/>
    <w:semiHidden/>
    <w:rsid w:val="2A946C7F"/>
    <w:rPr>
      <w:rFonts w:asciiTheme="majorHAnsi" w:eastAsiaTheme="majorEastAsia" w:hAnsiTheme="majorHAnsi" w:cstheme="majorBidi"/>
      <w:i/>
      <w:iCs/>
      <w:color w:val="404040" w:themeColor="text1" w:themeTint="BF"/>
    </w:rPr>
  </w:style>
  <w:style w:type="character" w:customStyle="1" w:styleId="Heading8Char">
    <w:name w:val="Heading 8 Char"/>
    <w:link w:val="Heading8"/>
    <w:uiPriority w:val="9"/>
    <w:semiHidden/>
    <w:rsid w:val="2A946C7F"/>
    <w:rPr>
      <w:rFonts w:asciiTheme="majorHAnsi" w:eastAsiaTheme="majorEastAsia" w:hAnsiTheme="majorHAnsi" w:cstheme="majorBidi"/>
      <w:color w:val="4F81BD" w:themeColor="accent1"/>
      <w:sz w:val="20"/>
      <w:szCs w:val="20"/>
    </w:rPr>
  </w:style>
  <w:style w:type="character" w:customStyle="1" w:styleId="Heading9Char">
    <w:name w:val="Heading 9 Char"/>
    <w:link w:val="Heading9"/>
    <w:uiPriority w:val="9"/>
    <w:semiHidden/>
    <w:rsid w:val="2A946C7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uiPriority w:val="22"/>
    <w:qFormat/>
    <w:rsid w:val="2A946C7F"/>
    <w:rPr>
      <w:b/>
      <w:bCs/>
    </w:rPr>
  </w:style>
  <w:style w:type="character" w:styleId="Emphasis">
    <w:name w:val="Emphasis"/>
    <w:uiPriority w:val="20"/>
    <w:qFormat/>
    <w:rsid w:val="2A946C7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sid w:val="2A946C7F"/>
    <w:rPr>
      <w:b/>
      <w:bCs/>
      <w:i/>
      <w:iCs/>
      <w:color w:val="4F81BD" w:themeColor="accent1"/>
    </w:rPr>
  </w:style>
  <w:style w:type="character" w:styleId="SubtleEmphasis">
    <w:name w:val="Subtle Emphasis"/>
    <w:uiPriority w:val="19"/>
    <w:qFormat/>
    <w:rsid w:val="2A946C7F"/>
    <w:rPr>
      <w:i/>
      <w:iCs/>
      <w:color w:val="808080" w:themeColor="background1" w:themeShade="80"/>
    </w:rPr>
  </w:style>
  <w:style w:type="character" w:styleId="IntenseEmphasis">
    <w:name w:val="Intense Emphasis"/>
    <w:uiPriority w:val="21"/>
    <w:qFormat/>
    <w:rsid w:val="2A946C7F"/>
    <w:rPr>
      <w:b/>
      <w:bCs/>
      <w:i/>
      <w:iCs/>
      <w:color w:val="4F81BD" w:themeColor="accent1"/>
    </w:rPr>
  </w:style>
  <w:style w:type="character" w:styleId="SubtleReference">
    <w:name w:val="Subtle Reference"/>
    <w:uiPriority w:val="31"/>
    <w:qFormat/>
    <w:rsid w:val="2A946C7F"/>
    <w:rPr>
      <w:smallCaps/>
      <w:color w:val="C0504D" w:themeColor="accent2"/>
      <w:u w:val="single"/>
    </w:rPr>
  </w:style>
  <w:style w:type="character" w:styleId="IntenseReference">
    <w:name w:val="Intense Reference"/>
    <w:uiPriority w:val="32"/>
    <w:qFormat/>
    <w:rsid w:val="2A946C7F"/>
    <w:rPr>
      <w:b/>
      <w:bCs/>
      <w:smallCaps/>
      <w:color w:val="C0504D" w:themeColor="accent2"/>
      <w:u w:val="single"/>
    </w:rPr>
  </w:style>
  <w:style w:type="character" w:styleId="BookTitle">
    <w:name w:val="Book Title"/>
    <w:uiPriority w:val="33"/>
    <w:qFormat/>
    <w:rsid w:val="2A946C7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2A946C7F"/>
    <w:rPr>
      <w:color w:val="0000FF"/>
      <w:u w:val="single"/>
    </w:rPr>
  </w:style>
  <w:style w:type="character" w:styleId="UnresolvedMention">
    <w:name w:val="Unresolved Mention"/>
    <w:basedOn w:val="DefaultParagraphFont"/>
    <w:uiPriority w:val="99"/>
    <w:semiHidden/>
    <w:unhideWhenUsed/>
    <w:rsid w:val="00353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41782040884808?p=FTmORWmv0d4T6AAg7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2684</Words>
  <Characters>15299</Characters>
  <Application>Microsoft Office Word</Application>
  <DocSecurity>4</DocSecurity>
  <Lines>127</Lines>
  <Paragraphs>35</Paragraphs>
  <ScaleCrop>false</ScaleCrop>
  <Manager/>
  <Company/>
  <LinksUpToDate>false</LinksUpToDate>
  <CharactersWithSpaces>17948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Zaira Lucrecia Mejia Navas</cp:lastModifiedBy>
  <cp:revision>441</cp:revision>
  <dcterms:created xsi:type="dcterms:W3CDTF">2026-06-17T23:33:00Z</dcterms:created>
  <dcterms:modified xsi:type="dcterms:W3CDTF">2026-06-18T21:45:00Z</dcterms:modified>
  <cp:category/>
</cp:coreProperties>
</file>